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Zelle or Cash App payment scam</w:t>
      </w:r>
    </w:p>
    <w:p>
      <w:r>
        <w:rPr>
          <w:color w:val="E11D48"/>
          <w:u w:val="single"/>
        </w:rPr>
        <w:t>https://cyberguardlab.com/blog/zelle-cash-app-payment-scam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zelle-cash-app-payment-scam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Zelle, Cash App, Venmo, or similar P2P payment scam is when someone tricks you into sending money through a payment app or bank transfer — then the money is gone. The FTC treats these sends like cash: once they leave your account, they are hard to reverse. This guide covers payment-app and Zelle P2P scams (fake bank calls, fake buyers/sellers, “send money to receive money”). It is not about gift card payment pressure or fake check overpayment. No software purchase required.</w:t>
      </w:r>
    </w:p>
    <w:p>
      <w:pPr>
        <w:pStyle w:val="Heading2"/>
      </w:pPr>
      <w:r>
        <w:t>1. How these scams usually work</w:t>
      </w:r>
    </w:p>
    <w:p>
      <w:r>
        <w:t>From FTC payment-app guidance: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Ad link: https://trysecurities.com/offer/norton?dtm=gg&amp;cid=</w:t>
      </w:r>
    </w:p>
    <w:p>
      <w:pPr>
        <w:pStyle w:val="ListBullet"/>
      </w:pPr>
      <w:r>
        <w:t>Fake bank / “protect your account” — Someone posing as your bank says there is a problem, then walks you through transferring money “into a new account in your name.” That account belongs to the scammer (FTC payment apps alert).</w:t>
      </w:r>
    </w:p>
    <w:p>
      <w:pPr>
        <w:pStyle w:val="ListBullet"/>
      </w:pPr>
      <w:r>
        <w:t>Fake emergency / loved one — A text or call claims a family member needs money fast via Zelle or Cash App.</w:t>
      </w:r>
    </w:p>
    <w:p>
      <w:pPr>
        <w:pStyle w:val="ListBullet"/>
      </w:pPr>
      <w:r>
        <w:t>Prize / fee / “send to receive” — You “won” something or must send a fee / “verification” payment to unlock money coming your way.</w:t>
      </w:r>
    </w:p>
    <w:p>
      <w:pPr>
        <w:pStyle w:val="ListBullet"/>
      </w:pPr>
      <w:r>
        <w:t>Buyer or seller script — A Marketplace-style buyer sends a fake payment screenshot; or a seller demands you pay only by payment app outside any protected checkout.</w:t>
      </w:r>
    </w:p>
    <w:p>
      <w:pPr>
        <w:pStyle w:val="ListBullet"/>
      </w:pPr>
      <w:r>
        <w:t>Hard-to-reverse rail — Payment apps, bank transfers, wires, crypto, or gift cards — methods reports to the FTC show scammers push because money is hard to get back (FTC how someone asks you to pay).</w:t>
      </w:r>
    </w:p>
    <w:p>
      <w:pPr>
        <w:pStyle w:val="Heading2"/>
      </w:pPr>
      <w:r>
        <w:t>2. Red flags before you tap Send</w:t>
      </w:r>
    </w:p>
    <w:p>
      <w:pPr>
        <w:pStyle w:val="ListBullet"/>
      </w:pPr>
      <w:r>
        <w:t>Anyone who says you can only pay by payment app, bank transfer, wire, crypto, or gift card — the FTC says that pattern is a scam signal (FTC payment method alert).</w:t>
      </w:r>
    </w:p>
    <w:p>
      <w:pPr>
        <w:pStyle w:val="ListBullet"/>
      </w:pPr>
      <w:r>
        <w:t>Your “bank” calls or texts you to transfer money to protect it, or asks for passcodes / one-time codes. Real banks will not walk you through sending money to “save” your account (FTC payment apps alert).</w:t>
      </w:r>
    </w:p>
    <w:p>
      <w:pPr>
        <w:pStyle w:val="ListBullet"/>
      </w:pPr>
      <w:r>
        <w:t>Pressure to decide right now, move the chat off-platform, or ignore a second family check-in.</w:t>
      </w:r>
    </w:p>
    <w:p>
      <w:pPr>
        <w:pStyle w:val="ListBullet"/>
      </w:pPr>
      <w:r>
        <w:t>A payment “confirmation” that exists only as a screenshot or alert the other person controls — not as cleared funds in your real balance.</w:t>
      </w:r>
    </w:p>
    <w:p>
      <w:pPr>
        <w:pStyle w:val="ListBullet"/>
      </w:pPr>
      <w:r>
        <w:t>Overlap with phone scripts like tech support scam calls or phishing emails that push you into the payment app.</w:t>
      </w:r>
    </w:p>
    <w:p>
      <w:pPr>
        <w:pStyle w:val="Heading2"/>
      </w:pPr>
      <w:r>
        <w:t>3. Safer habits (buy-nothing)</w:t>
      </w:r>
    </w:p>
    <w:p>
      <w:pPr>
        <w:pStyle w:val="ListBullet"/>
      </w:pPr>
      <w:r>
        <w:t>Know the person — Treat payment-app sends like handing over cash. Only send to people you know and can verify by a channel you already trust.</w:t>
      </w:r>
    </w:p>
    <w:p>
      <w:pPr>
        <w:pStyle w:val="ListBullet"/>
      </w:pPr>
      <w:r>
        <w:t>Hang up and call back — If “your bank,” a business, or a relative contacts you, hang up. Call the person or bank using a number you already know is real — not the number in the message (FTC payment apps alert).</w:t>
      </w:r>
    </w:p>
    <w:p>
      <w:pPr>
        <w:pStyle w:val="ListBullet"/>
      </w:pPr>
      <w:r>
        <w:t>Prefer credit card when a real merchant accepts it — cards usually offer stronger dispute options than payment-app cash-like sends (FTC payment method alert).</w:t>
      </w:r>
    </w:p>
    <w:p>
      <w:pPr>
        <w:pStyle w:val="ListBullet"/>
      </w:pPr>
      <w:r>
        <w:t>Family rule: no Zelle / Cash App / Venmo sends for “account protection,” prizes, or strangers; no sharing payment-app PINs or one-time codes.</w:t>
      </w:r>
    </w:p>
    <w:p>
      <w:pPr>
        <w:pStyle w:val="ListBullet"/>
      </w:pPr>
      <w:r>
        <w:t>Turn on app security features you already have (lock screen, strong unique password, two-factor where available). That does not replace judgment — it only slows account takeover.</w:t>
      </w:r>
    </w:p>
    <w:p>
      <w:pPr>
        <w:pStyle w:val="Heading2"/>
      </w:pPr>
      <w:r>
        <w:t>4. If you already sent money</w:t>
      </w:r>
    </w:p>
    <w:p>
      <w:pPr>
        <w:pStyle w:val="ListBullet"/>
      </w:pPr>
      <w:r>
        <w:t>Report it to your bank or credit union (Zelle / bank transfer) or the payment app (Venmo, Cash App, PayPal, etc.) immediately and ask them to reverse or refund the payment (FTC what to do if you were scammed).</w:t>
      </w:r>
    </w:p>
    <w:p>
      <w:pPr>
        <w:pStyle w:val="ListBullet"/>
      </w:pPr>
      <w:r>
        <w:t>Save screenshots, chat logs, phone numbers, and transaction IDs.</w:t>
      </w:r>
    </w:p>
    <w:p>
      <w:pPr>
        <w:pStyle w:val="ListBullet"/>
      </w:pPr>
      <w:r>
        <w:t>Change passwords and turn on two-factor authentication on the payment app and related email if you shared login details.</w:t>
      </w:r>
    </w:p>
    <w:p>
      <w:pPr>
        <w:pStyle w:val="ListBullet"/>
      </w:pPr>
      <w:r>
        <w:t>If the bank account itself looks compromised, follow bank account hacked — first hour.</w:t>
      </w:r>
    </w:p>
    <w:p>
      <w:pPr>
        <w:pStyle w:val="ListBullet"/>
      </w:pPr>
      <w:r>
        <w:t>Report at ReportFraud.ftc.gov — see also report a scam to the FTC.</w:t>
      </w:r>
    </w:p>
    <w:p>
      <w:pPr>
        <w:pStyle w:val="Heading2"/>
      </w:pPr>
      <w:r>
        <w:t>FAQ</w:t>
      </w:r>
    </w:p>
    <w:p>
      <w:pPr>
        <w:pStyle w:val="Heading3"/>
      </w:pPr>
      <w:r>
        <w:t>Is Zelle or Cash App itself a scam?</w:t>
      </w:r>
    </w:p>
    <w:p>
      <w:r>
        <w:t>No. Real households use these tools every day. Scammers abuse the speed and the cash-like nature of the transfer.</w:t>
      </w:r>
    </w:p>
    <w:p>
      <w:pPr>
        <w:pStyle w:val="Heading3"/>
      </w:pPr>
      <w:r>
        <w:t>Why can’t I get the money back easily?</w:t>
      </w:r>
    </w:p>
    <w:p>
      <w:r>
        <w:t>The FTC compares payment-app and many bank transfers to sending cash. Always ask the bank or app to reverse it, but do not assume a refund is guaranteed (FTC what to do if you were scammed).</w:t>
      </w:r>
    </w:p>
    <w:p>
      <w:pPr>
        <w:pStyle w:val="Heading3"/>
      </w:pPr>
      <w:r>
        <w:t>Will my bank ever tell me to move money to a “safe” account?</w:t>
      </w:r>
    </w:p>
    <w:p>
      <w:r>
        <w:t>Per FTC guidance: no. Hang up and call the bank at a number from your card or statement.</w:t>
      </w:r>
    </w:p>
    <w:p>
      <w:pPr>
        <w:pStyle w:val="Heading3"/>
      </w:pPr>
      <w:r>
        <w:t>What if someone says I must pay only by Cash App or Zelle?</w:t>
      </w:r>
    </w:p>
    <w:p>
      <w:r>
        <w:t>That payment-method demand is a classic scam signal. Walk away or insist on a safer method for a real merchant (FTC payment method alert).</w:t>
      </w:r>
    </w:p>
    <w:p>
      <w:pPr>
        <w:pStyle w:val="Heading3"/>
      </w:pPr>
      <w:r>
        <w:t>Do I need paid antivirus to avoid payment-app scams?</w:t>
      </w:r>
    </w:p>
    <w:p>
      <w:r>
        <w:t>No. Verification habits and refusing hard-to-reverse payment pressure are enough. Buy-nothing is valid.</w:t>
      </w:r>
    </w:p>
    <w:p>
      <w:pPr>
        <w:pStyle w:val="Heading2"/>
      </w:pPr>
      <w:r>
        <w:t>If you still want a paid suite</w:t>
      </w:r>
    </w:p>
    <w:p>
      <w:r>
        <w:t>Avoiding a Zelle / Cash App scam does not require paid antivirus. Cautious payment habits are a valid buy-nothing stack. If you want multi-device paid protection,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Do you use payment apps like Venmo, CashApp, or Zelle? Read this (FTC)</w:t>
      </w:r>
    </w:p>
    <w:p>
      <w:pPr>
        <w:pStyle w:val="ListBullet"/>
      </w:pPr>
      <w:r>
        <w:t>A way to spot scams: how someone asks you to pay (FTC)</w:t>
      </w:r>
    </w:p>
    <w:p>
      <w:pPr>
        <w:pStyle w:val="ListBullet"/>
      </w:pPr>
      <w:r>
        <w:t>What To Do if You Were Scammed (FTC)</w:t>
      </w:r>
    </w:p>
    <w:p>
      <w:pPr>
        <w:pStyle w:val="ListBullet"/>
      </w:pPr>
      <w:r>
        <w:t>ReportFraud.ftc.gov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spot a gift card scam</w:t>
      </w:r>
    </w:p>
    <w:p>
      <w:pPr>
        <w:pStyle w:val="ListBullet"/>
      </w:pPr>
      <w:r>
        <w:t>How to spot a fake check scam</w:t>
      </w:r>
    </w:p>
    <w:p>
      <w:pPr>
        <w:pStyle w:val="ListBullet"/>
      </w:pPr>
      <w:r>
        <w:t>How to spot a tech support scam phone call</w:t>
      </w:r>
    </w:p>
    <w:p>
      <w:pPr>
        <w:pStyle w:val="ListBullet"/>
      </w:pPr>
      <w:r>
        <w:t>How to report a scam to the FTC</w:t>
      </w:r>
    </w:p>
    <w:p>
      <w:pPr>
        <w:pStyle w:val="ListBullet"/>
      </w:pPr>
      <w:r>
        <w:t>How to spot a phishing email</w:t>
      </w:r>
    </w:p>
    <w:p>
      <w:pPr>
        <w:pStyle w:val="ListBullet"/>
      </w:pPr>
      <w:r>
        <w:t>Bank account hacked: first hour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https://cyberguardlab.com/blog/zelle-cash-app-payment-scam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Zelle or Cash App payment scam</dc:title>
  <dc:subject>How to spot a Zelle or Cash App payment scam</dc:subject>
  <dc:creator>CyberGuardLab editorial</dc:creator>
  <cp:keywords>zelle cash app payment scam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