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Venmo payment request</w:t>
      </w:r>
    </w:p>
    <w:p>
      <w:r>
        <w:rPr>
          <w:color w:val="E11D48"/>
          <w:u w:val="single"/>
        </w:rPr>
        <w:t>https://cyberguardlab.com/blog/venmo-payment-request-scam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venmo-payment-request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Venmo payment request is when someone asks you to send money through Venmo—or sends a look-alike email/text about a request—so you pay a scammer instead of a real person. Venmo Help says unexpected requests from strangers should be declined, and a request that “looks like” a friend or relative should be confirmed outside Venmo before you act. The FTC treats payment-app sends like cash: once money leaves, it is hard to reverse. This guide focuses on Venmo payment request scams (in-app requests, fake request emails, urgency to pay). It is not a Zelle/Cash App overview and not a PayPal Goods and Services dispute guide.</w:t>
      </w:r>
    </w:p>
    <w:p>
      <w:pPr>
        <w:pStyle w:val="Heading2"/>
      </w:pPr>
      <w:r>
        <w:t>How a fake Venmo request usually works</w:t>
      </w:r>
    </w:p>
    <w:p>
      <w:pPr>
        <w:pStyle w:val="ListBullet"/>
      </w:pPr>
      <w:r>
        <w:t>Stranger request — Anyone can send a Venmo request. If you are not expecting one, decline it.</w:t>
      </w:r>
    </w:p>
    <w:p>
      <w:pPr>
        <w:pStyle w:val="ListBullet"/>
      </w:pPr>
      <w:r>
        <w:t>Impersonated friend/relative — A request appears to come from someone you know (hacked account, look-alike username, or spoofed notice). Venmo recommends contacting that person on a channel you already trust outside Venmo before paying.</w:t>
      </w:r>
    </w:p>
    <w:p>
      <w:pPr>
        <w:pStyle w:val="ListBullet"/>
      </w:pPr>
      <w:r>
        <w:t>Email/text “you have a request” that is not in the app — Venmo Help: if an email says you have a payment request but that request does not appear in the Venmo app or on the web, treat it as a fraudulent email.</w:t>
      </w:r>
    </w:p>
    <w:p>
      <w:pPr>
        <w:pStyle w:val="ListBullet"/>
      </w:pPr>
      <w:r>
        <w:t>Prize / fee / “send to unlock” — FTC: scammers may claim you won something or must pay a fee through a payment app.</w:t>
      </w:r>
    </w:p>
    <w:p>
      <w:pPr>
        <w:pStyle w:val="ListBullet"/>
      </w:pPr>
      <w:r>
        <w:t>Urgent “account problem” push — Phishing emails/texts pretend to be Venmo and push you to click, enter credentials, or pay. Venmo Help: do not click links; open the official app yourself.</w:t>
      </w:r>
    </w:p>
    <w:p>
      <w:pPr>
        <w:pStyle w:val="Heading2"/>
      </w:pPr>
      <w:r>
        <w:t>Red flags before you tap Pay</w:t>
      </w:r>
    </w:p>
    <w:p>
      <w:r>
        <w:t>Cue | Safer habit | Scam signal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Who is requesting | Someone you know and can verify out-of-band | Stranger, look-alike @username, or “friend” you cannot reach elsewhere</w:t>
      </w:r>
    </w:p>
    <w:p>
      <w:r>
        <w:t>Where the notice lives | Request visible in the real Venmo app/web | Email/SMS about a request that never shows in-app</w:t>
      </w:r>
    </w:p>
    <w:p>
      <w:r>
        <w:t>What they ask | Clear split of a shared bill among people you know | Prize fee, “verification” payment, refund-to-send, or gift-card/crypto add-on</w:t>
      </w:r>
    </w:p>
    <w:p>
      <w:r>
        <w:t>Pressure | You can wait and confirm | Act now, don’t tell anyone, only pay via this request</w:t>
      </w:r>
    </w:p>
    <w:p>
      <w:r>
        <w:t>Message style (fake Venmo mail) | You open Venmo yourself if unsure | Generic “Dear user,” urgent account warnings, odd links/attachments</w:t>
      </w:r>
    </w:p>
    <w:p>
      <w:pPr>
        <w:pStyle w:val="Heading2"/>
      </w:pPr>
      <w:r>
        <w:t>Steps: what to do when a Venmo request arrives</w:t>
      </w:r>
    </w:p>
    <w:p>
      <w:pPr>
        <w:pStyle w:val="ListBullet"/>
      </w:pPr>
      <w:r>
        <w:t>Pause — Do not pay, click email/SMS links, or share one-time codes.</w:t>
      </w:r>
    </w:p>
    <w:p>
      <w:pPr>
        <w:pStyle w:val="ListBullet"/>
      </w:pPr>
      <w:r>
        <w:t>Check the app — Open Venmo yourself (app icon or typed site). Confirm whether a real request appears. If only the email/SMS mentions it, treat that message as fake per Venmo Help.</w:t>
      </w:r>
    </w:p>
    <w:p>
      <w:pPr>
        <w:pStyle w:val="ListBullet"/>
      </w:pPr>
      <w:r>
        <w:t>Decline strangers — Unexpected request from someone you do not know → decline.</w:t>
      </w:r>
    </w:p>
    <w:p>
      <w:pPr>
        <w:pStyle w:val="ListBullet"/>
      </w:pPr>
      <w:r>
        <w:t>Verify “friends” outside Venmo — Call or text a number you already have for that person. Do not use contact info only inside the suspicious thread.</w:t>
      </w:r>
    </w:p>
    <w:p>
      <w:pPr>
        <w:pStyle w:val="ListBullet"/>
      </w:pPr>
      <w:r>
        <w:t>Never return a mystery payment yourself — Venmo Help: if a stranger pays you by mistake, do not try to return the money yourself—contact Venmo Support (and consider blocking them).</w:t>
      </w:r>
    </w:p>
    <w:p>
      <w:pPr>
        <w:pStyle w:val="ListBullet"/>
      </w:pPr>
      <w:r>
        <w:t>Report phishing — Forward suspicious Venmo-looking email/SMS/website details to phishing@venmo.com as Venmo instructs (screenshot SMS including full number; do not put sensitive personal data in that automated inbox).</w:t>
      </w:r>
    </w:p>
    <w:p>
      <w:pPr>
        <w:pStyle w:val="ListBullet"/>
      </w:pPr>
      <w:r>
        <w:t>If you already paid — In the Venmo app go Me → Settings → Get Help → Chat With Us (or Venmo’s contact options), ask to reverse/refund, then report at ReportFraud.ftc.gov. Change your Venmo password and review recent activity if you entered details on a fake site.</w:t>
      </w:r>
    </w:p>
    <w:p>
      <w:pPr>
        <w:pStyle w:val="Heading2"/>
      </w:pPr>
      <w:r>
        <w:t>Safer Venmo habits (buy-nothing)</w:t>
      </w:r>
    </w:p>
    <w:p>
      <w:pPr>
        <w:pStyle w:val="ListBullet"/>
      </w:pPr>
      <w:r>
        <w:t>Treat Venmo sends like handing over cash.</w:t>
      </w:r>
    </w:p>
    <w:p>
      <w:pPr>
        <w:pStyle w:val="ListBullet"/>
      </w:pPr>
      <w:r>
        <w:t>Turn on multi-factor / PIN protections Venmo offers; use a unique password.</w:t>
      </w:r>
    </w:p>
    <w:p>
      <w:pPr>
        <w:pStyle w:val="ListBullet"/>
      </w:pPr>
      <w:r>
        <w:t>Family rule: no emergency Venmo pays until a known-good callback confirms the story.</w:t>
      </w:r>
    </w:p>
    <w:p>
      <w:pPr>
        <w:pStyle w:val="ListBullet"/>
      </w:pPr>
      <w:r>
        <w:t>Prefer a credit card at a real merchant checkout when a purchase is involved—cards often have stronger dispute paths than P2P cash-like sends (FTC payment-method guidance).</w:t>
      </w:r>
    </w:p>
    <w:p>
      <w:pPr>
        <w:pStyle w:val="ListBullet"/>
      </w:pPr>
      <w:r>
        <w:t>Microsoft Defender (or your built-in OS protections) is enough for many households if the risk was a phishing page; judgment and declining fake requests are the main defense. Paid suites are optional.</w:t>
      </w:r>
    </w:p>
    <w:p>
      <w:pPr>
        <w:pStyle w:val="Heading2"/>
      </w:pPr>
      <w:r>
        <w:t>FAQ</w:t>
      </w:r>
    </w:p>
    <w:p>
      <w:pPr>
        <w:pStyle w:val="Heading3"/>
      </w:pPr>
      <w:r>
        <w:t>Is Venmo itself a scam?</w:t>
      </w:r>
    </w:p>
    <w:p>
      <w:r>
        <w:t>No. Households use it every day. Scammers abuse requests, look-alike usernames, and phishing messages about requests.</w:t>
      </w:r>
    </w:p>
    <w:p>
      <w:pPr>
        <w:pStyle w:val="Heading3"/>
      </w:pPr>
      <w:r>
        <w:t>Someone who looks like my cousin sent a Venmo request. What should I do?</w:t>
      </w:r>
    </w:p>
    <w:p>
      <w:r>
        <w:t>Decline or ignore until you confirm with your cousin on a phone number or chat you already trust—outside Venmo. That is Venmo’s own advice for friend/relative-looking requests.</w:t>
      </w:r>
    </w:p>
    <w:p>
      <w:pPr>
        <w:pStyle w:val="Heading3"/>
      </w:pPr>
      <w:r>
        <w:t>I got an email about a Venmo request but nothing shows in the app. Is it real?</w:t>
      </w:r>
    </w:p>
    <w:p>
      <w:r>
        <w:t>Venmo Help says that pattern can mean a fraudulent email. Do not click; open the app yourself and report phishing if needed.</w:t>
      </w:r>
    </w:p>
    <w:p>
      <w:pPr>
        <w:pStyle w:val="Heading3"/>
      </w:pPr>
      <w:r>
        <w:t>Why is it hard to get Venmo money back?</w:t>
      </w:r>
    </w:p>
    <w:p>
      <w:r>
        <w:t>The FTC compares many payment-app transfers to sending cash. Always ask Venmo to reverse it immediately, but do not assume a refund is guaranteed.</w:t>
      </w:r>
    </w:p>
    <w:p>
      <w:pPr>
        <w:pStyle w:val="Heading3"/>
      </w:pPr>
      <w:r>
        <w:t>Do I need paid antivirus to avoid Venmo request scams?</w:t>
      </w:r>
    </w:p>
    <w:p>
      <w:r>
        <w:t>No. Declining unexpected requests, verifying people out-of-band, and ignoring fake emails are enough. Buy-nothing is valid.</w:t>
      </w:r>
    </w:p>
    <w:p>
      <w:pPr>
        <w:pStyle w:val="Heading2"/>
      </w:pPr>
      <w:r>
        <w:t>If you still want a paid suite</w:t>
      </w:r>
    </w:p>
    <w:p>
      <w:r>
        <w:t>Spotting a fake Venmo request does not require paid antivirus. If you still want multi-device paid protection, use only these on-site links: Norton (paid link), Bitdefender (paid link), TotalAV (paid link), McAfee (paid link), Avast (paid link).</w:t>
      </w:r>
    </w:p>
    <w:p>
      <w:pPr>
        <w:pStyle w:val="Heading2"/>
      </w:pPr>
      <w:r>
        <w:t>Extra caution</w:t>
      </w:r>
    </w:p>
    <w:p>
      <w:r>
        <w:t>A polished Venmo logo in an email does not prove the message is real. Open the official app yourself, decline what you did not expect, and verify people outside the app.</w:t>
      </w:r>
    </w:p>
    <w:p>
      <w:pPr>
        <w:pStyle w:val="Heading2"/>
      </w:pPr>
      <w:r>
        <w:t>Sources</w:t>
      </w:r>
    </w:p>
    <w:p>
      <w:pPr>
        <w:pStyle w:val="ListBullet"/>
      </w:pPr>
      <w:r>
        <w:t>Venmo Help: Payment from a stranger / requests</w:t>
      </w:r>
    </w:p>
    <w:p>
      <w:pPr>
        <w:pStyle w:val="ListBullet"/>
      </w:pPr>
      <w:r>
        <w:t>Venmo Help: Reporting fake or suspicious messages or emails</w:t>
      </w:r>
    </w:p>
    <w:p>
      <w:pPr>
        <w:pStyle w:val="ListBullet"/>
      </w:pPr>
      <w:r>
        <w:t>FTC: Mobile payment apps — how to avoid a scam</w:t>
      </w:r>
    </w:p>
    <w:p>
      <w:pPr>
        <w:pStyle w:val="ListBullet"/>
      </w:pPr>
      <w:r>
        <w:t>FTC: Do you use payment apps like Venmo, CashApp, or Zelle?</w:t>
      </w:r>
    </w:p>
    <w:p>
      <w:pPr>
        <w:pStyle w:val="ListBullet"/>
      </w:pPr>
      <w:r>
        <w:t>FTC: What to do if you were scammed</w:t>
      </w:r>
    </w:p>
    <w:p>
      <w:pPr>
        <w:pStyle w:val="ListBullet"/>
      </w:pPr>
      <w:r>
        <w:t>ReportFraud.ftc.gov</w:t>
      </w:r>
    </w:p>
    <w:p>
      <w:pPr>
        <w:pStyle w:val="Heading2"/>
      </w:pPr>
      <w:r>
        <w:t>Also read</w:t>
      </w:r>
    </w:p>
    <w:p>
      <w:pPr>
        <w:pStyle w:val="ListBullet"/>
      </w:pPr>
      <w:r>
        <w:t>Zelle and Cash App payment scams</w:t>
      </w:r>
    </w:p>
    <w:p>
      <w:pPr>
        <w:pStyle w:val="ListBullet"/>
      </w:pPr>
      <w:r>
        <w:t>PayPal Goods and Services scams</w:t>
      </w:r>
    </w:p>
    <w:p>
      <w:pPr>
        <w:pStyle w:val="ListBullet"/>
      </w:pPr>
      <w:r>
        <w:t>Cash App refund/deposit scam</w:t>
      </w:r>
    </w:p>
    <w:p>
      <w:pPr>
        <w:pStyle w:val="ListBullet"/>
      </w:pPr>
      <w:r>
        <w:t>Is Microsoft Defender enough?</w:t>
      </w:r>
    </w:p>
    <w:p>
      <w:pPr>
        <w:pStyle w:val="ListBullet"/>
      </w:pPr>
      <w:r>
        <w:t>Clicked a phishing link: first hour</w:t>
      </w:r>
    </w:p>
    <w:p>
      <w:pPr>
        <w:pStyle w:val="ListBullet"/>
      </w:pPr>
      <w:r>
        <w:t>Fake password-reset 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https://cyberguardlab.com/blog/venmo-payment-request-scam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Venmo payment request</dc:title>
  <dc:subject>How to spot a fake Venmo payment request</dc:subject>
  <dc:creator>CyberGuardLab editorial</dc:creator>
  <cp:keywords>venmo payment request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