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/>
          <w:b/>
          <w:sz w:val="32"/>
        </w:rPr>
        <w:t>Uninstall McAfee or Avast and go back to Windows Defender</w:t>
      </w:r>
    </w:p>
    <w:p>
      <w:r>
        <w:rPr>
          <w:i/>
          <w:sz w:val="20"/>
        </w:rPr>
        <w:t>CyberGuardLab is an independent comparison site. We may earn a commission on paid links; buying nothing is valid.</w:t>
      </w:r>
    </w:p>
    <w:p>
      <w:r>
        <w:rPr>
          <w:sz w:val="22"/>
        </w:rPr>
        <w:t>You do not owe a shop a renewal to have a scanner. Two real-time products on one PC is a common reason a laptop feels 'full of viruses.' Buying nothing after you return to Defender is valid.</w:t>
      </w:r>
    </w:p>
    <w:p>
      <w:r>
        <w:rPr>
          <w:sz w:val="22"/>
        </w:rPr>
        <w:t>1. Uninstall if you are not paying, you did not ask the shop to leave it, or two security products are fighting.</w:t>
      </w:r>
    </w:p>
    <w:p>
      <w:r>
        <w:rPr>
          <w:sz w:val="22"/>
        </w:rPr>
        <w:t>2. Settings &gt; Apps &gt; Installed apps &gt; Uninstall. Restart. If Windows will not remove it, use the vendor's official removal tool from their support site — not a third-party ad.</w:t>
      </w:r>
    </w:p>
    <w:p>
      <w:r>
        <w:rPr>
          <w:sz w:val="22"/>
        </w:rPr>
        <w:t>3. Check the system tray and Startup apps. A WebAdvisor or helper can survive the main uninstall.</w:t>
      </w:r>
    </w:p>
    <w:p>
      <w:r>
        <w:rPr>
          <w:sz w:val="22"/>
        </w:rPr>
        <w:t>4. Open Windows Security &gt; Virus &amp; threat protection. Turn Microsoft Defender real-time protection on.</w:t>
      </w:r>
    </w:p>
    <w:p>
      <w:r>
        <w:rPr>
          <w:sz w:val="22"/>
        </w:rPr>
        <w:t>5. Run a full scan when you are not working. If detections return, use Microsoft Defender Offline, then a reset if needed.</w:t>
      </w:r>
    </w:p>
    <w:p>
      <w:r>
        <w:rPr>
          <w:sz w:val="22"/>
        </w:rPr>
        <w:t>6. If you later want a paid extra, buy a job (cleanup, identity, lab suite, family count, Wi-Fi inspector) — not a replacement reflex.</w:t>
      </w:r>
    </w:p>
    <w:p>
      <w:r>
        <w:rPr>
          <w:sz w:val="20"/>
        </w:rPr>
        <w:t>This is not a claim that Avast, McAfee, or Norton is useless. It is a claim that Defender is a normal end state on supported Windows 10 and 11.</w:t>
      </w:r>
    </w:p>
    <w:p>
      <w:r>
        <w:rPr>
          <w:sz w:val="20"/>
        </w:rPr>
        <w:t>Do not install a second suite 'just in case' next to Defender. That is how the laptop got slow.</w:t>
      </w:r>
    </w:p>
    <w:p>
      <w:r>
        <w:rPr>
          <w:sz w:val="20"/>
        </w:rPr>
        <w:t>CyberGuardLab.com key points | August 21, 2026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