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fake unemployment benefits scam</w:t>
      </w:r>
    </w:p>
    <w:p>
      <w:r>
        <w:rPr>
          <w:color w:val="E11D48"/>
          <w:u w:val="single"/>
        </w:rPr>
        <w:t>https://cyberguardlab.com/blog/unemployment-benefits-scam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unemployment-benefits-scam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fake unemployment benefits scam steals money or identity by posing as a state workforce agency—or by filing claims in your name. You may get texts about “unclaimed benefits,” locked accounts, or refunds that need a fee. Do not tap surprise links. Do not pay gift cards to unlock benefits.</w:t>
      </w:r>
    </w:p>
    <w:p>
      <w:r>
        <w:t>This differs from DMV renewal texts and from IRS garnishment calls, though all can use phishing links like those in how to spot a phishing email. Peer-app pressure overlaps with Zelle and Cash App payment scams. No software purchase required.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pPr>
        <w:pStyle w:val="Heading2"/>
      </w:pPr>
      <w:r>
        <w:t>1. How fake unemployment benefits scripts work</w:t>
      </w:r>
    </w:p>
    <w:p>
      <w:pPr>
        <w:pStyle w:val="ListBullet"/>
      </w:pPr>
      <w:r>
        <w:t>Phishing or fee track — Messages say benefits are ready, suspended, or overpaid. Links harvest logins or demand a “verification fee,” sometimes via gift cards or peer apps (FTC government impersonation guidance).</w:t>
      </w:r>
    </w:p>
    <w:p>
      <w:pPr>
        <w:pStyle w:val="ListBullet"/>
      </w:pPr>
      <w:r>
        <w:t>Identity claim track — You receive a 1099-G, approval letter, prepaid card, or employer notice about a claim you never filed. Criminals already used your SSN to collect benefits (FTC identity theft guidance).</w:t>
      </w:r>
    </w:p>
    <w:p>
      <w:pPr>
        <w:pStyle w:val="ListBullet"/>
      </w:pPr>
      <w:r>
        <w:t>Spoofed agency branding — Call centers and fake sites copy logos and ask for driver's license uploads.</w:t>
      </w:r>
    </w:p>
    <w:p>
      <w:pPr>
        <w:pStyle w:val="ListBullet"/>
      </w:pPr>
      <w:r>
        <w:t>Fake invoice language — Some mixes in “benefit tax processing” bills adjacent to fake invoice patterns.</w:t>
      </w:r>
    </w:p>
    <w:p>
      <w:pPr>
        <w:pStyle w:val="ListBullet"/>
      </w:pPr>
      <w:r>
        <w:t>Stress timing — During layoffs and economic stress, people expect agency contact—so scammers blend in.</w:t>
      </w:r>
    </w:p>
    <w:p>
      <w:pPr>
        <w:pStyle w:val="Heading2"/>
      </w:pPr>
      <w:r>
        <w:t>2. Red flags before you tap or pay</w:t>
      </w:r>
    </w:p>
    <w:p>
      <w:r>
        <w:t>Cue | Likely legitimate | Likely scam</w:t>
      </w:r>
    </w:p>
    <w:p>
      <w:r>
        <w:t>Account access | You open your state's official unemployment site or app yourself | Cold link in SMS or email claiming “update payment method”</w:t>
      </w:r>
    </w:p>
    <w:p>
      <w:r>
        <w:t>Fees | States do not require gift cards to release benefits | Pay a fee to unlock, verify, or stop an overpayment by gift card</w:t>
      </w:r>
    </w:p>
    <w:p>
      <w:r>
        <w:t>Unexpected claim mail | Investigate through official state contact channels | Click links in the same envelope insert from a stranger site</w:t>
      </w:r>
    </w:p>
    <w:p>
      <w:r>
        <w:t>Payment apps | Official direct deposit you set inside the real portal | Send money via Cash App or Venmo to an “agent”</w:t>
      </w:r>
    </w:p>
    <w:p>
      <w:r>
        <w:t>Data requests | Through authenticated state portals | Full SSN over text; photos of documents to a random number</w:t>
      </w:r>
    </w:p>
    <w:p>
      <w:r>
        <w:t>Tone | Procedural deadlines inside your real account | Immediate suspension threats with a shortened URL</w:t>
      </w:r>
    </w:p>
    <w:p>
      <w:pPr>
        <w:pStyle w:val="Heading2"/>
      </w:pPr>
      <w:r>
        <w:t>3. Safer habits (buy-nothing)</w:t>
      </w:r>
    </w:p>
    <w:p>
      <w:pPr>
        <w:pStyle w:val="ListBullet"/>
      </w:pPr>
      <w:r>
        <w:t>Do not use links in unexpected benefit texts. Type your state workforce site address yourself.</w:t>
      </w:r>
    </w:p>
    <w:p>
      <w:pPr>
        <w:pStyle w:val="ListBullet"/>
      </w:pPr>
      <w:r>
        <w:t>If you never applied, still check whether a claim exists when notices arrive.</w:t>
      </w:r>
    </w:p>
    <w:p>
      <w:pPr>
        <w:pStyle w:val="ListBullet"/>
      </w:pPr>
      <w:r>
        <w:t>Never pay to “release” unemployment funds with gift cards, crypto, or wires.</w:t>
      </w:r>
    </w:p>
    <w:p>
      <w:pPr>
        <w:pStyle w:val="ListBullet"/>
      </w:pPr>
      <w:r>
        <w:t>Protect your SSN and driver's license images.</w:t>
      </w:r>
    </w:p>
    <w:p>
      <w:pPr>
        <w:pStyle w:val="ListBullet"/>
      </w:pPr>
      <w:r>
        <w:t>Tell your employer's HR if they flag a claim you did not make.</w:t>
      </w:r>
    </w:p>
    <w:p>
      <w:pPr>
        <w:pStyle w:val="ListBullet"/>
      </w:pPr>
      <w:r>
        <w:t>For peer-app payment pressure, see Zelle and Cash App payment scams.</w:t>
      </w:r>
    </w:p>
    <w:p>
      <w:pPr>
        <w:pStyle w:val="Heading2"/>
      </w:pPr>
      <w:r>
        <w:t>4. If you already paid—or a claim used your identity</w:t>
      </w:r>
    </w:p>
    <w:p>
      <w:pPr>
        <w:pStyle w:val="ListBullet"/>
      </w:pPr>
      <w:r>
        <w:t>Contact your bank or card issuer about scam payments.</w:t>
      </w:r>
    </w:p>
    <w:p>
      <w:pPr>
        <w:pStyle w:val="ListBullet"/>
      </w:pPr>
      <w:r>
        <w:t>Report the fake claim to your state unemployment fraud unit using phone numbers from the official site.</w:t>
      </w:r>
    </w:p>
    <w:p>
      <w:pPr>
        <w:pStyle w:val="ListBullet"/>
      </w:pPr>
      <w:r>
        <w:t>File at ReportFraud.ftc.gov and start IdentityTheft.gov for tax and credit follow-through.</w:t>
      </w:r>
    </w:p>
    <w:p>
      <w:pPr>
        <w:pStyle w:val="ListBullet"/>
      </w:pPr>
      <w:r>
        <w:t>Change passwords on email and any state accounts; enable multifactor authentication.</w:t>
      </w:r>
    </w:p>
    <w:p>
      <w:pPr>
        <w:pStyle w:val="ListBullet"/>
      </w:pPr>
      <w:r>
        <w:t>Watch for IRS notices about unemployment income you did not receive; keep copies of fraud reports.</w:t>
      </w:r>
    </w:p>
    <w:p>
      <w:pPr>
        <w:pStyle w:val="ListBullet"/>
      </w:pPr>
      <w:r>
        <w:t>Ask HR whether a claim appeared against your wage record and keep any fraud affidavits the state asks you to sign (FTC guidance if you were scammed).</w:t>
      </w:r>
    </w:p>
    <w:p>
      <w:pPr>
        <w:pStyle w:val="Heading2"/>
      </w:pPr>
      <w:r>
        <w:t>FAQ</w:t>
      </w:r>
    </w:p>
    <w:p>
      <w:pPr>
        <w:pStyle w:val="Heading3"/>
      </w:pPr>
      <w:r>
        <w:t>I got a prepaid card for unemployment I did not claim. What now?</w:t>
      </w:r>
    </w:p>
    <w:p>
      <w:r>
        <w:t>Contact the state unemployment agency through its official site immediately. Do not activate and spend the card as if it were a windfall—report it.</w:t>
      </w:r>
    </w:p>
    <w:p>
      <w:pPr>
        <w:pStyle w:val="Heading3"/>
      </w:pPr>
      <w:r>
        <w:t>A text says my weekly benefit is pending after I click. Safe?</w:t>
      </w:r>
    </w:p>
    <w:p>
      <w:r>
        <w:t>No. Open the official portal yourself. Unexpected benefit links are high-risk phishing.</w:t>
      </w:r>
    </w:p>
    <w:p>
      <w:pPr>
        <w:pStyle w:val="Heading3"/>
      </w:pPr>
      <w:r>
        <w:t>How is this different from a DMV text scam?</w:t>
      </w:r>
    </w:p>
    <w:p>
      <w:r>
        <w:t>DMV scams threaten driving privileges. Unemployment scams target benefits logins, fees, or identity-based claims. Both use urgent official-looking messages. See DMV license renewal text scams.</w:t>
      </w:r>
    </w:p>
    <w:p>
      <w:pPr>
        <w:pStyle w:val="Heading3"/>
      </w:pPr>
      <w:r>
        <w:t>Will I owe taxes on fraudulently claimed benefits?</w:t>
      </w:r>
    </w:p>
    <w:p>
      <w:r>
        <w:t>Fraudulent claims can create tax headaches. Keep state fraud reports and follow IRS and IdentityTheft.gov guidance if a 1099-G appears for wages you did not receive.</w:t>
      </w:r>
    </w:p>
    <w:p>
      <w:pPr>
        <w:pStyle w:val="Heading3"/>
      </w:pPr>
      <w:r>
        <w:t>Can freezing my credit help?</w:t>
      </w:r>
    </w:p>
    <w:p>
      <w:r>
        <w:t>A credit freeze will not stop all unemployment identity fraud, but broader identity theft steps on IdentityTheft.gov still matter when SSNs are exposed.</w:t>
      </w:r>
    </w:p>
    <w:p>
      <w:pPr>
        <w:pStyle w:val="Heading3"/>
      </w:pPr>
      <w:r>
        <w:t>Do I need paid antivirus to avoid an unemployment benefits scam?</w:t>
      </w:r>
    </w:p>
    <w:p>
      <w:r>
        <w:t>No. Official portals and refusing unlock fees are enough. Buy-nothing is valid.</w:t>
      </w:r>
    </w:p>
    <w:p>
      <w:pPr>
        <w:pStyle w:val="Heading2"/>
      </w:pPr>
      <w:r>
        <w:t>If you still want a paid suite</w:t>
      </w:r>
    </w:p>
    <w:p>
      <w:r>
        <w:t>Avoiding a fake unemployment benefits scam does not require paid antivirus. Official portals and cautious habits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What To Do if You're a Victim of Identity Theft (FTC)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ReportFraud.ftc.gov</w:t>
      </w:r>
    </w:p>
    <w:p>
      <w:pPr>
        <w:pStyle w:val="ListBullet"/>
      </w:pPr>
      <w:r>
        <w:t>Government Impersonation Scams (FTC)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phishing email</w:t>
      </w:r>
    </w:p>
    <w:p>
      <w:pPr>
        <w:pStyle w:val="ListBullet"/>
      </w:pPr>
      <w:r>
        <w:t>How to spot a DMV or license renewal text scam</w:t>
      </w:r>
    </w:p>
    <w:p>
      <w:pPr>
        <w:pStyle w:val="ListBullet"/>
      </w:pPr>
      <w:r>
        <w:t>How to report identity theft on IdentityTheft.gov</w:t>
      </w:r>
    </w:p>
    <w:p>
      <w:pPr>
        <w:pStyle w:val="ListBullet"/>
      </w:pPr>
      <w:r>
        <w:t>How to spot a Zelle or Cash App payment scam</w:t>
      </w:r>
    </w:p>
    <w:p>
      <w:pPr>
        <w:pStyle w:val="ListBullet"/>
      </w:pPr>
      <w:r>
        <w:t>How to report a scam to the FTC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https://cyberguardlab.com/blog/unemployment-benefits-scam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fake unemployment benefits scam</dc:title>
  <dc:subject>How to spot a fake unemployment benefits scam</dc:subject>
  <dc:creator>CyberGuardLab editorial</dc:creator>
  <cp:keywords>unemployment benefits scam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