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segment smart TVs and cameras on a separate VLAN</w:t>
      </w:r>
    </w:p>
    <w:p>
      <w:r>
        <w:rPr>
          <w:color w:val="E11D48"/>
          <w:u w:val="single"/>
        </w:rPr>
        <w:t>https://cyberguardlab.com/blog/smart-tv-camera-vlan-segment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smart-tv-camera-vlan-segment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Put smart TVs and cameras on a separate VLAN or isolated IoT/guest SSID so a compromised gadget cannot freely scan laptops and NAS on your main LAN. You need a router or firewall that supports VLANs/guest isolation (or a mesh vendor’s “IoT network” feature). This how-to is LAN segmentation—not Android Private DNS, not WPA3 alone, and not ISP phishing.</w:t>
      </w:r>
    </w:p>
    <w:p>
      <w:pPr>
        <w:pStyle w:val="Heading2"/>
      </w:pPr>
      <w:r>
        <w:t>1. What you need</w:t>
      </w:r>
    </w:p>
    <w:p>
      <w:pPr>
        <w:pStyle w:val="ListBullet"/>
      </w:pPr>
      <w:r>
        <w:t>Router/firewall/AP firmware with VLAN, “guest network,” or “IoT network” controls (prosumer and many mesh systems).</w:t>
      </w:r>
    </w:p>
    <w:p>
      <w:pPr>
        <w:pStyle w:val="ListBullet"/>
      </w:pPr>
      <w:r>
        <w:t>Ability to set a second SSID or wired VLAN membership for TVs/cameras.</w:t>
      </w:r>
    </w:p>
    <w:p>
      <w:pPr>
        <w:pStyle w:val="ListBullet"/>
      </w:pPr>
      <w:r>
        <w:t>Optional: firewall rules blocking IoT → LAN while allowing IoT → internet (and limited LAN → IoT if you use a viewing app).</w:t>
      </w:r>
    </w:p>
    <w:p>
      <w:r>
        <w:t>Exact menus differ by vendor—use the vendor manual for click-by-click paths; the pattern below is portable.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r>
        <w:t>Convenience casting is why many homes skip isolation. If a cheap camera is wormed, flat LANs hand attackers a path to file shares—segment first, then open only the ports you prove you need.</w:t>
      </w:r>
    </w:p>
    <w:p>
      <w:pPr>
        <w:pStyle w:val="Heading2"/>
      </w:pPr>
      <w:r>
        <w:t>2. VLAN vs Private DNS vs WPA3</w:t>
      </w:r>
    </w:p>
    <w:p>
      <w:r>
        <w:t>Control | Primary job | Not a substitute for</w:t>
      </w:r>
    </w:p>
    <w:p>
      <w:r>
        <w:t>IoT VLAN / guest SSID | Isolate device groups on LAN | DNS-over-TLS on phones</w:t>
      </w:r>
    </w:p>
    <w:p>
      <w:r>
        <w:t>Private DNS | Encrypt DNS on one Android device | Stopping camera↔laptop LAN worms</w:t>
      </w:r>
    </w:p>
    <w:p>
      <w:r>
        <w:t>WPA3 | Strong Wi-Fi handshake | Separating trusted vs untrusted devices once joined</w:t>
      </w:r>
    </w:p>
    <w:p>
      <w:pPr>
        <w:pStyle w:val="Heading2"/>
      </w:pPr>
      <w:r>
        <w:t>3. Steps: segment TVs and cameras</w:t>
      </w:r>
    </w:p>
    <w:p>
      <w:pPr>
        <w:pStyle w:val="ListBullet"/>
      </w:pPr>
      <w:r>
        <w:t>Update the router/AP firmware from the official vendor source.</w:t>
      </w:r>
    </w:p>
    <w:p>
      <w:pPr>
        <w:pStyle w:val="ListBullet"/>
      </w:pPr>
      <w:r>
        <w:t>Create a new IoT / Guest network or VLAN ID (example pattern: VLAN 20 named `iot`).</w:t>
      </w:r>
    </w:p>
    <w:p>
      <w:pPr>
        <w:pStyle w:val="ListBullet"/>
      </w:pPr>
      <w:r>
        <w:t>Assign a dedicated SSID (e.g., `Home-IoT`) to that VLAN; use strong WPA2/WPA3 settings appropriate for those clients.</w:t>
      </w:r>
    </w:p>
    <w:p>
      <w:pPr>
        <w:pStyle w:val="ListBullet"/>
      </w:pPr>
      <w:r>
        <w:t>Enable client/AP isolation on that SSID if you do not need camera-to-camera chatter.</w:t>
      </w:r>
    </w:p>
    <w:p>
      <w:pPr>
        <w:pStyle w:val="ListBullet"/>
      </w:pPr>
      <w:r>
        <w:t>Firewall defaults to prefer: IoT may reach the internet; IoT may not initiate connections to your main LAN; your phone on main LAN may reach cameras only on required ports if the app needs it—or use the vendor cloud (understand the privacy tradeoff).</w:t>
      </w:r>
    </w:p>
    <w:p>
      <w:pPr>
        <w:pStyle w:val="ListBullet"/>
      </w:pPr>
      <w:r>
        <w:t>Move smart TVs and cameras onto `Home-IoT` (forget the old SSID on each device).</w:t>
      </w:r>
    </w:p>
    <w:p>
      <w:pPr>
        <w:pStyle w:val="ListBullet"/>
      </w:pPr>
      <w:r>
        <w:t>Keep PCs, phones, and NAS on the main LAN/SSID.</w:t>
      </w:r>
    </w:p>
    <w:p>
      <w:pPr>
        <w:pStyle w:val="ListBullet"/>
      </w:pPr>
      <w:r>
        <w:t>Test: phone on main LAN still streams the camera app if that is required; a TV on IoT should not see your NAS shares.</w:t>
      </w:r>
    </w:p>
    <w:p>
      <w:pPr>
        <w:pStyle w:val="ListBullet"/>
      </w:pPr>
      <w:r>
        <w:t>Document the VLAN ID and SSID in your household notes.</w:t>
      </w:r>
    </w:p>
    <w:p>
      <w:pPr>
        <w:pStyle w:val="ListBullet"/>
      </w:pPr>
      <w:r>
        <w:t>Recheck IoT update support so segmented devices still get patches.</w:t>
      </w:r>
    </w:p>
    <w:p>
      <w:pPr>
        <w:pStyle w:val="Heading2"/>
      </w:pPr>
      <w:r>
        <w:t>4. If your ISP gateway cannot VLAN</w:t>
      </w:r>
    </w:p>
    <w:p>
      <w:pPr>
        <w:pStyle w:val="ListBullet"/>
      </w:pPr>
      <w:r>
        <w:t>Add your own router behind the ISP modem in true router mode (avoid double-NAT surprises—follow vendor guidance).</w:t>
      </w:r>
    </w:p>
    <w:p>
      <w:pPr>
        <w:pStyle w:val="ListBullet"/>
      </w:pPr>
      <w:r>
        <w:t>Or use the gateway’s Guest Wi-Fi as a lighter isolation layer when full VLANs are unavailable.</w:t>
      </w:r>
    </w:p>
    <w:p>
      <w:pPr>
        <w:pStyle w:val="ListBullet"/>
      </w:pPr>
      <w:r>
        <w:t>Still change router admin credentials and keep endpoints patched with Norton or Bitdefender (TotalAV, McAfee, Avast on-site).</w:t>
      </w:r>
    </w:p>
    <w:p>
      <w:pPr>
        <w:pStyle w:val="Heading2"/>
      </w:pPr>
      <w:r>
        <w:t>FAQ</w:t>
      </w:r>
    </w:p>
    <w:p>
      <w:pPr>
        <w:pStyle w:val="Heading3"/>
      </w:pPr>
      <w:r>
        <w:t>Will casting from phone to TV break?</w:t>
      </w:r>
    </w:p>
    <w:p>
      <w:r>
        <w:t>Sometimes. You may need mDNS/reflection rules or keep the phone on a network that can reach the TV. Prefer vendor-documented cast ports over “allow all.”</w:t>
      </w:r>
    </w:p>
    <w:p>
      <w:pPr>
        <w:pStyle w:val="Heading3"/>
      </w:pPr>
      <w:r>
        <w:t>Is guest Wi-Fi good enough?</w:t>
      </w:r>
    </w:p>
    <w:p>
      <w:r>
        <w:t>Guest isolation is a practical middle ground when VLANs are unavailable. True VLANs give cleaner wired + wireless policy.</w:t>
      </w:r>
    </w:p>
    <w:p>
      <w:pPr>
        <w:pStyle w:val="Heading3"/>
      </w:pPr>
      <w:r>
        <w:t>Does this stop ISP bill phishing?</w:t>
      </w:r>
    </w:p>
    <w:p>
      <w:r>
        <w:t>No. Phishing is an account problem—see the ISP phishing guide.</w:t>
      </w:r>
    </w:p>
    <w:p>
      <w:pPr>
        <w:pStyle w:val="Heading3"/>
      </w:pPr>
      <w:r>
        <w:t>Do cameras still need passwords?</w:t>
      </w:r>
    </w:p>
    <w:p>
      <w:r>
        <w:t>Yes. Segmentation limits blast radius; unique camera passwords and updates remain mandatory.</w:t>
      </w:r>
    </w:p>
    <w:p>
      <w:pPr>
        <w:pStyle w:val="Heading2"/>
      </w:pPr>
      <w:r>
        <w:t>If you still want a paid suite</w:t>
      </w:r>
    </w:p>
    <w:p>
      <w:r>
        <w:t>Avoiding how to segment smart TVs and cameras on a separate VLAN does not require paid antivirus. Careful habits and official support paths are a valid buy-nothing stack. If you want multi-device paid protection later,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CISA: Secure your home network</w:t>
      </w:r>
    </w:p>
    <w:p>
      <w:pPr>
        <w:pStyle w:val="ListBullet"/>
      </w:pPr>
      <w:r>
        <w:t>FTC: Internet of Things security basics</w:t>
      </w:r>
    </w:p>
    <w:p>
      <w:pPr>
        <w:pStyle w:val="ListBullet"/>
      </w:pPr>
      <w:r>
        <w:t>CISA: Internet of Things security tips</w:t>
      </w:r>
    </w:p>
    <w:p>
      <w:pPr>
        <w:pStyle w:val="ListBullet"/>
      </w:pPr>
      <w:r>
        <w:t>Example vendor VLAN help (TP-Link Omada concept docs)</w:t>
      </w:r>
    </w:p>
    <w:p>
      <w:pPr>
        <w:pStyle w:val="Heading2"/>
      </w:pPr>
      <w:r>
        <w:t>Also read</w:t>
      </w:r>
    </w:p>
    <w:p>
      <w:pPr>
        <w:pStyle w:val="ListBullet"/>
      </w:pPr>
      <w:r>
        <w:t>How to turn on Private DNS on Android</w:t>
      </w:r>
    </w:p>
    <w:p>
      <w:pPr>
        <w:pStyle w:val="ListBullet"/>
      </w:pPr>
      <w:r>
        <w:t>How to check if an IoT device still gets security updates</w:t>
      </w:r>
    </w:p>
    <w:p>
      <w:pPr>
        <w:pStyle w:val="ListBullet"/>
      </w:pPr>
      <w:r>
        <w:t>How to set up a guest Wi-Fi network at home</w:t>
      </w:r>
    </w:p>
    <w:p>
      <w:pPr>
        <w:pStyle w:val="ListBullet"/>
      </w:pPr>
      <w:r>
        <w:t>How to turn on WPA3 or the strongest Wi-Fi encryption you have</w:t>
      </w:r>
    </w:p>
    <w:p>
      <w:pPr>
        <w:pStyle w:val="ListBullet"/>
      </w:pPr>
      <w:r>
        <w:t>How to change your router admin password safely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https://cyberguardlab.com/blog/smart-tv-camera-vlan-segment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segment smart TVs and cameras on a separate VLAN</dc:title>
  <dc:subject>How to segment smart TVs and cameras on a separate VLAN</dc:subject>
  <dc:creator>CyberGuardLab editorial</dc:creator>
  <cp:keywords>smart tv camera vlan segment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