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set a unique password on a smart doorbell</w:t>
      </w:r>
    </w:p>
    <w:p>
      <w:r>
        <w:rPr>
          <w:color w:val="E11D48"/>
          <w:u w:val="single"/>
        </w:rPr>
        <w:t>https://cyberguardlab.com/blog/smart-doorbell-unique-password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smart-doorbell-unique-passwor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Give your smart doorbell (and its cloud account) a unique long password stored in a password manager—never reuse your email, Amazon, or Wi-Fi passphrase. Finish with MFA, app authenticity checks, and firmware updates. This how-to is doorbell / camera account credentials—not fake smart-home apps deep-dives alone, not NAS hardening, and not household password-manager rollout.</w:t>
      </w:r>
    </w:p>
    <w:p>
      <w:pPr>
        <w:pStyle w:val="Heading2"/>
      </w:pPr>
      <w:r>
        <w:t>1. Steps: unique doorbell credentials</w:t>
      </w:r>
    </w:p>
    <w:p>
      <w:pPr>
        <w:pStyle w:val="ListBullet"/>
      </w:pPr>
      <w:r>
        <w:t>Install only the official app (box QR or brand site)—spot clones first via fake smart-home app cues.</w:t>
      </w:r>
    </w:p>
    <w:p>
      <w:pPr>
        <w:pStyle w:val="ListBullet"/>
      </w:pPr>
      <w:r>
        <w:t>Create or sign in to the doorbell vendor account (Ring, Google Nest, Arlo, etc.).</w:t>
      </w:r>
    </w:p>
    <w:p>
      <w:pPr>
        <w:pStyle w:val="ListBullet"/>
      </w:pPr>
      <w:r>
        <w:t>Generate a unique password in your password manager (12+ random characters or a long passphrase). Do not reuse Gmail/iCloud/Microsoft passwords.</w:t>
      </w:r>
    </w:p>
    <w:p>
      <w:pPr>
        <w:pStyle w:val="ListBullet"/>
      </w:pPr>
      <w:r>
        <w:t>Enable the vendor’s two-factor / verification codes (app or hardware key when offered).</w:t>
      </w:r>
    </w:p>
    <w:p>
      <w:pPr>
        <w:pStyle w:val="ListBullet"/>
      </w:pPr>
      <w:r>
        <w:t>Change any device PIN/passcode used for local settings if separate from the cloud password.</w:t>
      </w:r>
    </w:p>
    <w:p>
      <w:pPr>
        <w:pStyle w:val="ListBullet"/>
      </w:pPr>
      <w:r>
        <w:t>Use a strong, unique Wi-Fi passphrase on the home network; guest/IoT SSID when available—see VLAN segment for cameras.</w:t>
      </w:r>
    </w:p>
    <w:p>
      <w:pPr>
        <w:pStyle w:val="ListBullet"/>
      </w:pPr>
      <w:r>
        <w:t>Turn on automatic firmware updates in the official app; confirm the device still receives patches—IoT updates check.</w:t>
      </w:r>
    </w:p>
    <w:p>
      <w:pPr>
        <w:pStyle w:val="ListBullet"/>
      </w:pPr>
      <w:r>
        <w:t>Review shared-user invites; remove ex-roommates and unknown emails.</w:t>
      </w:r>
    </w:p>
    <w:p>
      <w:pPr>
        <w:pStyle w:val="ListBullet"/>
      </w:pPr>
      <w:r>
        <w:t>Store the password only in the manager (or a sealed offline backup)—not on a sticky note by the door chime.</w:t>
      </w:r>
    </w:p>
    <w:p>
      <w:r>
        <w:t>One shared doorbell password in a group text becomes tomorrow’s breach when a phone is lost. Prefer vendor multi-user invites with individual sign-ins.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pPr>
        <w:pStyle w:val="Heading2"/>
      </w:pPr>
      <w:r>
        <w:t>2. Safer vs weaker doorbell habits</w:t>
      </w:r>
    </w:p>
    <w:p>
      <w:r>
        <w:t>Habit | Safer | Weaker</w:t>
      </w:r>
    </w:p>
    <w:p>
      <w:r>
        <w:t>Cloud password | Unique + manager + MFA | Same as email / “password123”</w:t>
      </w:r>
    </w:p>
    <w:p>
      <w:r>
        <w:t>App source | Official publisher | Look-alike store listing</w:t>
      </w:r>
    </w:p>
    <w:p>
      <w:r>
        <w:t>Sharing | Named family accounts | One login texted to everyone</w:t>
      </w:r>
    </w:p>
    <w:p>
      <w:r>
        <w:t>Network | Updated router; IoT segment | Default Wi-Fi + UPnP wide open</w:t>
      </w:r>
    </w:p>
    <w:p>
      <w:pPr>
        <w:pStyle w:val="Heading2"/>
      </w:pPr>
      <w:r>
        <w:t>3. Steps: unique doorbell credentials</w:t>
      </w:r>
    </w:p>
    <w:p>
      <w:pPr>
        <w:pStyle w:val="ListBullet"/>
      </w:pPr>
      <w:r>
        <w:t>Install only the official app (box QR or brand site)—spot clones first via fake smart-home app cues.</w:t>
      </w:r>
    </w:p>
    <w:p>
      <w:pPr>
        <w:pStyle w:val="ListBullet"/>
      </w:pPr>
      <w:r>
        <w:t>Create or sign in to the doorbell vendor account (Ring, Google Nest, Arlo, etc.).</w:t>
      </w:r>
    </w:p>
    <w:p>
      <w:pPr>
        <w:pStyle w:val="ListBullet"/>
      </w:pPr>
      <w:r>
        <w:t>Generate a unique password in your password manager (12+ random characters or a long passphrase). Do not reuse Gmail/iCloud/Microsoft passwords.</w:t>
      </w:r>
    </w:p>
    <w:p>
      <w:pPr>
        <w:pStyle w:val="ListBullet"/>
      </w:pPr>
      <w:r>
        <w:t>Enable the vendor’s two-factor / verification codes (app or hardware key when offered).</w:t>
      </w:r>
    </w:p>
    <w:p>
      <w:pPr>
        <w:pStyle w:val="ListBullet"/>
      </w:pPr>
      <w:r>
        <w:t>Change any device PIN/passcode used for local settings if separate from the cloud password.</w:t>
      </w:r>
    </w:p>
    <w:p>
      <w:pPr>
        <w:pStyle w:val="ListBullet"/>
      </w:pPr>
      <w:r>
        <w:t>Use a strong, unique Wi-Fi passphrase on the home network; guest/IoT SSID when available—see VLAN segment for cameras.</w:t>
      </w:r>
    </w:p>
    <w:p>
      <w:pPr>
        <w:pStyle w:val="ListBullet"/>
      </w:pPr>
      <w:r>
        <w:t>Turn on automatic firmware updates in the official app; confirm the device still receives patches—IoT updates check.</w:t>
      </w:r>
    </w:p>
    <w:p>
      <w:pPr>
        <w:pStyle w:val="ListBullet"/>
      </w:pPr>
      <w:r>
        <w:t>Review shared-user invites; remove ex-roommates and unknown emails.</w:t>
      </w:r>
    </w:p>
    <w:p>
      <w:pPr>
        <w:pStyle w:val="ListBullet"/>
      </w:pPr>
      <w:r>
        <w:t>Store the password only in the manager (or a sealed offline backup)—not on a sticky note by the door chime.</w:t>
      </w:r>
    </w:p>
    <w:p>
      <w:pPr>
        <w:pStyle w:val="Heading2"/>
      </w:pPr>
      <w:r>
        <w:t>4. If the account was reused or phished</w:t>
      </w:r>
    </w:p>
    <w:p>
      <w:pPr>
        <w:pStyle w:val="ListBullet"/>
      </w:pPr>
      <w:r>
        <w:t>Change the doorbell cloud password immediately; sign out other sessions in the vendor app/web.</w:t>
      </w:r>
    </w:p>
    <w:p>
      <w:pPr>
        <w:pStyle w:val="ListBullet"/>
      </w:pPr>
      <w:r>
        <w:t>Change the email password if it was the same; enable MFA there too.</w:t>
      </w:r>
    </w:p>
    <w:p>
      <w:pPr>
        <w:pStyle w:val="ListBullet"/>
      </w:pPr>
      <w:r>
        <w:t>Review event history for unfamiliar viewers.</w:t>
      </w:r>
    </w:p>
    <w:p>
      <w:pPr>
        <w:pStyle w:val="ListBullet"/>
      </w:pPr>
      <w:r>
        <w:t>Scan phones/PCs with Norton or Bitdefender; keep one primary product (TotalAV, McAfee, Avast).</w:t>
      </w:r>
    </w:p>
    <w:p>
      <w:pPr>
        <w:pStyle w:val="Heading2"/>
      </w:pPr>
      <w:r>
        <w:t>FAQ</w:t>
      </w:r>
    </w:p>
    <w:p>
      <w:pPr>
        <w:pStyle w:val="Heading3"/>
      </w:pPr>
      <w:r>
        <w:t>Is the Wi-Fi password enough?</w:t>
      </w:r>
    </w:p>
    <w:p>
      <w:r>
        <w:t>No. Attackers who phish the cloud account can view live video without your Wi-Fi key.</w:t>
      </w:r>
    </w:p>
    <w:p>
      <w:pPr>
        <w:pStyle w:val="Heading3"/>
      </w:pPr>
      <w:r>
        <w:t>How is this different from a household password-manager setup?</w:t>
      </w:r>
    </w:p>
    <w:p>
      <w:r>
        <w:t>This article sets one IoT account correctly. A household manager rollout covers all family logins systematically.</w:t>
      </w:r>
    </w:p>
    <w:p>
      <w:pPr>
        <w:pStyle w:val="Heading3"/>
      </w:pPr>
      <w:r>
        <w:t>Do passkeys work on doorbell brands?</w:t>
      </w:r>
    </w:p>
    <w:p>
      <w:r>
        <w:t>Support varies. Use whatever MFA the vendor offers today; add passkeys on Google/Apple/Microsoft accounts that recover the doorbell email.</w:t>
      </w:r>
    </w:p>
    <w:p>
      <w:pPr>
        <w:pStyle w:val="Heading3"/>
      </w:pPr>
      <w:r>
        <w:t>Should I disable the doorbell mic/camera when home?</w:t>
      </w:r>
    </w:p>
    <w:p>
      <w:r>
        <w:t>Optional privacy preference—still keep the account password unique either way.</w:t>
      </w:r>
    </w:p>
    <w:p>
      <w:pPr>
        <w:pStyle w:val="Heading2"/>
      </w:pPr>
      <w:r>
        <w:t>If you still want a paid suite</w:t>
      </w:r>
    </w:p>
    <w:p>
      <w:r>
        <w:t>Avoiding how to set a unique password on a smart doorbell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CISA: Secure our world — Use strong passwords</w:t>
      </w:r>
    </w:p>
    <w:p>
      <w:pPr>
        <w:pStyle w:val="ListBullet"/>
      </w:pPr>
      <w:r>
        <w:t>FTC: How to secure your home Wi-Fi network</w:t>
      </w:r>
    </w:p>
    <w:p>
      <w:pPr>
        <w:pStyle w:val="ListBullet"/>
      </w:pPr>
      <w:r>
        <w:t>Example vendor help (Ring account security)</w:t>
      </w:r>
    </w:p>
    <w:p>
      <w:pPr>
        <w:pStyle w:val="ListBullet"/>
      </w:pPr>
      <w:r>
        <w:t>Example vendor help (Google Nest account)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spot a fake smart-home app on the app store</w:t>
      </w:r>
    </w:p>
    <w:p>
      <w:pPr>
        <w:pStyle w:val="ListBullet"/>
      </w:pPr>
      <w:r>
        <w:t>How to set up a password manager for a US household</w:t>
      </w:r>
    </w:p>
    <w:p>
      <w:pPr>
        <w:pStyle w:val="ListBullet"/>
      </w:pPr>
      <w:r>
        <w:t>How to segment smart TVs and cameras on a separate VLAN</w:t>
      </w:r>
    </w:p>
    <w:p>
      <w:pPr>
        <w:pStyle w:val="ListBullet"/>
      </w:pPr>
      <w:r>
        <w:t>How to check if an IoT device still gets security updates</w:t>
      </w:r>
    </w:p>
    <w:p>
      <w:pPr>
        <w:pStyle w:val="ListBullet"/>
      </w:pPr>
      <w:r>
        <w:t>How to turn on passkeys for Google, Apple, and Microsoft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https://cyberguardlab.com/blog/smart-doorbell-unique-password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set a unique password on a smart doorbell</dc:title>
  <dc:subject>How to set a unique password on a smart doorbell</dc:subject>
  <dc:creator>CyberGuardLab editorial</dc:creator>
  <cp:keywords>smart doorbell unique password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