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secure a home NAS or personal cloud drive</w:t>
      </w:r>
    </w:p>
    <w:p>
      <w:r>
        <w:rPr>
          <w:color w:val="E11D48"/>
          <w:u w:val="single"/>
        </w:rPr>
        <w:t>https://cyberguardlab.com/blog/secure-home-nas-personal-cloud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secure-home-nas-personal-clou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Secure a home NAS or personal cloud drive by unique admin credentials, automatic updates, MFA where offered, least-privilege shares, and no casual WAN exposure. Prefer VPN or the vendor’s signed cloud relay over opening SMB/RDP to the internet. This how-to is NAS/personal cloud hardening—not turning off UPnP alone, not smart-doorbell passwords, and not password-manager vault recovery.</w:t>
      </w:r>
    </w:p>
    <w:p>
      <w:pPr>
        <w:pStyle w:val="Heading2"/>
      </w:pPr>
      <w:r>
        <w:t>1. Baseline hardening steps</w:t>
      </w:r>
    </w:p>
    <w:p>
      <w:pPr>
        <w:pStyle w:val="ListBullet"/>
      </w:pPr>
      <w:r>
        <w:t>Create a strong unique admin password in a password manager; disable default `admin` if the vendor allows renaming.</w:t>
      </w:r>
    </w:p>
    <w:p>
      <w:pPr>
        <w:pStyle w:val="ListBullet"/>
      </w:pPr>
      <w:r>
        <w:t>Create separate user accounts for each person/app; never share the admin login for daily file access.</w:t>
      </w:r>
    </w:p>
    <w:p>
      <w:pPr>
        <w:pStyle w:val="ListBullet"/>
      </w:pPr>
      <w:r>
        <w:t>Enable 2FA/MFA on the NAS cloud account and on any remote-access portal the vendor provides.</w:t>
      </w:r>
    </w:p>
    <w:p>
      <w:pPr>
        <w:pStyle w:val="ListBullet"/>
      </w:pPr>
      <w:r>
        <w:t>Install firmware and package updates from the vendor’s official channel only—check IoT / device update status habits apply here too.</w:t>
      </w:r>
    </w:p>
    <w:p>
      <w:pPr>
        <w:pStyle w:val="ListBullet"/>
      </w:pPr>
      <w:r>
        <w:t>Turn off unused services (Telnet, older SMB1, public guest shares, anonymous FTP).</w:t>
      </w:r>
    </w:p>
    <w:p>
      <w:pPr>
        <w:pStyle w:val="ListBullet"/>
      </w:pPr>
      <w:r>
        <w:t>Keep UPnP off on the router; avoid automatic port opens—see turn off UPnP.</w:t>
      </w:r>
    </w:p>
    <w:p>
      <w:pPr>
        <w:pStyle w:val="ListBullet"/>
      </w:pPr>
      <w:r>
        <w:t>If you need remote files: use the vendor’s official app/cloud, or a VPN you control—not raw SMB on port 445 to the world.</w:t>
      </w:r>
    </w:p>
    <w:p>
      <w:pPr>
        <w:pStyle w:val="ListBullet"/>
      </w:pPr>
      <w:r>
        <w:t>Put the NAS on a trusted LAN or IoT segment; limit which VLANs can reach admin ports when your router supports it.</w:t>
      </w:r>
    </w:p>
    <w:p>
      <w:pPr>
        <w:pStyle w:val="ListBullet"/>
      </w:pPr>
      <w:r>
        <w:t>Enable volume encryption options the vendor documents; keep recovery keys offline.</w:t>
      </w:r>
    </w:p>
    <w:p>
      <w:pPr>
        <w:pStyle w:val="ListBullet"/>
      </w:pPr>
      <w:r>
        <w:t>Test restores from backups; ransomware that encrypts a NAS is a common household incident path.</w:t>
      </w:r>
    </w:p>
    <w:p>
      <w:r>
        <w:t>Tutorials that tell you to DMZ the NAS or expose the admin UI on port 5000/5001 to the internet skip basic threat modeling. Prefer vendor-documented secure remote access.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Safer vs riskier NAS habits</w:t>
      </w:r>
    </w:p>
    <w:p>
      <w:r>
        <w:t>Area | Safer | Riskier</w:t>
      </w:r>
    </w:p>
    <w:p>
      <w:r>
        <w:t>Remote access | Vendor cloud / VPN + MFA | WAN port forward to SMB/RDP/admin UI</w:t>
      </w:r>
    </w:p>
    <w:p>
      <w:r>
        <w:t>Accounts | Per-user + least share rights | Everyone uses admin</w:t>
      </w:r>
    </w:p>
    <w:p>
      <w:r>
        <w:t>Updates | Official firmware on a schedule | Years-old OS packages “because it works”</w:t>
      </w:r>
    </w:p>
    <w:p>
      <w:r>
        <w:t>Shares | Private folders; guest off | World-readable “media” share on the WAN</w:t>
      </w:r>
    </w:p>
    <w:p>
      <w:pPr>
        <w:pStyle w:val="Heading2"/>
      </w:pPr>
      <w:r>
        <w:t>3. Baseline hardening steps</w:t>
      </w:r>
    </w:p>
    <w:p>
      <w:pPr>
        <w:pStyle w:val="ListBullet"/>
      </w:pPr>
      <w:r>
        <w:t>Create a strong unique admin password in a password manager; disable default `admin` if the vendor allows renaming.</w:t>
      </w:r>
    </w:p>
    <w:p>
      <w:pPr>
        <w:pStyle w:val="ListBullet"/>
      </w:pPr>
      <w:r>
        <w:t>Create separate user accounts for each person/app; never share the admin login for daily file access.</w:t>
      </w:r>
    </w:p>
    <w:p>
      <w:pPr>
        <w:pStyle w:val="ListBullet"/>
      </w:pPr>
      <w:r>
        <w:t>Enable 2FA/MFA on the NAS cloud account and on any remote-access portal the vendor provides.</w:t>
      </w:r>
    </w:p>
    <w:p>
      <w:pPr>
        <w:pStyle w:val="ListBullet"/>
      </w:pPr>
      <w:r>
        <w:t>Install firmware and package updates from the vendor’s official channel only—check IoT / device update status habits apply here too.</w:t>
      </w:r>
    </w:p>
    <w:p>
      <w:pPr>
        <w:pStyle w:val="ListBullet"/>
      </w:pPr>
      <w:r>
        <w:t>Turn off unused services (Telnet, older SMB1, public guest shares, anonymous FTP).</w:t>
      </w:r>
    </w:p>
    <w:p>
      <w:pPr>
        <w:pStyle w:val="ListBullet"/>
      </w:pPr>
      <w:r>
        <w:t>Keep UPnP off on the router; avoid automatic port opens—see turn off UPnP.</w:t>
      </w:r>
    </w:p>
    <w:p>
      <w:pPr>
        <w:pStyle w:val="ListBullet"/>
      </w:pPr>
      <w:r>
        <w:t>If you need remote files: use the vendor’s official app/cloud, or a VPN you control—not raw SMB on port 445 to the world.</w:t>
      </w:r>
    </w:p>
    <w:p>
      <w:pPr>
        <w:pStyle w:val="ListBullet"/>
      </w:pPr>
      <w:r>
        <w:t>Put the NAS on a trusted LAN or IoT segment; limit which VLANs can reach admin ports when your router supports it.</w:t>
      </w:r>
    </w:p>
    <w:p>
      <w:pPr>
        <w:pStyle w:val="ListBullet"/>
      </w:pPr>
      <w:r>
        <w:t>Enable volume encryption options the vendor documents; keep recovery keys offline.</w:t>
      </w:r>
    </w:p>
    <w:p>
      <w:pPr>
        <w:pStyle w:val="ListBullet"/>
      </w:pPr>
      <w:r>
        <w:t>Test restores from backups; ransomware that encrypts a NAS is a common household incident path.</w:t>
      </w:r>
    </w:p>
    <w:p>
      <w:pPr>
        <w:pStyle w:val="Heading2"/>
      </w:pPr>
      <w:r>
        <w:t>4. If you suspect compromise</w:t>
      </w:r>
    </w:p>
    <w:p>
      <w:pPr>
        <w:pStyle w:val="ListBullet"/>
      </w:pPr>
      <w:r>
        <w:t>Disconnect WAN temporarily; keep local console access if needed.</w:t>
      </w:r>
    </w:p>
    <w:p>
      <w:pPr>
        <w:pStyle w:val="ListBullet"/>
      </w:pPr>
      <w:r>
        <w:t>Change admin and user passwords from a known-clean PC.</w:t>
      </w:r>
    </w:p>
    <w:p>
      <w:pPr>
        <w:pStyle w:val="ListBullet"/>
      </w:pPr>
      <w:r>
        <w:t>Review logged-in sessions, shared links, and unexpected admin accounts.</w:t>
      </w:r>
    </w:p>
    <w:p>
      <w:pPr>
        <w:pStyle w:val="ListBullet"/>
      </w:pPr>
      <w:r>
        <w:t>Reinstall/reset per vendor guidance if persistence is suspected; restore from a clean backup.</w:t>
      </w:r>
    </w:p>
    <w:p>
      <w:pPr>
        <w:pStyle w:val="ListBullet"/>
      </w:pPr>
      <w:r>
        <w:t>Scan household PCs with Norton or Bitdefender; keep one primary product (TotalAV, McAfee, Avast).</w:t>
      </w:r>
    </w:p>
    <w:p>
      <w:pPr>
        <w:pStyle w:val="Heading2"/>
      </w:pPr>
      <w:r>
        <w:t>FAQ</w:t>
      </w:r>
    </w:p>
    <w:p>
      <w:pPr>
        <w:pStyle w:val="Heading3"/>
      </w:pPr>
      <w:r>
        <w:t>Is a Synology / QNAP / TrueNAS “personal cloud” the same as Google Drive?** Functionally similar for file sync, but **you** own the patching and exposure decisions. Treat admin access like a mini-server. **Can I leave UPnP on “just for the NAS”?</w:t>
      </w:r>
    </w:p>
    <w:p>
      <w:r>
        <w:t>Better to disable UPnP and use documented remote methods. Auto port mapping is easy to forget.</w:t>
      </w:r>
    </w:p>
    <w:p>
      <w:pPr>
        <w:pStyle w:val="Heading3"/>
      </w:pPr>
      <w:r>
        <w:t>Do I need antivirus on the NAS?</w:t>
      </w:r>
    </w:p>
    <w:p>
      <w:r>
        <w:t>Follow vendor guidance. Always keep the PCs that mount shares protected and patched.</w:t>
      </w:r>
    </w:p>
    <w:p>
      <w:pPr>
        <w:pStyle w:val="Heading3"/>
      </w:pPr>
      <w:r>
        <w:t>How is this different from securing a smart doorbell?</w:t>
      </w:r>
    </w:p>
    <w:p>
      <w:r>
        <w:t>Doorbells are single-purpose IoT with vendor apps. A NAS holds bulk personal files and often runs many services—higher impact if breached.</w:t>
      </w:r>
    </w:p>
    <w:p>
      <w:pPr>
        <w:pStyle w:val="Heading2"/>
      </w:pPr>
      <w:r>
        <w:t>If you still want a paid suite</w:t>
      </w:r>
    </w:p>
    <w:p>
      <w:r>
        <w:t>Avoiding how to secure a home NAS or personal cloud drive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Secure your home network</w:t>
      </w:r>
    </w:p>
    <w:p>
      <w:pPr>
        <w:pStyle w:val="ListBullet"/>
      </w:pPr>
      <w:r>
        <w:t>FTC: Protecting your computer from ransomware</w:t>
      </w:r>
    </w:p>
    <w:p>
      <w:pPr>
        <w:pStyle w:val="ListBullet"/>
      </w:pPr>
      <w:r>
        <w:t>CISA: Stopransomware (general guidance)</w:t>
      </w:r>
    </w:p>
    <w:p>
      <w:pPr>
        <w:pStyle w:val="ListBullet"/>
      </w:pPr>
      <w:r>
        <w:t>Example vendor security tips (Synology)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off UPnP on a home router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change your router admin password safely</w:t>
      </w:r>
    </w:p>
    <w:p>
      <w:pPr>
        <w:pStyle w:val="ListBullet"/>
      </w:pPr>
      <w:r>
        <w:t>How to set up a password manager for a US household</w:t>
      </w:r>
    </w:p>
    <w:p>
      <w:pPr>
        <w:pStyle w:val="ListBullet"/>
      </w:pPr>
      <w:r>
        <w:t>How to check if an IoT device still gets security updates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https://cyberguardlab.com/blog/secure-home-nas-personal-cloud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secure a home NAS or personal cloud drive</dc:title>
  <dc:subject>How to secure a home NAS or personal cloud drive</dc:subject>
  <dc:creator>CyberGuardLab editorial</dc:creator>
  <cp:keywords>secure home nas personal cloud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