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use Safari passkeys instead of passwords on iPhone</w:t>
      </w:r>
    </w:p>
    <w:p>
      <w:r>
        <w:rPr>
          <w:color w:val="E11D48"/>
          <w:u w:val="single"/>
        </w:rPr>
        <w:t>https://cyberguardlab.com/blog/safari-passkeys-iphone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safari-passkeys-iphon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passkey is a site-bound cryptographic credential stored in iCloud Keychain (and unlocked with Face ID / Touch ID / device passcode) so Safari on iPhone can sign you in without typing a reusable password that phishers can steal. Create passkeys on supporting sites in Safari, keep iCloud Keychain on, and keep a recovery plan for your Apple Account. This how-to is about Safari passkeys on iPhone—not Stolen Device Protection, not configuration profiles, and not Chrome Enhanced Safe Browsing on Google’s browser.</w:t>
      </w:r>
    </w:p>
    <w:p>
      <w:pPr>
        <w:pStyle w:val="Heading2"/>
      </w:pPr>
      <w:r>
        <w:t>1. Why passkeys help</w:t>
      </w:r>
    </w:p>
    <w:p>
      <w:r>
        <w:t>Phishing pages can capture passwords you type. Passkeys are designed to work only with the real site origin and require your device unlock—so a look-alike domain should not successfully replay the same credential the way a stolen password does. They do not replace device security or account recovery planning.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Emails with configuration profiles or apps that claim to “export all passkeys securely” after a breach scare are usually theft. Manage Passwords only in Settings / Passwords / Safari UI you open yourself.</w:t>
      </w:r>
    </w:p>
    <w:p>
      <w:pPr>
        <w:pStyle w:val="Heading2"/>
      </w:pPr>
      <w:r>
        <w:t>2. Passkeys vs passwords vs profiles</w:t>
      </w:r>
    </w:p>
    <w:p>
      <w:r>
        <w:t>Method | Phishing resistance | Notes</w:t>
      </w:r>
    </w:p>
    <w:p>
      <w:r>
        <w:t>Safari passkey | Strong against classic password replay | Needs Keychain + device unlock</w:t>
      </w:r>
    </w:p>
    <w:p>
      <w:r>
        <w:t>Password + SMS code | Weaker (SIM swap, relay calls) | Upgrade accounts that offer passkeys</w:t>
      </w:r>
    </w:p>
    <w:p>
      <w:r>
        <w:t>Configuration profile “login helper” | Often hostile | See profile check—not a passkey</w:t>
      </w:r>
    </w:p>
    <w:p>
      <w:pPr>
        <w:pStyle w:val="Heading2"/>
      </w:pPr>
      <w:r>
        <w:t>3. Steps: prepare iPhone and use a passkey in Safari</w:t>
      </w:r>
    </w:p>
    <w:p>
      <w:r>
        <w:t>Steps: prepare iPhone</w:t>
      </w:r>
    </w:p>
    <w:p>
      <w:pPr>
        <w:pStyle w:val="ListBullet"/>
      </w:pPr>
      <w:r>
        <w:t>Update iOS. Turn on iCloud Keychain: Settings → [Your Name] → iCloud → Passwords and Keychain (labels vary slightly by iOS)—enable sync.</w:t>
      </w:r>
    </w:p>
    <w:p>
      <w:pPr>
        <w:pStyle w:val="ListBullet"/>
      </w:pPr>
      <w:r>
        <w:t>Set a strong device passcode and working Face ID / Touch ID.</w:t>
      </w:r>
    </w:p>
    <w:p>
      <w:pPr>
        <w:pStyle w:val="ListBullet"/>
      </w:pPr>
      <w:r>
        <w:t>Confirm you know your Apple Account password and have recovery contacts or another Apple-documented recovery method.</w:t>
      </w:r>
    </w:p>
    <w:p>
      <w:pPr>
        <w:pStyle w:val="ListBullet"/>
      </w:pPr>
      <w:r>
        <w:t>Optional but wise: turn on Stolen Device Protection so passcode-only thieves cannot easily raid Passwords settings away from familiar places.</w:t>
      </w:r>
    </w:p>
    <w:p>
      <w:r>
        <w:t>Steps: create and use a passkey in Safari</w:t>
      </w:r>
    </w:p>
    <w:p>
      <w:pPr>
        <w:pStyle w:val="ListBullet"/>
      </w:pPr>
      <w:r>
        <w:t>Open Safari (not a random in-app browser) and go to a site that offers passkeys (look for “Sign in with passkey,” “Create a passkey,” or password-manager prompts during account settings).</w:t>
      </w:r>
    </w:p>
    <w:p>
      <w:pPr>
        <w:pStyle w:val="ListBullet"/>
      </w:pPr>
      <w:r>
        <w:t>Choose to save or create a passkey when Safari / Passwords offers it. Authenticate with Face ID, Touch ID, or passcode.</w:t>
      </w:r>
    </w:p>
    <w:p>
      <w:pPr>
        <w:pStyle w:val="ListBullet"/>
      </w:pPr>
      <w:r>
        <w:t>Next visit: choose passkey sign-in; unlock the phone when prompted instead of typing the old password when the site allows.</w:t>
      </w:r>
    </w:p>
    <w:p>
      <w:pPr>
        <w:pStyle w:val="ListBullet"/>
      </w:pPr>
      <w:r>
        <w:t>Review saved credentials in Settings → Passwords (or the Passwords app). Delete obsolete passwords only after passkey sign-in works on that account.</w:t>
      </w:r>
    </w:p>
    <w:p>
      <w:pPr>
        <w:pStyle w:val="ListBullet"/>
      </w:pPr>
      <w:r>
        <w:t>On other Apple devices signed into the same iCloud Keychain, the passkey can sync—verify before you abandon the password everywhere.</w:t>
      </w:r>
    </w:p>
    <w:p>
      <w:pPr>
        <w:pStyle w:val="ListBullet"/>
      </w:pPr>
      <w:r>
        <w:t>For shared/family computers, do not leave the iPhone unlocked; passkeys still need your biometric or passcode on device.</w:t>
      </w:r>
    </w:p>
    <w:p>
      <w:pPr>
        <w:pStyle w:val="Heading2"/>
      </w:pPr>
      <w:r>
        <w:t>4. If a site does not offer passkeys yet</w:t>
      </w:r>
    </w:p>
    <w:p>
      <w:r>
        <w:t>Keep a unique password in iCloud Keychain or another reputable manager; prefer app-based or hardware second factors over SMS when available. Do not install third-party “passkey enabler” configuration profiles from ads.</w:t>
      </w:r>
    </w:p>
    <w:p>
      <w:pPr>
        <w:pStyle w:val="Heading2"/>
      </w:pPr>
      <w:r>
        <w:t>FAQ</w:t>
      </w:r>
    </w:p>
    <w:p>
      <w:pPr>
        <w:pStyle w:val="Heading3"/>
      </w:pPr>
      <w:r>
        <w:t>Are passkeys the same as iCloud Keychain passwords?</w:t>
      </w:r>
    </w:p>
    <w:p>
      <w:r>
        <w:t>Related storage, different credential type. Passkeys are public-key credentials for specific sites; passwords are shared secrets you type.</w:t>
      </w:r>
    </w:p>
    <w:p>
      <w:pPr>
        <w:pStyle w:val="Heading3"/>
      </w:pPr>
      <w:r>
        <w:t>What if I lose my iPhone?</w:t>
      </w:r>
    </w:p>
    <w:p>
      <w:r>
        <w:t>Use Find My, Mark as Lost, and Apple Account recovery. Passkeys syncing via iCloud Keychain can appear on your other signed-in Apple devices—plan a second device or recovery contact before you need it.</w:t>
      </w:r>
    </w:p>
    <w:p>
      <w:pPr>
        <w:pStyle w:val="Heading3"/>
      </w:pPr>
      <w:r>
        <w:t>Can I use the same passkey on Android Chrome?</w:t>
      </w:r>
    </w:p>
    <w:p>
      <w:r>
        <w:t>Cross-platform passkey use depends on the site and ecosystem features (e.g., Google Password Manager vs iCloud). This guide focuses on Safari on iPhone; do not assume automatic parity.</w:t>
      </w:r>
    </w:p>
    <w:p>
      <w:pPr>
        <w:pStyle w:val="Heading3"/>
      </w:pPr>
      <w:r>
        <w:t>Do passkeys stop fake App Store emails?</w:t>
      </w:r>
    </w:p>
    <w:p>
      <w:r>
        <w:t>They reduce damage if you never type a password into a fake page, but you must still ignore phishing links—see fake App Store receipt phishing.</w:t>
      </w:r>
    </w:p>
    <w:p>
      <w:pPr>
        <w:pStyle w:val="Heading2"/>
      </w:pPr>
      <w:r>
        <w:t>If you still want a paid suite</w:t>
      </w:r>
    </w:p>
    <w:p>
      <w:r>
        <w:t>Avoiding how to use Safari passkeys instead of passwords on iPhone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Apple Support: Passkeys</w:t>
      </w:r>
    </w:p>
    <w:p>
      <w:pPr>
        <w:pStyle w:val="ListBullet"/>
      </w:pPr>
      <w:r>
        <w:t>Apple Support: iCloud Keychain</w:t>
      </w:r>
    </w:p>
    <w:p>
      <w:pPr>
        <w:pStyle w:val="ListBullet"/>
      </w:pPr>
      <w:r>
        <w:t>Apple Support: Stolen Device Protection</w:t>
      </w:r>
    </w:p>
    <w:p>
      <w:pPr>
        <w:pStyle w:val="ListBullet"/>
      </w:pPr>
      <w:r>
        <w:t>FTC: Protect your accounts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check for configuration profiles on iPhone</w:t>
      </w:r>
    </w:p>
    <w:p>
      <w:pPr>
        <w:pStyle w:val="ListBullet"/>
      </w:pPr>
      <w:r>
        <w:t>How to turn on Stolen Device Protection recovery contacts</w:t>
      </w:r>
    </w:p>
    <w:p>
      <w:pPr>
        <w:pStyle w:val="ListBullet"/>
      </w:pPr>
      <w:r>
        <w:t>Password manager vs browser passwords</w:t>
      </w:r>
    </w:p>
    <w:p>
      <w:pPr>
        <w:pStyle w:val="ListBullet"/>
      </w:pPr>
      <w:r>
        <w:t>How to turn on 2FA for Gmail, Apple, and bank</w:t>
      </w:r>
    </w:p>
    <w:p>
      <w:pPr>
        <w:pStyle w:val="ListBullet"/>
      </w:pPr>
      <w:r>
        <w:t>How to review Sign in with Apple app permissions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https://cyberguardlab.com/blog/safari-passkeys-iphone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use Safari passkeys instead of passwords on iPhone</dc:title>
  <dc:subject>How to use Safari passkeys instead of passwords on iPhone</dc:subject>
  <dc:creator>CyberGuardLab editorial</dc:creator>
  <cp:keywords>safari passkeys iphone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