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off UPnP on a home router</w:t>
      </w:r>
    </w:p>
    <w:p>
      <w:r>
        <w:rPr>
          <w:color w:val="E11D48"/>
          <w:u w:val="single"/>
        </w:rPr>
        <w:t>https://cyberguardlab.com/blog/router-turn-off-upnp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router-turn-off-upnp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Turn off Universal Plug and Play (UPnP) on your home router unless a specific device truly needs it. UPnP can open inbound ports without a clear prompt, which widens the attack surface for malware and exposed services. Prefer manual port forwards you understand, keep the router admin password unique, and update firmware. This how-to is about the UPnP setting—not changing the router admin password, not WPA3 Wi-Fi encryption, and not securing a NAS.</w:t>
      </w:r>
    </w:p>
    <w:p>
      <w:pPr>
        <w:pStyle w:val="Heading2"/>
      </w:pPr>
      <w:r>
        <w:t>1. Why UPnP matters on a home network</w:t>
      </w:r>
    </w:p>
    <w:p>
      <w:r>
        <w:t>UPnP lets apps and gadgets ask the router to open ports automatically (games, cameras, some media servers). Convenience is the pitch; the risk is silent exposure of services you did not intend to publish to the internet. Many consumer guides recommend disabling UPnP when you do not rely on it.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Sideloaded “NAT type fix” APKs and shady Windows “optimizer” tools that promise open ports are a malware path. Change settings only in the official router UI or vendor app.</w:t>
      </w:r>
    </w:p>
    <w:p>
      <w:pPr>
        <w:pStyle w:val="Heading2"/>
      </w:pPr>
      <w:r>
        <w:t>2. UPnP on vs safer habits</w:t>
      </w:r>
    </w:p>
    <w:p>
      <w:r>
        <w:t>Choice | Safer default | Higher risk</w:t>
      </w:r>
    </w:p>
    <w:p>
      <w:r>
        <w:t>UPnP | Off unless you verified a need | Left on forever with unknown gadgets</w:t>
      </w:r>
    </w:p>
    <w:p>
      <w:r>
        <w:t>Port access | Manual forward you documented | Silent auto-opens you never reviewed</w:t>
      </w:r>
    </w:p>
    <w:p>
      <w:r>
        <w:t>Cameras / NAS | Vendor cloud / VPN you control | Direct WAN exposure via UPnP</w:t>
      </w:r>
    </w:p>
    <w:p>
      <w:r>
        <w:t>Admin login | Unique password; LAN-only admin | Default admin + UPnP still on</w:t>
      </w:r>
    </w:p>
    <w:p>
      <w:pPr>
        <w:pStyle w:val="Heading2"/>
      </w:pPr>
      <w:r>
        <w:t>3. Steps: disable UPnP</w:t>
      </w:r>
    </w:p>
    <w:p>
      <w:pPr>
        <w:pStyle w:val="ListBullet"/>
      </w:pPr>
      <w:r>
        <w:t>Prefer a wired PC on the LAN. Type your router’s admin address yourself (sticker/manual)—do not use a cold “ISP support” link.</w:t>
      </w:r>
    </w:p>
    <w:p>
      <w:pPr>
        <w:pStyle w:val="ListBullet"/>
      </w:pPr>
      <w:r>
        <w:t>Sign in with the admin credentials (not the Wi-Fi passphrase). If unknown, follow the vendor reset docs, then set a new admin password—see router admin password change.</w:t>
      </w:r>
    </w:p>
    <w:p>
      <w:pPr>
        <w:pStyle w:val="ListBullet"/>
      </w:pPr>
      <w:r>
        <w:t>Open Advanced / WAN / Firewall / NAT sections (labels vary by brand).</w:t>
      </w:r>
    </w:p>
    <w:p>
      <w:pPr>
        <w:pStyle w:val="ListBullet"/>
      </w:pPr>
      <w:r>
        <w:t>Find UPnP, Universal Plug and Play, or IGD. Set it to Off / Disable. Save/Apply.</w:t>
      </w:r>
    </w:p>
    <w:p>
      <w:pPr>
        <w:pStyle w:val="ListBullet"/>
      </w:pPr>
      <w:r>
        <w:t>Reboot the router if the firmware asks you to.</w:t>
      </w:r>
    </w:p>
    <w:p>
      <w:pPr>
        <w:pStyle w:val="ListBullet"/>
      </w:pPr>
      <w:r>
        <w:t>Retest devices that previously needed auto-ports. If a game or camera breaks, add a manual port forward for that one service only—or use the vendor’s documented cloud relay instead of opening WAN ports.</w:t>
      </w:r>
    </w:p>
    <w:p>
      <w:pPr>
        <w:pStyle w:val="ListBullet"/>
      </w:pPr>
      <w:r>
        <w:t>While you are in the UI: turn off remote WAN administration if unused; check firmware updates.</w:t>
      </w:r>
    </w:p>
    <w:p>
      <w:pPr>
        <w:pStyle w:val="ListBullet"/>
      </w:pPr>
      <w:r>
        <w:t>Note the change in your household password manager so the next admin knows UPnP is off.</w:t>
      </w:r>
    </w:p>
    <w:p>
      <w:pPr>
        <w:pStyle w:val="Heading2"/>
      </w:pPr>
      <w:r>
        <w:t>4. After you turn it off</w:t>
      </w:r>
    </w:p>
    <w:p>
      <w:pPr>
        <w:pStyle w:val="ListBullet"/>
      </w:pPr>
      <w:r>
        <w:t>Confirm critical apps still work (gaming consoles may need a static LAN IP + manual forward).</w:t>
      </w:r>
    </w:p>
    <w:p>
      <w:pPr>
        <w:pStyle w:val="ListBullet"/>
      </w:pPr>
      <w:r>
        <w:t>Review any “DMZ host” or “exposed host” settings—disable those unless you intentionally use them.</w:t>
      </w:r>
    </w:p>
    <w:p>
      <w:pPr>
        <w:pStyle w:val="ListBullet"/>
      </w:pPr>
      <w:r>
        <w:t>For IoT cameras and TVs, prefer a guest/IoT segment when your router supports it—see smart TV / camera VLAN segment.</w:t>
      </w:r>
    </w:p>
    <w:p>
      <w:pPr>
        <w:pStyle w:val="ListBullet"/>
      </w:pPr>
      <w:r>
        <w:t>Keep PCs patched and scanned with one primary product such as Norton or Bitdefender; TotalAV, McAfee, and Avast are other on-site options.</w:t>
      </w:r>
    </w:p>
    <w:p>
      <w:pPr>
        <w:pStyle w:val="Heading2"/>
      </w:pPr>
      <w:r>
        <w:t>FAQ</w:t>
      </w:r>
    </w:p>
    <w:p>
      <w:pPr>
        <w:pStyle w:val="Heading3"/>
      </w:pPr>
      <w:r>
        <w:t>Will turning off UPnP break my Wi-Fi?</w:t>
      </w:r>
    </w:p>
    <w:p>
      <w:r>
        <w:t>No. Wi-Fi and UPnP are different. You may need manual forwards for a few apps.</w:t>
      </w:r>
    </w:p>
    <w:p>
      <w:pPr>
        <w:pStyle w:val="Heading3"/>
      </w:pPr>
      <w:r>
        <w:t>Is this the same as changing the admin password?</w:t>
      </w:r>
    </w:p>
    <w:p>
      <w:r>
        <w:t>No. Admin password protects the settings panel. UPnP controls automatic port mapping.</w:t>
      </w:r>
    </w:p>
    <w:p>
      <w:pPr>
        <w:pStyle w:val="Heading3"/>
      </w:pPr>
      <w:r>
        <w:t>My ISP gateway has no UPnP toggle.</w:t>
      </w:r>
    </w:p>
    <w:p>
      <w:r>
        <w:t>Some ISP units hide advanced NAT. Ask the ISP, or put your own router behind it in a supported mode and manage UPnP there.</w:t>
      </w:r>
    </w:p>
    <w:p>
      <w:pPr>
        <w:pStyle w:val="Heading3"/>
      </w:pPr>
      <w:r>
        <w:t>Do I need UPnP for “work from home” VPN?</w:t>
      </w:r>
    </w:p>
    <w:p>
      <w:r>
        <w:t>Usually not. Use your employer’s documented client; ask IT before opening ports.</w:t>
      </w:r>
    </w:p>
    <w:p>
      <w:pPr>
        <w:pStyle w:val="Heading3"/>
      </w:pPr>
      <w:r>
        <w:t>Do game consoles need UPnP?</w:t>
      </w:r>
    </w:p>
    <w:p>
      <w:r>
        <w:t>Often they work without it. If multiplayer fails after disabling UPnP, assign a static LAN IP and create a documented manual forward—or use the console maker’s guidance—rather than re-enabling blanket UPnP.</w:t>
      </w:r>
    </w:p>
    <w:p>
      <w:pPr>
        <w:pStyle w:val="Heading2"/>
      </w:pPr>
      <w:r>
        <w:t>If you still want a paid suite</w:t>
      </w:r>
    </w:p>
    <w:p>
      <w:r>
        <w:t>Avoiding how to turn off UPnP on a home router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CISA: Secure your home network</w:t>
      </w:r>
    </w:p>
    <w:p>
      <w:pPr>
        <w:pStyle w:val="ListBullet"/>
      </w:pPr>
      <w:r>
        <w:t>FTC: How to secure your home Wi-Fi network</w:t>
      </w:r>
    </w:p>
    <w:p>
      <w:pPr>
        <w:pStyle w:val="ListBullet"/>
      </w:pPr>
      <w:r>
        <w:t>Example vendor help (Netgear UPnP)</w:t>
      </w:r>
    </w:p>
    <w:p>
      <w:pPr>
        <w:pStyle w:val="ListBullet"/>
      </w:pPr>
      <w:r>
        <w:t>Example vendor help (TP-Link UPnP)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change your router admin password safely</w:t>
      </w:r>
    </w:p>
    <w:p>
      <w:pPr>
        <w:pStyle w:val="ListBullet"/>
      </w:pPr>
      <w:r>
        <w:t>How to turn on WPA3 or the strongest Wi-Fi encryption you have</w:t>
      </w:r>
    </w:p>
    <w:p>
      <w:pPr>
        <w:pStyle w:val="ListBullet"/>
      </w:pPr>
      <w:r>
        <w:t>How to segment smart TVs and cameras on a separate VLAN</w:t>
      </w:r>
    </w:p>
    <w:p>
      <w:pPr>
        <w:pStyle w:val="ListBullet"/>
      </w:pPr>
      <w:r>
        <w:t>How to secure a home NAS or personal cloud drive</w:t>
      </w:r>
    </w:p>
    <w:p>
      <w:pPr>
        <w:pStyle w:val="ListBullet"/>
      </w:pPr>
      <w:r>
        <w:t>How to update home router firmware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https://cyberguardlab.com/blog/router-turn-off-upnp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off UPnP on a home router</dc:title>
  <dc:subject>How to turn off UPnP on a home router</dc:subject>
  <dc:creator>CyberGuardLab editorial</dc:creator>
  <cp:keywords>router turn off upnp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