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romance scam</w:t>
      </w:r>
    </w:p>
    <w:p>
      <w:r>
        <w:rPr>
          <w:color w:val="E11D48"/>
          <w:u w:val="single"/>
        </w:rPr>
        <w:t>https://cyberguardlab.com/blog/romance-scam-online</w:t>
      </w:r>
    </w:p>
    <w:p>
      <w:r>
        <w:rPr>
          <w:color w:val="475569"/>
          <w:sz w:val="18"/>
        </w:rPr>
        <w:t>Independent US household comparison site. Not the vendor. Paid links below may earn a commission. Confirm first-year price, renewal, device limit, and refund terms at checkout.</w:t>
      </w:r>
    </w:p>
    <w:p>
      <w:r>
        <w:t>A romance scam is when someone builds a fake relationship on a dating app or social media, then invents an urgent story so you send money, gift cards, wires, or crypto. The FTC bottom line is simple: never send money or gifts to a sweetheart you have not met in person. This guide is about online romance / dating payment scams, not gift-card payment demands in general, phishing emails, fake IRS messages, or tech-support calls (though those stories sometimes mix with romance scripts). You do not need to buy antivirus to stop chatting and report.</w:t>
      </w:r>
    </w:p>
    <w:p>
      <w:pPr>
        <w:pStyle w:val="Heading2"/>
      </w:pPr>
      <w:r>
        <w:t>1. Know the romance-scam pattern</w:t>
      </w:r>
    </w:p>
    <w:p>
      <w:r>
        <w:t>From FTC romance-scam guidance, watch for this arc:</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2" name="Picture 2"/>
            <wp:cNvGraphicFramePr>
              <a:graphicFrameLocks noChangeAspect="1"/>
            </wp:cNvGraphicFramePr>
            <a:graphic>
              <a:graphicData uri="http://schemas.openxmlformats.org/drawingml/2006/picture">
                <pic:pic>
                  <pic:nvPicPr>
                    <pic:cNvPr id="0" name="inline-norton.png"/>
                    <pic:cNvPicPr/>
                  </pic:nvPicPr>
                  <pic:blipFill>
                    <a:blip r:embed="rId12"/>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They move you off the dating platform fast — They push email, text, or calls so the app cannot flag them.</w:t>
      </w:r>
    </w:p>
    <w:p>
      <w:pPr>
        <w:pStyle w:val="ListBullet"/>
      </w:pPr>
      <w:r>
        <w:t>They cannot meet in person — Common excuses: overseas work, oil rig, military deployment, or an international organization.</w:t>
      </w:r>
    </w:p>
    <w:p>
      <w:pPr>
        <w:pStyle w:val="ListBullet"/>
      </w:pPr>
      <w:r>
        <w:t>They ask for money after trust builds — Plane tickets, medical bills, visas, getting out of trouble, or crypto investing help.</w:t>
      </w:r>
    </w:p>
    <w:p>
      <w:pPr>
        <w:pStyle w:val="ListBullet"/>
      </w:pPr>
      <w:r>
        <w:t>They pick a hard-to-reverse payment — Wire (Western Union / MoneyGram), gift-card PINs, payment apps, or cryptocurrency.</w:t>
      </w:r>
    </w:p>
    <w:p>
      <w:pPr>
        <w:pStyle w:val="ListBullet"/>
      </w:pPr>
      <w:r>
        <w:t>They pressure you to act now — Same four scam signs the FTC lists elsewhere: pretend to be someone you trust, invent a problem or prize, pressure you, and control how you pay.</w:t>
      </w:r>
    </w:p>
    <w:p>
      <w:pPr>
        <w:pStyle w:val="Heading2"/>
      </w:pPr>
      <w:r>
        <w:t>2. Common household romance-scam stories</w:t>
      </w:r>
    </w:p>
    <w:p>
      <w:r>
        <w:t>Scammers change the love story; the ask stays money:</w:t>
      </w:r>
    </w:p>
    <w:p>
      <w:pPr>
        <w:pStyle w:val="ListBullet"/>
      </w:pPr>
      <w:r>
        <w:t>Emergency travel — Need a ticket to visit you this week.</w:t>
      </w:r>
    </w:p>
    <w:p>
      <w:pPr>
        <w:pStyle w:val="ListBullet"/>
      </w:pPr>
      <w:r>
        <w:t>Medical crisis — Surgery for them or a relative; you must send money today.</w:t>
      </w:r>
    </w:p>
    <w:p>
      <w:pPr>
        <w:pStyle w:val="ListBullet"/>
      </w:pPr>
      <w:r>
        <w:t>Military / oil-rig / overseas work — They cannot leave, cannot video call, or need cash to clear a transfer.</w:t>
      </w:r>
    </w:p>
    <w:p>
      <w:pPr>
        <w:pStyle w:val="ListBullet"/>
      </w:pPr>
      <w:r>
        <w:t>Crypto or investment help — They offer to teach you and then move you into a fake trading site.</w:t>
      </w:r>
    </w:p>
    <w:p>
      <w:pPr>
        <w:pStyle w:val="ListBullet"/>
      </w:pPr>
      <w:r>
        <w:t>Gift cards or wires just this once — Same trap as gift-card scams; codes and wires are hard to reverse.</w:t>
      </w:r>
    </w:p>
    <w:p>
      <w:pPr>
        <w:pStyle w:val="ListBullet"/>
      </w:pPr>
      <w:r>
        <w:t>Isolation — They ask you not to tell family or friends. That secrecy is part of the scam.</w:t>
      </w:r>
    </w:p>
    <w:p>
      <w:pPr>
        <w:pStyle w:val="Heading2"/>
      </w:pPr>
      <w:r>
        <w:t>3. What to do in the first 15 minutes</w:t>
      </w:r>
    </w:p>
    <w:p>
      <w:pPr>
        <w:pStyle w:val="ListBullet"/>
      </w:pPr>
      <w:r>
        <w:t>Stop sending money — Do not buy gift cards, wire funds, use a payment app, or transfer crypto for them.</w:t>
      </w:r>
    </w:p>
    <w:p>
      <w:pPr>
        <w:pStyle w:val="ListBullet"/>
      </w:pPr>
      <w:r>
        <w:t>Stop communicating — Block and leave the chat. Do not argue one last time.</w:t>
      </w:r>
    </w:p>
    <w:p>
      <w:pPr>
        <w:pStyle w:val="ListBullet"/>
      </w:pPr>
      <w:r>
        <w:t>Talk to someone you trust — FTC says telling a friend or family member often exposes the scam.</w:t>
      </w:r>
    </w:p>
    <w:p>
      <w:pPr>
        <w:pStyle w:val="ListBullet"/>
      </w:pPr>
      <w:r>
        <w:t>Search and reverse-check — Search their claimed job plus the word scammer. Do a reverse image search on the profile photo. Mismatched names or reused photos are red flags.</w:t>
      </w:r>
    </w:p>
    <w:p>
      <w:pPr>
        <w:pStyle w:val="ListBullet"/>
      </w:pPr>
      <w:r>
        <w:t>If you already paid — Contact the gift-card company, wire service, bank, card issuer, or crypto platform right away and ask about a freeze or refund. Keep receipts and screenshots.</w:t>
      </w:r>
    </w:p>
    <w:p>
      <w:pPr>
        <w:pStyle w:val="ListBullet"/>
      </w:pPr>
      <w:r>
        <w:t>Report — File at ReportFraud.ftc.gov. Also report the profile to the dating app or social network where you met them.</w:t>
      </w:r>
    </w:p>
    <w:p>
      <w:pPr>
        <w:pStyle w:val="ListBullet"/>
      </w:pPr>
      <w:r>
        <w:t>If bank or identity details leaked — Follow credit card fraud first-hour and, when needed, report identity theft on IdentityTheft.gov.</w:t>
      </w:r>
    </w:p>
    <w:p>
      <w:pPr>
        <w:pStyle w:val="ListBullet"/>
      </w:pPr>
      <w:r>
        <w:t>Optional device check — Only if you clicked a link, opened an attachment, or installed remote-access software: run Windows Security / Microsoft Defender. Buying a suite is not required first — see Is Microsoft Defender enough?.</w:t>
      </w:r>
    </w:p>
    <w:p>
      <w:pPr>
        <w:pStyle w:val="Heading2"/>
      </w:pPr>
      <w:r>
        <w:t>4. Safer dating habits (without buying software)</w:t>
      </w:r>
    </w:p>
    <w:p>
      <w:pPr>
        <w:pStyle w:val="ListBullet"/>
      </w:pPr>
      <w:r>
        <w:t>Keep early chats on the platform messaging tools when you can.</w:t>
      </w:r>
    </w:p>
    <w:p>
      <w:pPr>
        <w:pStyle w:val="ListBullet"/>
      </w:pPr>
      <w:r>
        <w:t>Video-call before you get emotionally invested; excuses to avoid video are a warning.</w:t>
      </w:r>
    </w:p>
    <w:p>
      <w:pPr>
        <w:pStyle w:val="ListBullet"/>
      </w:pPr>
      <w:r>
        <w:t>Never share Social Security numbers, bank logins, one-time codes, or photos of IDs for verification.</w:t>
      </w:r>
    </w:p>
    <w:p>
      <w:pPr>
        <w:pStyle w:val="ListBullet"/>
      </w:pPr>
      <w:r>
        <w:t>Treat any money ask from someone you have not met in person as a hard stop.</w:t>
      </w:r>
    </w:p>
    <w:p>
      <w:pPr>
        <w:pStyle w:val="Heading2"/>
      </w:pPr>
      <w:r>
        <w:t>FAQ</w:t>
      </w:r>
    </w:p>
    <w:p>
      <w:pPr>
        <w:pStyle w:val="Heading3"/>
      </w:pPr>
      <w:r>
        <w:t>How do I spot a romance scam?</w:t>
      </w:r>
    </w:p>
    <w:p>
      <w:r>
        <w:t>Someone you met online builds a fast emotional bond, cannot meet in person, then asks for money with urgency and a specific payment method (wires, gift cards, apps, crypto). That pattern is a romance scam.</w:t>
      </w:r>
    </w:p>
    <w:p>
      <w:pPr>
        <w:pStyle w:val="Heading3"/>
      </w:pPr>
      <w:r>
        <w:t>What is the number one way to avoid losing money?</w:t>
      </w:r>
    </w:p>
    <w:p>
      <w:r>
        <w:t>Per the FTC: never send money or gifts to a sweetheart you have not met in person.</w:t>
      </w:r>
    </w:p>
    <w:p>
      <w:pPr>
        <w:pStyle w:val="Heading3"/>
      </w:pPr>
      <w:r>
        <w:t>What if I already sent gift cards or a wire?</w:t>
      </w:r>
    </w:p>
    <w:p>
      <w:r>
        <w:t>Contact the card issuer, wire company, bank, or app immediately; ask to reverse or freeze what you can; then report at ReportFraud.ftc.gov.</w:t>
      </w:r>
    </w:p>
    <w:p>
      <w:pPr>
        <w:pStyle w:val="Heading3"/>
      </w:pPr>
      <w:r>
        <w:t>Is a crypto investment tip from a dating match different?</w:t>
      </w:r>
    </w:p>
    <w:p>
      <w:r>
        <w:t>Still a romance / investment hybrid scam. Do not send crypto because a chat partner told you to.</w:t>
      </w:r>
    </w:p>
    <w:p>
      <w:pPr>
        <w:pStyle w:val="Heading3"/>
      </w:pPr>
      <w:r>
        <w:t>Do I need antivirus to handle a romance scam?</w:t>
      </w:r>
    </w:p>
    <w:p>
      <w:r>
        <w:t>No. Stop payments, block the person, and report. Defender or good habits are enough unless you also clicked malware or installed remote tools.</w:t>
      </w:r>
    </w:p>
    <w:p>
      <w:pPr>
        <w:pStyle w:val="Heading2"/>
      </w:pPr>
      <w:r>
        <w:t>If you still want a paid suite</w:t>
      </w:r>
    </w:p>
    <w:p>
      <w:r>
        <w:t>Stopping a romance payment ask does not require paid antivirus. Microsoft Defender is a valid buy-nothing choice for many Windows households. What actually helps is refusing money to people you have not met, talking to someone you trust, and reporting.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What To Know About Romance Scams (FTC)</w:t>
      </w:r>
    </w:p>
    <w:p>
      <w:pPr>
        <w:pStyle w:val="ListBullet"/>
      </w:pPr>
      <w:r>
        <w:t>How To Avoid a Scam (FTC)</w:t>
      </w:r>
    </w:p>
    <w:p>
      <w:pPr>
        <w:pStyle w:val="ListBullet"/>
      </w:pPr>
      <w:r>
        <w:t>Avoiding and Reporting Gift Card Scams (FTC)</w:t>
      </w:r>
    </w:p>
    <w:p>
      <w:pPr>
        <w:pStyle w:val="ListBullet"/>
      </w:pPr>
      <w:r>
        <w:t>ReportFraud.ftc.gov (FTC)</w:t>
      </w:r>
    </w:p>
    <w:p>
      <w:pPr>
        <w:pStyle w:val="ListBullet"/>
      </w:pPr>
      <w:r>
        <w:t>Recognize and Report Phishing (CISA)</w:t>
      </w:r>
    </w:p>
    <w:p>
      <w:pPr>
        <w:pStyle w:val="ListBullet"/>
      </w:pPr>
      <w:r>
        <w:t>Windows security overview (Microsoft)</w:t>
      </w:r>
    </w:p>
    <w:p>
      <w:pPr>
        <w:pStyle w:val="Heading2"/>
      </w:pPr>
      <w:r>
        <w:t>Also read</w:t>
      </w:r>
    </w:p>
    <w:p>
      <w:pPr>
        <w:pStyle w:val="ListBullet"/>
      </w:pPr>
      <w:r>
        <w:t>How to spot a gift card scam</w:t>
      </w:r>
    </w:p>
    <w:p>
      <w:pPr>
        <w:pStyle w:val="ListBullet"/>
      </w:pPr>
      <w:r>
        <w:t>How to spot a phishing email</w:t>
      </w:r>
    </w:p>
    <w:p>
      <w:pPr>
        <w:pStyle w:val="ListBullet"/>
      </w:pPr>
      <w:r>
        <w:t>How to spot a fake IRS or tax refund scam</w:t>
      </w:r>
    </w:p>
    <w:p>
      <w:pPr>
        <w:pStyle w:val="ListBullet"/>
      </w:pPr>
      <w:r>
        <w:t>Tech support scam phone calls: what to do</w:t>
      </w:r>
    </w:p>
    <w:p>
      <w:pPr>
        <w:pStyle w:val="ListBullet"/>
      </w:pPr>
      <w:r>
        <w:t>What to do in the first hour after credit card fraud</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https://cyberguardlab.com/blog/romance-scam-online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romance scam</dc:title>
  <dc:subject>How to spot a romance scam</dc:subject>
  <dc:creator>CyberGuardLab editorial</dc:creator>
  <cp:keywords>romance scam online</cp:keywords>
  <dc:description>generated by python-docx</dc:description>
  <cp:lastModifiedBy/>
  <cp:revision>1</cp:revision>
  <dcterms:created xsi:type="dcterms:W3CDTF">2013-12-23T23:15:00Z</dcterms:created>
  <dcterms:modified xsi:type="dcterms:W3CDTF">2013-12-23T23:15:00Z</dcterms:modified>
  <cp:category/>
</cp:coreProperties>
</file>