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remove a browser hijacker from Windows</w:t>
      </w:r>
    </w:p>
    <w:p>
      <w:r>
        <w:rPr>
          <w:color w:val="E11D48"/>
          <w:u w:val="single"/>
        </w:rPr>
        <w:t>https://cyberguardlab.com/blog/remove-browser-hijacker-windows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remove-browser-hijacker-window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browser hijacker changes your homepage, default search, new-tab page, or extensions so ads and tracking pages open instead of what you chose—often after a bundled freeware install. Remove unknown extensions, reset the browser, uninstall shady programs in Windows Settings, then run a Defender (or trusted AV) full scan. This how-to is about hijacker cleanup on Windows—not a fake BSOD support scam, not a full Windows 11 keep-files reset as the first step, and not opening risky files in Sandbox.</w:t>
      </w:r>
    </w:p>
    <w:p>
      <w:pPr>
        <w:pStyle w:val="Heading2"/>
      </w:pPr>
      <w:r>
        <w:t>1. Signs of a hijack</w:t>
      </w:r>
    </w:p>
    <w:p>
      <w:r>
        <w:t>Searches redirect to unfamiliar engines; homepage keeps reverting; extra toolbars appear; pop-ups follow you across sites; new extensions you did not add show in the browser. Confirm whether SmartScreen or Defender already flagged related downloads.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Search results for “remove hijacker” are often filled with scareware. Prefer Microsoft’s documented reset steps and Defender. If a page freezes with a support phone number, switch to the fake BSOD scam playbook instead of installing their tool.</w:t>
      </w:r>
    </w:p>
    <w:p>
      <w:pPr>
        <w:pStyle w:val="Heading2"/>
      </w:pPr>
      <w:r>
        <w:t>2. Hijacker vs neighboring problems</w:t>
      </w:r>
    </w:p>
    <w:p>
      <w:r>
        <w:t>Problem | Typical symptom | First move</w:t>
      </w:r>
    </w:p>
    <w:p>
      <w:r>
        <w:t>Browser hijacker | Wrong search/home/extensions | Remove extensions; reset browser; uninstall PUPs</w:t>
      </w:r>
    </w:p>
    <w:p>
      <w:r>
        <w:t>Fake BSOD support scam | Full-screen call-now scare | Do not call; kill browser; see scam guide</w:t>
      </w:r>
    </w:p>
    <w:p>
      <w:r>
        <w:t>Keep-files reset | Deep OS corruption after malware | Use after cleanup fails; not first for a simple hijack</w:t>
      </w:r>
    </w:p>
    <w:p>
      <w:r>
        <w:t>Risky unknown file | Untrusted attachment/download | Prefer Windows Sandbox before opening on the main desktop</w:t>
      </w:r>
    </w:p>
    <w:p>
      <w:pPr>
        <w:pStyle w:val="Heading2"/>
      </w:pPr>
      <w:r>
        <w:t>3. Steps: remove the hijacker</w:t>
      </w:r>
    </w:p>
    <w:p>
      <w:pPr>
        <w:pStyle w:val="ListBullet"/>
      </w:pPr>
      <w:r>
        <w:t>Disconnect briefly if redirects are aggressive; reconnect when ready to update definitions.</w:t>
      </w:r>
    </w:p>
    <w:p>
      <w:pPr>
        <w:pStyle w:val="ListBullet"/>
      </w:pPr>
      <w:r>
        <w:t>In Chrome/Edge/Firefox, open Extensions/Add-ons and remove anything unknown. Disable first if unsure, then remove.</w:t>
      </w:r>
    </w:p>
    <w:p>
      <w:pPr>
        <w:pStyle w:val="ListBullet"/>
      </w:pPr>
      <w:r>
        <w:t>Reset the browser settings to defaults (homepage, search, startup pages) from that browser’s settings menu—use the official reset, not a third-party “optimizer” from a pop-up.</w:t>
      </w:r>
    </w:p>
    <w:p>
      <w:pPr>
        <w:pStyle w:val="ListBullet"/>
      </w:pPr>
      <w:r>
        <w:t>Open Settings → Apps → Installed apps and uninstall toolbars, “search protectors,” PDF helpers, or cleanup utilities you do not recognize. Restart Windows.</w:t>
      </w:r>
    </w:p>
    <w:p>
      <w:pPr>
        <w:pStyle w:val="ListBullet"/>
      </w:pPr>
      <w:r>
        <w:t>Open Windows Security → Virus &amp; threat protection → scan options → Full scan. Quarantine detections.</w:t>
      </w:r>
    </w:p>
    <w:p>
      <w:pPr>
        <w:pStyle w:val="ListBullet"/>
      </w:pPr>
      <w:r>
        <w:t>Check Task Manager → Startup apps and disable unknown entries; review scheduled tasks if redirects persist.</w:t>
      </w:r>
    </w:p>
    <w:p>
      <w:pPr>
        <w:pStyle w:val="ListBullet"/>
      </w:pPr>
      <w:r>
        <w:t>Change passwords for email and important sites if you typed them while hijacked (prefer another clean device).</w:t>
      </w:r>
    </w:p>
    <w:p>
      <w:pPr>
        <w:pStyle w:val="ListBullet"/>
      </w:pPr>
      <w:r>
        <w:t>Keep one primary real-time antivirus. Norton or Bitdefender are common choices; TotalAV, McAfee, and Avast are other on-site comparison options—do not stack multiple full suites.</w:t>
      </w:r>
    </w:p>
    <w:p>
      <w:pPr>
        <w:pStyle w:val="Heading2"/>
      </w:pPr>
      <w:r>
        <w:t>4. What to do if it comes back</w:t>
      </w:r>
    </w:p>
    <w:p>
      <w:pPr>
        <w:pStyle w:val="ListBullet"/>
      </w:pPr>
      <w:r>
        <w:t>Re-check extensions after every browser update; some malware reinstalls helpers.</w:t>
      </w:r>
    </w:p>
    <w:p>
      <w:pPr>
        <w:pStyle w:val="ListBullet"/>
      </w:pPr>
      <w:r>
        <w:t>Avoid “free codec / PDF / cleaner” bundles; use official Microsoft Store or vendor sites.</w:t>
      </w:r>
    </w:p>
    <w:p>
      <w:pPr>
        <w:pStyle w:val="ListBullet"/>
      </w:pPr>
      <w:r>
        <w:t>If Settings and scans cannot hold a clean state, escalate to Reset this PC — Keep my files after backing up.</w:t>
      </w:r>
    </w:p>
    <w:p>
      <w:pPr>
        <w:pStyle w:val="ListBullet"/>
      </w:pPr>
      <w:r>
        <w:t>Turn on reputation-based protection under App &amp; browser control so SmartScreen can warn on unknown downloads.</w:t>
      </w:r>
    </w:p>
    <w:p>
      <w:pPr>
        <w:pStyle w:val="Heading2"/>
      </w:pPr>
      <w:r>
        <w:t>FAQ</w:t>
      </w:r>
    </w:p>
    <w:p>
      <w:pPr>
        <w:pStyle w:val="Heading3"/>
      </w:pPr>
      <w:r>
        <w:t>Is resetting the browser enough?</w:t>
      </w:r>
    </w:p>
    <w:p>
      <w:r>
        <w:t>Often for extension-only hijacks. Persistently reinstalled PUPs need Apps uninstall + full AV scan.</w:t>
      </w:r>
    </w:p>
    <w:p>
      <w:pPr>
        <w:pStyle w:val="Heading3"/>
      </w:pPr>
      <w:r>
        <w:t>Should I pay a pop-up cleaner?</w:t>
      </w:r>
    </w:p>
    <w:p>
      <w:r>
        <w:t>No. Pop-up “PC cleaners” are frequently part of the scam. Use Windows Security or a suite you chose deliberately.</w:t>
      </w:r>
    </w:p>
    <w:p>
      <w:pPr>
        <w:pStyle w:val="Heading3"/>
      </w:pPr>
      <w:r>
        <w:t>Does BitLocker stop hijackers?</w:t>
      </w:r>
    </w:p>
    <w:p>
      <w:r>
        <w:t>No. BitLocker encrypts drives at rest; it does not remove browser malware while you are signed in. See BitLocker on a home PC for encryption, not hijacker removal.</w:t>
      </w:r>
    </w:p>
    <w:p>
      <w:pPr>
        <w:pStyle w:val="Heading3"/>
      </w:pPr>
      <w:r>
        <w:t>Can I just create a new Windows user?</w:t>
      </w:r>
    </w:p>
    <w:p>
      <w:r>
        <w:t>A new profile may avoid some per-user junk, but machine-wide PUPs remain. Still uninstall and scan.</w:t>
      </w:r>
    </w:p>
    <w:p>
      <w:pPr>
        <w:pStyle w:val="Heading2"/>
      </w:pPr>
      <w:r>
        <w:t>If you still want a paid suite</w:t>
      </w:r>
    </w:p>
    <w:p>
      <w:r>
        <w:t>Avoiding how to remove a browser hijacker from Windows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Microsoft Support: Tips for safer browsing in Microsoft Edge</w:t>
      </w:r>
    </w:p>
    <w:p>
      <w:pPr>
        <w:pStyle w:val="ListBullet"/>
      </w:pPr>
      <w:r>
        <w:t>Microsoft Support: Reset Microsoft Edge settings</w:t>
      </w:r>
    </w:p>
    <w:p>
      <w:pPr>
        <w:pStyle w:val="ListBullet"/>
      </w:pPr>
      <w:r>
        <w:t>FTC: Malware</w:t>
      </w:r>
    </w:p>
    <w:p>
      <w:pPr>
        <w:pStyle w:val="ListBullet"/>
      </w:pPr>
      <w:r>
        <w:t>CISA: Understanding and protecting against malicious code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Windows blue screen support scam</w:t>
      </w:r>
    </w:p>
    <w:p>
      <w:pPr>
        <w:pStyle w:val="ListBullet"/>
      </w:pPr>
      <w:r>
        <w:t>How to reset Windows 11 while keeping your files</w:t>
      </w:r>
    </w:p>
    <w:p>
      <w:pPr>
        <w:pStyle w:val="ListBullet"/>
      </w:pPr>
      <w:r>
        <w:t>How to turn on SmartScreen for apps and files</w:t>
      </w:r>
    </w:p>
    <w:p>
      <w:pPr>
        <w:pStyle w:val="ListBullet"/>
      </w:pPr>
      <w:r>
        <w:t>How to check Windows Security protection history</w:t>
      </w:r>
    </w:p>
    <w:p>
      <w:pPr>
        <w:pStyle w:val="ListBullet"/>
      </w:pPr>
      <w:r>
        <w:t>How to check a download before opening an EXE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https://cyberguardlab.com/blog/remove-browser-hijacker-windows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remove a browser hijacker from Windows</dc:title>
  <dc:subject>How to remove a browser hijacker from Windows</dc:subject>
  <dc:creator>CyberGuardLab editorial</dc:creator>
  <cp:keywords>remove browser hijacker windows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