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5943600" cy="19812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dm-header-welcom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1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0F172A"/>
          <w:sz w:val="40"/>
        </w:rPr>
        <w:t>How to review app permissions on your phone</w:t>
      </w:r>
    </w:p>
    <w:p>
      <w:r>
        <w:rPr>
          <w:color w:val="E11D48"/>
          <w:u w:val="single"/>
        </w:rPr>
        <w:t>https://cyberguardlab.com/blog/phone-app-permissions-review</w:t>
      </w:r>
    </w:p>
    <w:p>
      <w:r>
        <w:rPr>
          <w:color w:val="475569"/>
          <w:sz w:val="18"/>
        </w:rPr>
        <w:t>Independent US household comparison site. Not the vendor. Paid links below may earn a commission. Confirm first-year price, renewal, device limit, and refund terms at checkout.</w:t>
      </w:r>
    </w:p>
    <w:p>
      <w:r>
        <w:drawing>
          <wp:inline xmlns:a="http://schemas.openxmlformats.org/drawingml/2006/main" xmlns:pic="http://schemas.openxmlformats.org/drawingml/2006/picture">
            <wp:extent cx="5669280" cy="297637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g-phone-app-permissions-review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29763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Reviewing app permissions means checking which apps can use your camera, microphone, location, photos, contacts, and other data — then turning off access that is not needed. Google’s Android Help and Apple’s iPhone User Guide both let you change permissions per app or by permission type in Settings.</w:t>
      </w:r>
    </w:p>
    <w:p>
      <w:r>
        <w:t>This guide is about privacy permissions on the phone you already own, not a full Play Protect malware scan and not parental Screen Time / Family Link setup. No purchase required.</w:t>
      </w:r>
    </w:p>
    <w:p>
      <w:r>
        <w:rPr>
          <w:color w:val="E11D48"/>
        </w:rPr>
        <w:t>Paid link</w:t>
      </w:r>
    </w:p>
    <w:p>
      <w:r>
        <w:rPr>
          <w:b/>
        </w:rPr>
        <w:t>Avast Premium  |  See the Avast first-year offer</w:t>
      </w:r>
    </w:p>
    <w:p>
      <w:r>
        <w:drawing>
          <wp:inline xmlns:a="http://schemas.openxmlformats.org/drawingml/2006/main" xmlns:pic="http://schemas.openxmlformats.org/drawingml/2006/picture">
            <wp:extent cx="3291840" cy="27432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nline-avast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2743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color w:val="E11D48"/>
          <w:u w:val="single"/>
        </w:rPr>
        <w:t>See the Avast first-year offer</w:t>
      </w:r>
    </w:p>
    <w:p>
      <w:r>
        <w:t>Offer page: https://cyberguardlab.com/avast</w:t>
      </w:r>
    </w:p>
    <w:p>
      <w:r>
        <w:t>Ad link: https://trysecurities.com/offer/avast?dtm=gg&amp;cid=</w:t>
      </w:r>
    </w:p>
    <w:p>
      <w:pPr>
        <w:pStyle w:val="Heading2"/>
      </w:pPr>
      <w:r>
        <w:t>1. Why a quarterly permissions check helps</w:t>
      </w:r>
    </w:p>
    <w:p>
      <w:pPr>
        <w:pStyle w:val="ListBullet"/>
      </w:pPr>
      <w:r>
        <w:t>Apps sometimes ask for camera, mic, or location “for features” you never use.</w:t>
      </w:r>
    </w:p>
    <w:p>
      <w:pPr>
        <w:pStyle w:val="ListBullet"/>
      </w:pPr>
      <w:r>
        <w:t>Unused apps can keep sensitive access until you revoke it (Android can pause unused apps).</w:t>
      </w:r>
    </w:p>
    <w:p>
      <w:pPr>
        <w:pStyle w:val="ListBullet"/>
      </w:pPr>
      <w:r>
        <w:t>Over-permissioned flashlight, wallpaper, or “cleaner” apps are a common household risk pattern.</w:t>
      </w:r>
    </w:p>
    <w:p>
      <w:pPr>
        <w:pStyle w:val="ListBullet"/>
      </w:pPr>
      <w:r>
        <w:t>After installing kids’ games or shopping apps, permissions drift — a 10-minute review resets the baseline.</w:t>
      </w:r>
    </w:p>
    <w:p>
      <w:pPr>
        <w:pStyle w:val="Heading2"/>
      </w:pPr>
      <w:r>
        <w:t>2. Android — change permissions (Google Help)</w:t>
      </w:r>
    </w:p>
    <w:p>
      <w:pPr>
        <w:pStyle w:val="ListBullet"/>
      </w:pPr>
      <w:r>
        <w:t>Open Settings → Apps, pick the app (or See all apps).</w:t>
      </w:r>
    </w:p>
    <w:p>
      <w:pPr>
        <w:pStyle w:val="ListBullet"/>
      </w:pPr>
      <w:r>
        <w:t>Tap Permissions, then tap a permission and choose Allow or Don’t allow.</w:t>
      </w:r>
    </w:p>
    <w:p>
      <w:pPr>
        <w:pStyle w:val="ListBullet"/>
      </w:pPr>
      <w:r>
        <w:t>For location, camera, and microphone, prefer Allow only while using the app or Ask every time when available; avoid All the time location unless you truly need it.</w:t>
      </w:r>
    </w:p>
    <w:p>
      <w:pPr>
        <w:pStyle w:val="ListBullet"/>
      </w:pPr>
      <w:r>
        <w:t>Or open Settings → Security &amp; privacy → Privacy → Permission manager, pick a permission type (Camera, Location, Microphone, Photos…), and audit every app on the list.</w:t>
      </w:r>
    </w:p>
    <w:p>
      <w:pPr>
        <w:pStyle w:val="ListBullet"/>
      </w:pPr>
      <w:r>
        <w:t>Under an app’s unused settings, turn on Pause app activity if unused so idle apps lose permissions automatically.</w:t>
      </w:r>
    </w:p>
    <w:p>
      <w:pPr>
        <w:pStyle w:val="ListBullet"/>
      </w:pPr>
      <w:r>
        <w:t>Optional hard stop: Privacy controls to disable Camera access or Microphone access device-wide.</w:t>
      </w:r>
    </w:p>
    <w:p>
      <w:pPr>
        <w:pStyle w:val="ListBullet"/>
      </w:pPr>
      <w:r>
        <w:t>Still run Play Protect if an app behaves oddly.</w:t>
      </w:r>
    </w:p>
    <w:p>
      <w:pPr>
        <w:pStyle w:val="Heading2"/>
      </w:pPr>
      <w:r>
        <w:t>3. iPhone — control access (Apple Support)</w:t>
      </w:r>
    </w:p>
    <w:p>
      <w:pPr>
        <w:pStyle w:val="ListBullet"/>
      </w:pPr>
      <w:r>
        <w:t>Go to Settings → Privacy &amp; Security.</w:t>
      </w:r>
    </w:p>
    <w:p>
      <w:pPr>
        <w:pStyle w:val="ListBullet"/>
      </w:pPr>
      <w:r>
        <w:t>Tap a category (Location Services, Camera, Microphone, Photos, Contacts, Calendars, etc.).</w:t>
      </w:r>
    </w:p>
    <w:p>
      <w:pPr>
        <w:pStyle w:val="ListBullet"/>
      </w:pPr>
      <w:r>
        <w:t>Turn access off for any app that does not need it.</w:t>
      </w:r>
    </w:p>
    <w:p>
      <w:pPr>
        <w:pStyle w:val="ListBullet"/>
      </w:pPr>
      <w:r>
        <w:t>Open App Privacy Report (same Privacy &amp; Security screen) to see how apps used the permissions you granted and their network activity.</w:t>
      </w:r>
    </w:p>
    <w:p>
      <w:pPr>
        <w:pStyle w:val="ListBullet"/>
      </w:pPr>
      <w:r>
        <w:t>Revisit after installing new apps; the first prompt is not the last chance to change your mind.</w:t>
      </w:r>
    </w:p>
    <w:p>
      <w:pPr>
        <w:pStyle w:val="Heading2"/>
      </w:pPr>
      <w:r>
        <w:t>4. Household rules (buy-nothing)</w:t>
      </w:r>
    </w:p>
    <w:p>
      <w:pPr>
        <w:pStyle w:val="ListBullet"/>
      </w:pPr>
      <w:r>
        <w:t>Flashlight, QR, and wallpaper apps almost never need Contacts or full Files access — deny.</w:t>
      </w:r>
    </w:p>
    <w:p>
      <w:pPr>
        <w:pStyle w:val="ListBullet"/>
      </w:pPr>
      <w:r>
        <w:t>Banking apps may need camera for deposits; they do not need your full photo library forever — tighten Photos to limited access when the OS allows.</w:t>
      </w:r>
    </w:p>
    <w:p>
      <w:pPr>
        <w:pStyle w:val="ListBullet"/>
      </w:pPr>
      <w:r>
        <w:t>Shared family phones: pair this review with Family Link or Screen Time.</w:t>
      </w:r>
    </w:p>
    <w:p>
      <w:pPr>
        <w:pStyle w:val="ListBullet"/>
      </w:pPr>
      <w:r>
        <w:t>Before selling a phone, revoke cloud sessions and wipe the device.</w:t>
      </w:r>
    </w:p>
    <w:p>
      <w:pPr>
        <w:pStyle w:val="ListBullet"/>
      </w:pPr>
      <w:r>
        <w:t>Smart-home companion apps: change default passwords too — smart home default passwords.</w:t>
      </w:r>
    </w:p>
    <w:p>
      <w:pPr>
        <w:pStyle w:val="Heading2"/>
      </w:pPr>
      <w:r>
        <w:t>FAQ</w:t>
      </w:r>
    </w:p>
    <w:p>
      <w:pPr>
        <w:pStyle w:val="Heading3"/>
      </w:pPr>
      <w:r>
        <w:t>How do I review app permissions on Android?</w:t>
      </w:r>
    </w:p>
    <w:p>
      <w:r>
        <w:t>Settings → Apps → [app] → Permissions, or Permission manager by type (Google Help).</w:t>
      </w:r>
    </w:p>
    <w:p>
      <w:pPr>
        <w:pStyle w:val="Heading3"/>
      </w:pPr>
      <w:r>
        <w:t>How do I review app permissions on iPhone?</w:t>
      </w:r>
    </w:p>
    <w:p>
      <w:r>
        <w:t>Settings → Privacy &amp; Security → category → toggle per app; use App Privacy Report for usage (Apple).</w:t>
      </w:r>
    </w:p>
    <w:p>
      <w:pPr>
        <w:pStyle w:val="Heading3"/>
      </w:pPr>
      <w:r>
        <w:t>Is this the same as scanning for malware?</w:t>
      </w:r>
    </w:p>
    <w:p>
      <w:r>
        <w:t>No. Permissions are privacy access controls; malware scanning is separate (Play Protect).</w:t>
      </w:r>
    </w:p>
    <w:p>
      <w:pPr>
        <w:pStyle w:val="Heading3"/>
      </w:pPr>
      <w:r>
        <w:t>Do I need a paid security app to manage permissions?</w:t>
      </w:r>
    </w:p>
    <w:p>
      <w:r>
        <w:t>No. Built-in Settings are enough for this task. Buy-nothing is valid.</w:t>
      </w:r>
    </w:p>
    <w:p>
      <w:pPr>
        <w:pStyle w:val="Heading3"/>
      </w:pPr>
      <w:r>
        <w:t>What should I revoke first?</w:t>
      </w:r>
    </w:p>
    <w:p>
      <w:r>
        <w:t>Camera, Microphone, Location “all the time,” and Contacts on apps that are not chat/maps/camera tools. Also see the home privacy checklist.</w:t>
      </w:r>
    </w:p>
    <w:p>
      <w:pPr>
        <w:pStyle w:val="Heading2"/>
      </w:pPr>
      <w:r>
        <w:t>If you still want a paid suite</w:t>
      </w:r>
    </w:p>
    <w:p>
      <w:r>
        <w:t>Permission reviews do not require paid antivirus. Microsoft Defender (on Windows PCs in the household) and built-in phone tools are a valid buy-nothing stack. If you want multi-device paid protection, use only these on-site paid links: TotalAV (paid link), Norton (paid link), Bitdefender (paid link), McAfee (paid link), Avast (paid link).</w:t>
      </w:r>
    </w:p>
    <w:p>
      <w:pPr>
        <w:pStyle w:val="Heading2"/>
      </w:pPr>
      <w:r>
        <w:t>Sources</w:t>
      </w:r>
    </w:p>
    <w:p>
      <w:pPr>
        <w:pStyle w:val="ListBullet"/>
      </w:pPr>
      <w:r>
        <w:t>Change app permissions on your Android phone (Google)</w:t>
      </w:r>
    </w:p>
    <w:p>
      <w:pPr>
        <w:pStyle w:val="ListBullet"/>
      </w:pPr>
      <w:r>
        <w:t>Control access to information in apps on iPhone (Apple)</w:t>
      </w:r>
    </w:p>
    <w:p>
      <w:pPr>
        <w:pStyle w:val="Heading2"/>
      </w:pPr>
      <w:r>
        <w:t>Also read</w:t>
      </w:r>
    </w:p>
    <w:p>
      <w:pPr>
        <w:pStyle w:val="ListBullet"/>
      </w:pPr>
      <w:r>
        <w:t>How to run an Android Play Protect malware scan</w:t>
      </w:r>
    </w:p>
    <w:p>
      <w:pPr>
        <w:pStyle w:val="ListBullet"/>
      </w:pPr>
      <w:r>
        <w:t>How to change smart home default passwords</w:t>
      </w:r>
    </w:p>
    <w:p>
      <w:pPr>
        <w:pStyle w:val="ListBullet"/>
      </w:pPr>
      <w:r>
        <w:t>Home privacy checklist for US families 2026</w:t>
      </w:r>
    </w:p>
    <w:p>
      <w:pPr>
        <w:pStyle w:val="ListBullet"/>
      </w:pPr>
      <w:r>
        <w:t>How to set up Google Family Link parental controls</w:t>
      </w:r>
    </w:p>
    <w:p>
      <w:pPr>
        <w:pStyle w:val="ListBullet"/>
      </w:pPr>
      <w:r>
        <w:t>How to set up iPhone Screen Time parental controls</w:t>
      </w:r>
    </w:p>
    <w:p>
      <w:pPr>
        <w:pStyle w:val="ListBullet"/>
      </w:pPr>
      <w:r>
        <w:t>How to lock a lost phone with Apple or Google</w:t>
      </w:r>
    </w:p>
    <w:p>
      <w:pPr>
        <w:pStyle w:val="ListBullet"/>
      </w:pPr>
      <w:r>
        <w:t>How to wipe a device before selling it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800" w:bottom="100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https://cyberguardlab.com/blog/phone-app-permissions-review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b/>
        <w:color w:val="0F172A"/>
      </w:rPr>
      <w:t>CyberGuardLab   |   cyberguardlab.com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jpg"/><Relationship Id="rId1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review app permissions on your phone</dc:title>
  <dc:subject>How to review app permissions on your phone</dc:subject>
  <dc:creator>CyberGuardLab editorial</dc:creator>
  <cp:keywords>phone app permissions review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