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set up a password manager for a US household</w:t>
      </w:r>
    </w:p>
    <w:p>
      <w:r>
        <w:rPr>
          <w:color w:val="E11D48"/>
          <w:u w:val="single"/>
        </w:rPr>
        <w:t>https://cyberguardlab.com/blog/password-manager-us-household-setup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password-manager-us-household-setup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Set up one reputable password manager for a US household: pick a product, create a strong master password or account passkey, enable MFA on the vault, install official apps/extensions, and migrate the highest-risk logins first (email, banking, IRS/ID.me, stores). Share vaults carefully with family plans—never text master passwords. This how-to is household rollout—not vault breach alert recovery, not clearing browser-saved passwords on a shared PC, and not passkeys-only setup.</w:t>
      </w:r>
    </w:p>
    <w:p>
      <w:pPr>
        <w:pStyle w:val="Heading2"/>
      </w:pPr>
      <w:r>
        <w:t>1. Setup steps (household)</w:t>
      </w:r>
    </w:p>
    <w:p>
      <w:pPr>
        <w:pStyle w:val="ListBullet"/>
      </w:pPr>
      <w:r>
        <w:t>Choose a well-known manager (examples US consumers often compare: Bitwarden, 1Password, Dashlane, Keeper, or the manager bundled in a security suite you already trust). Prefer official sites/apps only.</w:t>
      </w:r>
    </w:p>
    <w:p>
      <w:pPr>
        <w:pStyle w:val="ListBullet"/>
      </w:pPr>
      <w:r>
        <w:t>Create the primary adult’s account with a long unique master password or account passkey where supported. Write an emergency sheet stored offline.</w:t>
      </w:r>
    </w:p>
    <w:p>
      <w:pPr>
        <w:pStyle w:val="ListBullet"/>
      </w:pPr>
      <w:r>
        <w:t>Turn on MFA for the vault (app codes or security keys—not SMS alone when better options exist).</w:t>
      </w:r>
    </w:p>
    <w:p>
      <w:pPr>
        <w:pStyle w:val="ListBullet"/>
      </w:pPr>
      <w:r>
        <w:t>Install only official browser extensions and mobile apps; pin the extension.</w:t>
      </w:r>
    </w:p>
    <w:p>
      <w:pPr>
        <w:pStyle w:val="ListBullet"/>
      </w:pPr>
      <w:r>
        <w:t>Import or manually add: primary email, banking, brokerage, tax/ID portals, Apple/Google/Microsoft, shopping, streaming.</w:t>
      </w:r>
    </w:p>
    <w:p>
      <w:pPr>
        <w:pStyle w:val="ListBullet"/>
      </w:pPr>
      <w:r>
        <w:t>Generate unique passwords on each important site as you go; delete reused ones.</w:t>
      </w:r>
    </w:p>
    <w:p>
      <w:pPr>
        <w:pStyle w:val="ListBullet"/>
      </w:pPr>
      <w:r>
        <w:t>Add passkeys for Google, Apple, and Microsoft when ready—see passkeys for Google/Apple/Microsoft.</w:t>
      </w:r>
    </w:p>
    <w:p>
      <w:pPr>
        <w:pStyle w:val="ListBullet"/>
      </w:pPr>
      <w:r>
        <w:t>Use the family/household sharing feature for shared bills and streaming—not one master password for everyone.</w:t>
      </w:r>
    </w:p>
    <w:p>
      <w:pPr>
        <w:pStyle w:val="ListBullet"/>
      </w:pPr>
      <w:r>
        <w:t>On shared family PCs, stop saving passwords in the browser after migration—see clear saved passwords.</w:t>
      </w:r>
    </w:p>
    <w:p>
      <w:pPr>
        <w:pStyle w:val="ListBullet"/>
      </w:pPr>
      <w:r>
        <w:t>Schedule a monthly “fix weak/reused” review inside the manager’s health report.</w:t>
      </w:r>
    </w:p>
    <w:p>
      <w:r>
        <w:t>When exporting or importing password CSVs, do it on a trusted device, delete the file securely afterward, and never email the CSV to yourself.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2. Household roles vs risky shortcuts</w:t>
      </w:r>
    </w:p>
    <w:p>
      <w:r>
        <w:t>Topic | Safer household pattern | Risky shortcut</w:t>
      </w:r>
    </w:p>
    <w:p>
      <w:r>
        <w:t>Master access | Each adult has their vault/MFA | One master password in a group chat</w:t>
      </w:r>
    </w:p>
    <w:p>
      <w:r>
        <w:t>Kids / teens | Age-appropriate shared items; parental oversight | Full vault on a school Chromebook left unlocked</w:t>
      </w:r>
    </w:p>
    <w:p>
      <w:r>
        <w:t>Emergency | Documented break-glass process | No recovery plan if the owner is unavailable</w:t>
      </w:r>
    </w:p>
    <w:p>
      <w:r>
        <w:t>Devices | Official apps + OS updates | Pirated “premium” manager APKs</w:t>
      </w:r>
    </w:p>
    <w:p>
      <w:pPr>
        <w:pStyle w:val="Heading2"/>
      </w:pPr>
      <w:r>
        <w:t>3. Setup steps (household)</w:t>
      </w:r>
    </w:p>
    <w:p>
      <w:pPr>
        <w:pStyle w:val="ListBullet"/>
      </w:pPr>
      <w:r>
        <w:t>Choose a well-known manager (examples US consumers often compare: Bitwarden, 1Password, Dashlane, Keeper, or the manager bundled in a security suite you already trust). Prefer official sites/apps only.</w:t>
      </w:r>
    </w:p>
    <w:p>
      <w:pPr>
        <w:pStyle w:val="ListBullet"/>
      </w:pPr>
      <w:r>
        <w:t>Create the primary adult’s account with a long unique master password or account passkey where supported. Write an emergency sheet stored offline.</w:t>
      </w:r>
    </w:p>
    <w:p>
      <w:pPr>
        <w:pStyle w:val="ListBullet"/>
      </w:pPr>
      <w:r>
        <w:t>Turn on MFA for the vault (app codes or security keys—not SMS alone when better options exist).</w:t>
      </w:r>
    </w:p>
    <w:p>
      <w:pPr>
        <w:pStyle w:val="ListBullet"/>
      </w:pPr>
      <w:r>
        <w:t>Install only official browser extensions and mobile apps; pin the extension.</w:t>
      </w:r>
    </w:p>
    <w:p>
      <w:pPr>
        <w:pStyle w:val="ListBullet"/>
      </w:pPr>
      <w:r>
        <w:t>Import or manually add: primary email, banking, brokerage, tax/ID portals, Apple/Google/Microsoft, shopping, streaming.</w:t>
      </w:r>
    </w:p>
    <w:p>
      <w:pPr>
        <w:pStyle w:val="ListBullet"/>
      </w:pPr>
      <w:r>
        <w:t>Generate unique passwords on each important site as you go; delete reused ones.</w:t>
      </w:r>
    </w:p>
    <w:p>
      <w:pPr>
        <w:pStyle w:val="ListBullet"/>
      </w:pPr>
      <w:r>
        <w:t>Add passkeys for Google, Apple, and Microsoft when ready—see passkeys for Google/Apple/Microsoft.</w:t>
      </w:r>
    </w:p>
    <w:p>
      <w:pPr>
        <w:pStyle w:val="ListBullet"/>
      </w:pPr>
      <w:r>
        <w:t>Use the family/household sharing feature for shared bills and streaming—not one master password for everyone.</w:t>
      </w:r>
    </w:p>
    <w:p>
      <w:pPr>
        <w:pStyle w:val="ListBullet"/>
      </w:pPr>
      <w:r>
        <w:t>On shared family PCs, stop saving passwords in the browser after migration—see clear saved passwords.</w:t>
      </w:r>
    </w:p>
    <w:p>
      <w:pPr>
        <w:pStyle w:val="ListBullet"/>
      </w:pPr>
      <w:r>
        <w:t>Schedule a monthly “fix weak/reused” review inside the manager’s health report.</w:t>
      </w:r>
    </w:p>
    <w:p>
      <w:pPr>
        <w:pStyle w:val="Heading2"/>
      </w:pPr>
      <w:r>
        <w:t>4. After setup</w:t>
      </w:r>
    </w:p>
    <w:p>
      <w:pPr>
        <w:pStyle w:val="ListBullet"/>
      </w:pPr>
      <w:r>
        <w:t>Turn off browser password saving prompts where you now use the manager.</w:t>
      </w:r>
    </w:p>
    <w:p>
      <w:pPr>
        <w:pStyle w:val="ListBullet"/>
      </w:pPr>
      <w:r>
        <w:t>Keep one primary antivirus/endpoint product on Windows PCs such as Norton or Bitdefender; TotalAV, McAfee, and Avast are other on-site options.</w:t>
      </w:r>
    </w:p>
    <w:p>
      <w:pPr>
        <w:pStyle w:val="ListBullet"/>
      </w:pPr>
      <w:r>
        <w:t>Teach everyone to spot fake password-reset emails.</w:t>
      </w:r>
    </w:p>
    <w:p>
      <w:pPr>
        <w:pStyle w:val="Heading2"/>
      </w:pPr>
      <w:r>
        <w:t>FAQ</w:t>
      </w:r>
    </w:p>
    <w:p>
      <w:pPr>
        <w:pStyle w:val="Heading3"/>
      </w:pPr>
      <w:r>
        <w:t>Is the free browser password manager “good enough”?</w:t>
      </w:r>
    </w:p>
    <w:p>
      <w:r>
        <w:t>Built-in managers are better than reuse—but a dedicated manager often syncs cross-browser and offers better sharing/health reports. Pick one system and stick to it.</w:t>
      </w:r>
    </w:p>
    <w:p>
      <w:pPr>
        <w:pStyle w:val="Heading3"/>
      </w:pPr>
      <w:r>
        <w:t>Should every family member share one vault?</w:t>
      </w:r>
    </w:p>
    <w:p>
      <w:r>
        <w:t>No. Share specific items or folders. Separate vaults limit blast radius.</w:t>
      </w:r>
    </w:p>
    <w:p>
      <w:pPr>
        <w:pStyle w:val="Heading3"/>
      </w:pPr>
      <w:r>
        <w:t>How is this different from recovering a vault breach alert?</w:t>
      </w:r>
    </w:p>
    <w:p>
      <w:r>
        <w:t>Setup is day-one hygiene. Breach-alert recovery is the incident playbook when the manager warns that passwords appeared in leaks.</w:t>
      </w:r>
    </w:p>
    <w:p>
      <w:pPr>
        <w:pStyle w:val="Heading3"/>
      </w:pPr>
      <w:r>
        <w:t>Do US banks allow password managers?</w:t>
      </w:r>
    </w:p>
    <w:p>
      <w:r>
        <w:t>Most allow pasted passwords. If a site blocks paste, use the manager’s fill tool or contact the bank—do not revert to a short reused password.</w:t>
      </w:r>
    </w:p>
    <w:p>
      <w:pPr>
        <w:pStyle w:val="Heading2"/>
      </w:pPr>
      <w:r>
        <w:t>If you still want a paid suite</w:t>
      </w:r>
    </w:p>
    <w:p>
      <w:r>
        <w:t>Avoiding how to set up a password manager for a US household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CISA: Use strong passwords / password managers</w:t>
      </w:r>
    </w:p>
    <w:p>
      <w:pPr>
        <w:pStyle w:val="ListBullet"/>
      </w:pPr>
      <w:r>
        <w:t>FTC: Password managers (consumer guidance)</w:t>
      </w:r>
    </w:p>
    <w:p>
      <w:pPr>
        <w:pStyle w:val="ListBullet"/>
      </w:pPr>
      <w:r>
        <w:t>CISA: Multifactor authentication</w:t>
      </w:r>
    </w:p>
    <w:p>
      <w:pPr>
        <w:pStyle w:val="ListBullet"/>
      </w:pPr>
      <w:r>
        <w:t>Example vendor help (1Password families)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passkeys for Google, Apple, and Microsoft</w:t>
      </w:r>
    </w:p>
    <w:p>
      <w:pPr>
        <w:pStyle w:val="ListBullet"/>
      </w:pPr>
      <w:r>
        <w:t>How to recover from a password manager vault breach alert</w:t>
      </w:r>
    </w:p>
    <w:p>
      <w:pPr>
        <w:pStyle w:val="ListBullet"/>
      </w:pPr>
      <w:r>
        <w:t>How to clear saved passwords from a shared family PC</w:t>
      </w:r>
    </w:p>
    <w:p>
      <w:pPr>
        <w:pStyle w:val="ListBullet"/>
      </w:pPr>
      <w:r>
        <w:t>How to spot a fake password-reset email</w:t>
      </w:r>
    </w:p>
    <w:p>
      <w:pPr>
        <w:pStyle w:val="ListBullet"/>
      </w:pPr>
      <w:r>
        <w:t>How to turn on 2FA for Gmail, Apple, and bank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https://cyberguardlab.com/blog/password-manager-us-household-setup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set up a password manager for a US household</dc:title>
  <dc:subject>How to set up a password manager for a US household</dc:subject>
  <dc:creator>CyberGuardLab editorial</dc:creator>
  <cp:keywords>password manager us household setup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