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passkeys for Google, Apple, and Microsoft</w:t>
      </w:r>
    </w:p>
    <w:p>
      <w:r>
        <w:rPr>
          <w:color w:val="E11D48"/>
          <w:u w:val="single"/>
        </w:rPr>
        <w:t>https://cyberguardlab.com/blog/passkeys-google-apple-microsoft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passkeys-google-apple-microsof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Turn on passkeys for your Google, Apple, and Microsoft accounts so sign-in can use device unlock (biometrics/PIN) instead of phishable passwords on supporting sites. Create passkeys from each account’s official security settings, keep a backup factor, and enroll household devices intentionally. This how-to is passkey enrollment on the big three ecosystems—not full household password-manager setup, not vault breach recovery, and not clearing browser-saved passwords.</w:t>
      </w:r>
    </w:p>
    <w:p>
      <w:pPr>
        <w:pStyle w:val="Heading2"/>
      </w:pPr>
      <w:r>
        <w:t>1. Why passkeys help</w:t>
      </w:r>
    </w:p>
    <w:p>
      <w:r>
        <w:t>Passkeys are designed so a fake website cannot replay the same secret the way stolen passwords can. Pair them with a password manager for sites that still need passwords. Still ignore fake password-reset emails.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Unsolicited services that ask you to export all passkeys into their portal for “family setup” are unnecessary. Use each platform’s built-in enrollment and your known password manager.</w:t>
      </w:r>
    </w:p>
    <w:p>
      <w:pPr>
        <w:pStyle w:val="Heading2"/>
      </w:pPr>
      <w:r>
        <w:t>2. Cross-ecosystem checklist</w:t>
      </w:r>
    </w:p>
    <w:p>
      <w:r>
        <w:t>Task | Do | Avoid</w:t>
      </w:r>
    </w:p>
    <w:p>
      <w:r>
        <w:t>Where you enroll | Official account portals/apps | Links from cold “enable passkey” email</w:t>
      </w:r>
    </w:p>
    <w:p>
      <w:r>
        <w:t>Backup | Second device + recovery codes where offered | Single phone with no spare factor</w:t>
      </w:r>
    </w:p>
    <w:p>
      <w:r>
        <w:t>Sharing | Each adult enrolls their own | One shared Apple ID for all banking</w:t>
      </w:r>
    </w:p>
    <w:p>
      <w:r>
        <w:t>Old passwords | Still unique in a manager for legacy sites | Deleting the manager the same day</w:t>
      </w:r>
    </w:p>
    <w:p>
      <w:pPr>
        <w:pStyle w:val="Heading2"/>
      </w:pPr>
      <w:r>
        <w:t>3. Steps: Google, Apple, and Microsoft</w:t>
      </w:r>
    </w:p>
    <w:p>
      <w:r>
        <w:t>Steps: Google account</w:t>
      </w:r>
    </w:p>
    <w:p>
      <w:pPr>
        <w:pStyle w:val="ListBullet"/>
      </w:pPr>
      <w:r>
        <w:t>On a trusted device, open Google Account → Security (myaccount.google.com) by typing/bookmark—not an email link.</w:t>
      </w:r>
    </w:p>
    <w:p>
      <w:pPr>
        <w:pStyle w:val="ListBullet"/>
      </w:pPr>
      <w:r>
        <w:t>Find Passkeys and security keys (wording may vary) and follow Create a passkey.</w:t>
      </w:r>
    </w:p>
    <w:p>
      <w:pPr>
        <w:pStyle w:val="ListBullet"/>
      </w:pPr>
      <w:r>
        <w:t>Confirm with your phone/computer lock (fingerprint, face, PIN).</w:t>
      </w:r>
    </w:p>
    <w:p>
      <w:pPr>
        <w:pStyle w:val="ListBullet"/>
      </w:pPr>
      <w:r>
        <w:t>Review devices with passkeys; remove old phones you no longer own.</w:t>
      </w:r>
    </w:p>
    <w:p>
      <w:pPr>
        <w:pStyle w:val="ListBullet"/>
      </w:pPr>
      <w:r>
        <w:t>Keep 2-Step Verification options current as backup.</w:t>
      </w:r>
    </w:p>
    <w:p>
      <w:r>
        <w:t>Steps: Apple ID (iPhone/Mac)</w:t>
      </w:r>
    </w:p>
    <w:p>
      <w:pPr>
        <w:pStyle w:val="ListBullet"/>
      </w:pPr>
      <w:r>
        <w:t>Open Settings → [Your Name] → Sign-In &amp; Security (or System Settings → Apple ID on Mac).</w:t>
      </w:r>
    </w:p>
    <w:p>
      <w:pPr>
        <w:pStyle w:val="ListBullet"/>
      </w:pPr>
      <w:r>
        <w:t>Use Apple’s passkey / security options for the Apple Account and for Safari/iCloud Keychain passkeys on websites.</w:t>
      </w:r>
    </w:p>
    <w:p>
      <w:pPr>
        <w:pStyle w:val="ListBullet"/>
      </w:pPr>
      <w:r>
        <w:t>Ensure iCloud Keychain is on if you want Apple-ecosystem sync of passkeys.</w:t>
      </w:r>
    </w:p>
    <w:p>
      <w:pPr>
        <w:pStyle w:val="ListBullet"/>
      </w:pPr>
      <w:r>
        <w:t>Add a second trusted device so you are not locked to one phone.</w:t>
      </w:r>
    </w:p>
    <w:p>
      <w:r>
        <w:t>Steps: Microsoft account</w:t>
      </w:r>
    </w:p>
    <w:p>
      <w:pPr>
        <w:pStyle w:val="ListBullet"/>
      </w:pPr>
      <w:r>
        <w:t>Open account.microsoft.com → Security from a bookmark.</w:t>
      </w:r>
    </w:p>
    <w:p>
      <w:pPr>
        <w:pStyle w:val="ListBullet"/>
      </w:pPr>
      <w:r>
        <w:t>Choose advanced security options and Add a new way to sign in or verify → passkey / face/fingerprint/PIN options as offered.</w:t>
      </w:r>
    </w:p>
    <w:p>
      <w:pPr>
        <w:pStyle w:val="ListBullet"/>
      </w:pPr>
      <w:r>
        <w:t>Enroll Windows Hello on your PC when prompted for a device-bound passkey.</w:t>
      </w:r>
    </w:p>
    <w:p>
      <w:pPr>
        <w:pStyle w:val="ListBullet"/>
      </w:pPr>
      <w:r>
        <w:t>Review “Sign-in activity” after enrollment for strangers.</w:t>
      </w:r>
    </w:p>
    <w:p>
      <w:pPr>
        <w:pStyle w:val="Heading2"/>
      </w:pPr>
      <w:r>
        <w:t>4. After enrollment</w:t>
      </w:r>
    </w:p>
    <w:p>
      <w:pPr>
        <w:pStyle w:val="ListBullet"/>
      </w:pPr>
      <w:r>
        <w:t>Practice signing out and back in once on each major device.</w:t>
      </w:r>
    </w:p>
    <w:p>
      <w:pPr>
        <w:pStyle w:val="ListBullet"/>
      </w:pPr>
      <w:r>
        <w:t>Continue migrating other passwords via your household manager.</w:t>
      </w:r>
    </w:p>
    <w:p>
      <w:pPr>
        <w:pStyle w:val="ListBullet"/>
      </w:pPr>
      <w:r>
        <w:t>Keep devices patched; use one primary security product on Windows such as Norton or Bitdefender (TotalAV, McAfee, Avast also listed on-site).</w:t>
      </w:r>
    </w:p>
    <w:p>
      <w:pPr>
        <w:pStyle w:val="Heading2"/>
      </w:pPr>
      <w:r>
        <w:t>FAQ</w:t>
      </w:r>
    </w:p>
    <w:p>
      <w:pPr>
        <w:pStyle w:val="Heading3"/>
      </w:pPr>
      <w:r>
        <w:t>Do passkeys replace my password manager?</w:t>
      </w:r>
    </w:p>
    <w:p>
      <w:r>
        <w:t>Not fully. Many sites still need passwords. Passkeys cover supporting accounts; the manager covers the rest and stores backups.</w:t>
      </w:r>
    </w:p>
    <w:p>
      <w:pPr>
        <w:pStyle w:val="Heading3"/>
      </w:pPr>
      <w:r>
        <w:t>How is this different from Google Advanced Protection?</w:t>
      </w:r>
    </w:p>
    <w:p>
      <w:r>
        <w:t>Advanced Protection is a stricter program for high-risk users. Passkeys are a broadly available sign-in method you can enable without joining that program.</w:t>
      </w:r>
    </w:p>
    <w:p>
      <w:pPr>
        <w:pStyle w:val="Heading3"/>
      </w:pPr>
      <w:r>
        <w:t>What if I lose my phone?</w:t>
      </w:r>
    </w:p>
    <w:p>
      <w:r>
        <w:t>Use a second enrolled device, account recovery flows, or hardware keys you set up earlier. Enroll a spare before you need it.</w:t>
      </w:r>
    </w:p>
    <w:p>
      <w:pPr>
        <w:pStyle w:val="Heading3"/>
      </w:pPr>
      <w:r>
        <w:t>Can a scammer “phish a passkey” with a fake login page?</w:t>
      </w:r>
    </w:p>
    <w:p>
      <w:r>
        <w:t>Passkeys are origin-bound by design, which blocks classic look-alike password forms. Still do not approve unexpected device prompts.</w:t>
      </w:r>
    </w:p>
    <w:p>
      <w:pPr>
        <w:pStyle w:val="Heading2"/>
      </w:pPr>
      <w:r>
        <w:t>If you still want a paid suite</w:t>
      </w:r>
    </w:p>
    <w:p>
      <w:r>
        <w:t>Avoiding how to turn on passkeys for Google, Apple, and Microsoft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Multifactor authentication</w:t>
      </w:r>
    </w:p>
    <w:p>
      <w:pPr>
        <w:pStyle w:val="ListBullet"/>
      </w:pPr>
      <w:r>
        <w:t>Google Account Help: Passkeys</w:t>
      </w:r>
    </w:p>
    <w:p>
      <w:pPr>
        <w:pStyle w:val="ListBullet"/>
      </w:pPr>
      <w:r>
        <w:t>Apple Support: Passkeys</w:t>
      </w:r>
    </w:p>
    <w:p>
      <w:pPr>
        <w:pStyle w:val="ListBullet"/>
      </w:pPr>
      <w:r>
        <w:t>Microsoft Support: Passkeys (passwordless)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set up a password manager for a US household</w:t>
      </w:r>
    </w:p>
    <w:p>
      <w:pPr>
        <w:pStyle w:val="ListBullet"/>
      </w:pPr>
      <w:r>
        <w:t>How to use Safari passkeys instead of passwords on iPhone</w:t>
      </w:r>
    </w:p>
    <w:p>
      <w:pPr>
        <w:pStyle w:val="ListBullet"/>
      </w:pPr>
      <w:r>
        <w:t>How to turn on 2FA for Gmail, Apple, and bank</w:t>
      </w:r>
    </w:p>
    <w:p>
      <w:pPr>
        <w:pStyle w:val="ListBullet"/>
      </w:pPr>
      <w:r>
        <w:t>How to clear saved passwords from a shared family PC</w:t>
      </w:r>
    </w:p>
    <w:p>
      <w:pPr>
        <w:pStyle w:val="ListBullet"/>
      </w:pPr>
      <w:r>
        <w:t>How to spot a fake password-reset 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https://cyberguardlab.com/blog/passkeys-google-apple-microsoft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passkeys for Google, Apple, and Microsoft</dc:title>
  <dc:subject>How to turn on passkeys for Google, Apple, and Microsoft</dc:subject>
  <dc:creator>CyberGuardLab editorial</dc:creator>
  <cp:keywords>passkeys google apple microsoft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