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package holding fee delivery scam</w:t>
      </w:r>
    </w:p>
    <w:p>
      <w:r>
        <w:rPr>
          <w:color w:val="E11D48"/>
          <w:u w:val="single"/>
        </w:rPr>
        <w:t>https://cyberguardlab.com/blog/package-holding-fee-scam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package-holding-fee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package holding fee delivery scam texts or emails that a parcel is delayed, seized, or waiting at customs—and you must pay a small holding, redelivery, or postage-due fee through a link. The link is usually phishing. Do not tap it. Do not pay with gift cards or crypto for a mystery package. If you already entered card data, call your bank, change passwords, and report to the FTC.</w:t>
      </w:r>
    </w:p>
    <w:p>
      <w:r>
        <w:t>This guide covers fake delivery-fee messages—not fake Amazon customer service phone calls about account charges or remote-access refunds. Timing often follows a real purchase so the story feels plausible—similar phishing patterns appear in how to spot a phishing email and fake delivery text scams.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package holding fee scripts work</w:t>
      </w:r>
    </w:p>
    <w:p>
      <w:r>
        <w:t>SMS messages claim USPS, UPS, FedEx, DHL, or Amazon Logistics need $1–$5 (or more) to release a package. Short links lead to pages that harvest card numbers, addresses, and sometimes ID uploads. Emails use tracking numbers that look real but are random.</w:t>
      </w:r>
    </w:p>
    <w:p>
      <w:pPr>
        <w:pStyle w:val="ListBullet"/>
      </w:pPr>
      <w:r>
        <w:t>Postage-due bait — Tiny fee to release a package that may not exist.</w:t>
      </w:r>
    </w:p>
    <w:p>
      <w:pPr>
        <w:pStyle w:val="ListBullet"/>
      </w:pPr>
      <w:r>
        <w:t>Customs or warehouse holds — Urgency to pay before the parcel is destroyed.</w:t>
      </w:r>
    </w:p>
    <w:p>
      <w:pPr>
        <w:pStyle w:val="ListBullet"/>
      </w:pPr>
      <w:r>
        <w:t>Credential harvest — Pages that look like carrier portals (FTC phishing guidance).</w:t>
      </w:r>
    </w:p>
    <w:p>
      <w:pPr>
        <w:pStyle w:val="ListBullet"/>
      </w:pPr>
      <w:r>
        <w:t>Follow-up calls — Voice calls still push payment links or codes.</w:t>
      </w:r>
    </w:p>
    <w:p>
      <w:pPr>
        <w:pStyle w:val="Heading2"/>
      </w:pPr>
      <w:r>
        <w:t>2. Red flags before you tap</w:t>
      </w:r>
    </w:p>
    <w:p>
      <w:r>
        <w:t>Cue | Likely legitimate | Likely scam</w:t>
      </w:r>
    </w:p>
    <w:p>
      <w:r>
        <w:t>How you pay postage due | Carrier instructions you verify on the official site/app after you look up tracking yourself | Cold text with a pay link</w:t>
      </w:r>
    </w:p>
    <w:p>
      <w:r>
        <w:t>URL | Exact carrier or retailer domain | Misspelled domains, odd short links, strange subdomains</w:t>
      </w:r>
    </w:p>
    <w:p>
      <w:r>
        <w:t>Amount and urgency | Matches a real shipping exception you can see in tracking | Pay in 2 hours or package destroyed</w:t>
      </w:r>
    </w:p>
    <w:p>
      <w:r>
        <w:t>Payment method | Normal card checkout on an official page | Gift cards, crypto, wires</w:t>
      </w:r>
    </w:p>
    <w:p>
      <w:r>
        <w:t>Data asked | Minimal delivery confirmation details | Full SSN or photo ID upload for a $3 fee</w:t>
      </w:r>
    </w:p>
    <w:p>
      <w:r>
        <w:t>Account path | You open the retailer/carrier app yourself | Message pretends to be support and asks for OTP codes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Do not tap the link. Delete or report the text as junk.</w:t>
      </w:r>
    </w:p>
    <w:p>
      <w:pPr>
        <w:pStyle w:val="ListBullet"/>
      </w:pPr>
      <w:r>
        <w:t>If you expect a package, open the carrier or store app yourself and check tracking (USPS.com as a starting point for USPS).</w:t>
      </w:r>
    </w:p>
    <w:p>
      <w:pPr>
        <w:pStyle w:val="ListBullet"/>
      </w:pPr>
      <w:r>
        <w:t>Use official redelivery tools from the carrier’s real website.</w:t>
      </w:r>
    </w:p>
    <w:p>
      <w:pPr>
        <w:pStyle w:val="ListBullet"/>
      </w:pPr>
      <w:r>
        <w:t>Never pay a holding fee with gift cards.</w:t>
      </w:r>
    </w:p>
    <w:p>
      <w:pPr>
        <w:pStyle w:val="ListBullet"/>
      </w:pPr>
      <w:r>
        <w:t>Share the sample with household members who receive lots of deliveries.</w:t>
      </w:r>
    </w:p>
    <w:p>
      <w:pPr>
        <w:pStyle w:val="ListBullet"/>
      </w:pPr>
      <w:r>
        <w:t>If a caller claims to be Amazon account support rather than a fee link, see fake Amazon customer service calls.</w:t>
      </w:r>
    </w:p>
    <w:p>
      <w:pPr>
        <w:pStyle w:val="Heading2"/>
      </w:pPr>
      <w:r>
        <w:t>4. If you already paid or typed data</w:t>
      </w:r>
    </w:p>
    <w:p>
      <w:pPr>
        <w:pStyle w:val="ListBullet"/>
      </w:pPr>
      <w:r>
        <w:t>Contact your bank or card issuer to watch for charges and replace the card if needed (FTC if you were scammed).</w:t>
      </w:r>
    </w:p>
    <w:p>
      <w:pPr>
        <w:pStyle w:val="ListBullet"/>
      </w:pPr>
      <w:r>
        <w:t>Change passwords for email and shopping accounts; enable two-factor authentication.</w:t>
      </w:r>
    </w:p>
    <w:p>
      <w:pPr>
        <w:pStyle w:val="ListBullet"/>
      </w:pPr>
      <w:r>
        <w:t>Save screenshots of the message, URL, and any pages.</w:t>
      </w:r>
    </w:p>
    <w:p>
      <w:pPr>
        <w:pStyle w:val="ListBullet"/>
      </w:pPr>
      <w:r>
        <w:t>Report at ReportFraud.ftc.gov; report phishing to the carrier if they publish a channel.</w:t>
      </w:r>
    </w:p>
    <w:p>
      <w:pPr>
        <w:pStyle w:val="ListBullet"/>
      </w:pPr>
      <w:r>
        <w:t>If you uploaded ID images, review steps at IdentityTheft.gov.</w:t>
      </w:r>
    </w:p>
    <w:p>
      <w:pPr>
        <w:pStyle w:val="ListBullet"/>
      </w:pPr>
      <w:r>
        <w:t>Ignore callers who promise to “clear” the fee for another payment.</w:t>
      </w:r>
    </w:p>
    <w:p>
      <w:pPr>
        <w:pStyle w:val="Heading2"/>
      </w:pPr>
      <w:r>
        <w:t>FAQ</w:t>
      </w:r>
    </w:p>
    <w:p>
      <w:pPr>
        <w:pStyle w:val="Heading3"/>
      </w:pPr>
      <w:r>
        <w:t>I really am waiting on a package. Could the text be real?</w:t>
      </w:r>
    </w:p>
    <w:p>
      <w:r>
        <w:t>Possibly rare legitimate notices exist, but safe practice is to ignore the link and check tracking yourself on the official app.</w:t>
      </w:r>
    </w:p>
    <w:p>
      <w:pPr>
        <w:pStyle w:val="Heading3"/>
      </w:pPr>
      <w:r>
        <w:t>The tracking number format looks right.</w:t>
      </w:r>
    </w:p>
    <w:p>
      <w:r>
        <w:t>Scammers generate realistic-looking numbers. Matching format is not proof.</w:t>
      </w:r>
    </w:p>
    <w:p>
      <w:pPr>
        <w:pStyle w:val="Heading3"/>
      </w:pPr>
      <w:r>
        <w:t>How is this different from a fake Amazon customer service call?</w:t>
      </w:r>
    </w:p>
    <w:p>
      <w:r>
        <w:t>Holding-fee scams center on a delivery surcharge link. Fake Amazon CS calls impersonate account support with unauthorized charges, refunds, codes, or remote access.</w:t>
      </w:r>
    </w:p>
    <w:p>
      <w:pPr>
        <w:pStyle w:val="Heading3"/>
      </w:pPr>
      <w:r>
        <w:t>Is a $1.99 fee too small to be a scam?</w:t>
      </w:r>
    </w:p>
    <w:p>
      <w:r>
        <w:t>Small amounts are intentional—they train you to type card data. The card theft is the goal.</w:t>
      </w:r>
    </w:p>
    <w:p>
      <w:pPr>
        <w:pStyle w:val="Heading3"/>
      </w:pPr>
      <w:r>
        <w:t>What if I only entered an address?</w:t>
      </w:r>
    </w:p>
    <w:p>
      <w:r>
        <w:t>Still risky. Watch for follow-up phishing that references that package story.</w:t>
      </w:r>
    </w:p>
    <w:p>
      <w:pPr>
        <w:pStyle w:val="Heading3"/>
      </w:pPr>
      <w:r>
        <w:t>Do I need paid antivirus to avoid a holding-fee scam?</w:t>
      </w:r>
    </w:p>
    <w:p>
      <w:r>
        <w:t>No. Ignoring cold links and checking tracking yourself is enough. Buy-nothing is valid.</w:t>
      </w:r>
    </w:p>
    <w:p>
      <w:pPr>
        <w:pStyle w:val="Heading2"/>
      </w:pPr>
      <w:r>
        <w:t>If you still want a paid suite</w:t>
      </w:r>
    </w:p>
    <w:p>
      <w:r>
        <w:t>Avoiding a package holding fee delivery scam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Phishing Scams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USPS.com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delivery text scam</w:t>
      </w:r>
    </w:p>
    <w:p>
      <w:pPr>
        <w:pStyle w:val="ListBullet"/>
      </w:pPr>
      <w:r>
        <w:t>How to spot a fake Amazon customer service call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gift card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https://cyberguardlab.com/blog/package-holding-fee-scam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package holding fee delivery scam</dc:title>
  <dc:subject>How to spot a package holding fee delivery scam</dc:subject>
  <dc:creator>CyberGuardLab editorial</dc:creator>
  <cp:keywords>package holding fee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