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one-time passcode relay scam call</w:t>
      </w:r>
    </w:p>
    <w:p>
      <w:r>
        <w:rPr>
          <w:color w:val="E11D48"/>
          <w:u w:val="single"/>
        </w:rPr>
        <w:t>https://cyberguardlab.com/blog/otp-relay-scam-call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otp-relay-scam-call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An OTP relay scam call is when a live person (or AI voice) phones you, pretends to be your bank, Apple, Google, Microsoft, or “fraud department,” and coaches you to read aloud a one-time passcode that just arrived by SMS or app—so they can finish a login or reset they already started. Hang up. Do not share the code. Call the number on your card or open the official app yourself. This guide is about voice/video relay of real codes—not a fake 2FA phishing text that mainly pushes a link, and not Google Prompt approval fatigue alone.</w:t>
      </w:r>
    </w:p>
    <w:p>
      <w:pPr>
        <w:pStyle w:val="Heading2"/>
      </w:pPr>
      <w:r>
        <w:t>1. How OTP relay scam calls work</w:t>
      </w:r>
    </w:p>
    <w:p>
      <w:r>
        <w:t>You get an unexpected call: “We see a transfer from your account—enter the code we just texted to cancel it.” Or “Apple Security—your iCloud was locked; read the six digits on your screen.” The code is often a real OTP from the service because the attacker already has your password or is mid-reset. Reading the digits completes their access. Some scripts ask you to install remote-support software so they can “see the code with you.”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Unlike a fake 2FA text that tries to make you tap a phishing URL, OTP relay weaponizes a legitimate code plus social engineering on the phone.</w:t>
      </w:r>
    </w:p>
    <w:p>
      <w:r>
        <w:t>Scammers invent a fake outgoing wire and claim reading the SMS “stops” it. Reading the code often authorizes their session. Teach household members: one-time codes are secrets, never cancel buttons, and banks will not ask for them on a cold call.</w:t>
      </w:r>
    </w:p>
    <w:p>
      <w:pPr>
        <w:pStyle w:val="Heading2"/>
      </w:pPr>
      <w:r>
        <w:t>2. Red flags before you share a code</w:t>
      </w:r>
    </w:p>
    <w:p>
      <w:r>
        <w:t>Cue | Likely legitimate | Likely scam</w:t>
      </w:r>
    </w:p>
    <w:p>
      <w:r>
        <w:t>Who started contact | You called the number on your card or opened the official app | Cold call or callback after a spoofed “bank” SMS</w:t>
      </w:r>
    </w:p>
    <w:p>
      <w:r>
        <w:t>What they ask | Never asks you to read an OTP aloud | “Confirm the code we sent” or “forward it to cancel”</w:t>
      </w:r>
    </w:p>
    <w:p>
      <w:r>
        <w:t>Timing of OTP | Code arrives only after you start a login you know about | Code arrives during the call you did not start</w:t>
      </w:r>
    </w:p>
    <w:p>
      <w:r>
        <w:t>Channel | In-app chat after you sign in yourself | Pressure to stay on the line while you dig for the SMS</w:t>
      </w:r>
    </w:p>
    <w:p>
      <w:r>
        <w:t>Remote access | Banks and Apple do not need AnyDesk/TeamViewer for OTP | Install screen-share “so we can secure the account”</w:t>
      </w:r>
    </w:p>
    <w:p>
      <w:r>
        <w:t>Threats | Calm steps inside the official app | Arrest, account wipe, or “minutes left” urgency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Hang up. Do not argue or “just verify one digit.”</w:t>
      </w:r>
    </w:p>
    <w:p>
      <w:pPr>
        <w:pStyle w:val="ListBullet"/>
      </w:pPr>
      <w:r>
        <w:t>Do not read, forward, or type the OTP for anyone who contacted you first.</w:t>
      </w:r>
    </w:p>
    <w:p>
      <w:pPr>
        <w:pStyle w:val="ListBullet"/>
      </w:pPr>
      <w:r>
        <w:t>If an SMS code arrived during the call, treat it as an active attack: open the real bank/Apple/Google app or bookmark and check recent security activity; change the password from a clean session if needed.</w:t>
      </w:r>
    </w:p>
    <w:p>
      <w:pPr>
        <w:pStyle w:val="ListBullet"/>
      </w:pPr>
      <w:r>
        <w:t>Call your bank using the number on the back of your card—or use in-app secure message—not a number the caller gave you.</w:t>
      </w:r>
    </w:p>
    <w:p>
      <w:pPr>
        <w:pStyle w:val="ListBullet"/>
      </w:pPr>
      <w:r>
        <w:t>Prefer authenticator apps, passkeys, or hardware security keys over SMS where available.</w:t>
      </w:r>
    </w:p>
    <w:p>
      <w:pPr>
        <w:pStyle w:val="ListBullet"/>
      </w:pPr>
      <w:r>
        <w:t>For unexpected security texts without a call, see fake 2FA text.</w:t>
      </w:r>
    </w:p>
    <w:p>
      <w:pPr>
        <w:pStyle w:val="Heading2"/>
      </w:pPr>
      <w:r>
        <w:t>4. If you already shared a code</w:t>
      </w:r>
    </w:p>
    <w:p>
      <w:pPr>
        <w:pStyle w:val="ListBullet"/>
      </w:pPr>
      <w:r>
        <w:t>Assume that account may be taken over. Change the password immediately from another device if needed; sign out other sessions.</w:t>
      </w:r>
    </w:p>
    <w:p>
      <w:pPr>
        <w:pStyle w:val="ListBullet"/>
      </w:pPr>
      <w:r>
        <w:t>Contact the bank or service through official channels; ask them to freeze transfers and review recent logins.</w:t>
      </w:r>
    </w:p>
    <w:p>
      <w:pPr>
        <w:pStyle w:val="ListBullet"/>
      </w:pPr>
      <w:r>
        <w:t>Change the email password that recovers the account; turn on stronger 2FA.</w:t>
      </w:r>
    </w:p>
    <w:p>
      <w:pPr>
        <w:pStyle w:val="ListBullet"/>
      </w:pPr>
      <w:r>
        <w:t>If remote-access software was installed, uninstall it, disconnect from the network if advised by the bank’s fraud team, and scan the PC.</w:t>
      </w:r>
    </w:p>
    <w:p>
      <w:pPr>
        <w:pStyle w:val="ListBullet"/>
      </w:pPr>
      <w:r>
        <w:t>Report at ReportFraud.ftc.gov; use IdentityTheft.gov if ID or account numbers were taken.</w:t>
      </w:r>
    </w:p>
    <w:p>
      <w:pPr>
        <w:pStyle w:val="ListBullet"/>
      </w:pPr>
      <w:r>
        <w:t>Scan phones and PCs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Is OTP relay the same as a fake 2FA text?</w:t>
      </w:r>
    </w:p>
    <w:p>
      <w:r>
        <w:t>No. Fake 2FA texts often push phishing links or spoofed alerts. OTP relay uses a live call (or chat) to harvest a real code that already arrived.</w:t>
      </w:r>
    </w:p>
    <w:p>
      <w:pPr>
        <w:pStyle w:val="Heading3"/>
      </w:pPr>
      <w:r>
        <w:t>Can my bank ask for an OTP on an inbound call?</w:t>
      </w:r>
    </w:p>
    <w:p>
      <w:r>
        <w:t>Treat inbound requests for codes as fraud. Real help starts from numbers or apps you open yourself.</w:t>
      </w:r>
    </w:p>
    <w:p>
      <w:pPr>
        <w:pStyle w:val="Heading3"/>
      </w:pPr>
      <w:r>
        <w:t>What if the caller ID shows my bank’s name?</w:t>
      </w:r>
    </w:p>
    <w:p>
      <w:r>
        <w:t>Caller ID can be spoofed. Hang up and redial from the card or official site.</w:t>
      </w:r>
    </w:p>
    <w:p>
      <w:pPr>
        <w:pStyle w:val="Heading3"/>
      </w:pPr>
      <w:r>
        <w:t>Does Google Prompt replace this risk completely?</w:t>
      </w:r>
    </w:p>
    <w:p>
      <w:r>
        <w:t>Prompt/push approvals reduce SMS relay risk but still require you never approve a sign-in you did not start—see Google Prompt guide.</w:t>
      </w:r>
    </w:p>
    <w:p>
      <w:pPr>
        <w:pStyle w:val="Heading2"/>
      </w:pPr>
      <w:r>
        <w:t>If you still want a paid suite</w:t>
      </w:r>
    </w:p>
    <w:p>
      <w:r>
        <w:t>Avoiding how to spot a one-time passcode relay scam call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FTC: How to recognize phishing</w:t>
      </w:r>
    </w:p>
    <w:p>
      <w:pPr>
        <w:pStyle w:val="ListBullet"/>
      </w:pPr>
      <w:r>
        <w:t>FTC: Imposter scams</w:t>
      </w:r>
    </w:p>
    <w:p>
      <w:pPr>
        <w:pStyle w:val="ListBullet"/>
      </w:pPr>
      <w:r>
        <w:t>CISA: Multi-factor authentication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two-factor authentication text</w:t>
      </w:r>
    </w:p>
    <w:p>
      <w:pPr>
        <w:pStyle w:val="ListBullet"/>
      </w:pPr>
      <w:r>
        <w:t>How to turn on Google Prompt instead of SMS codes</w:t>
      </w:r>
    </w:p>
    <w:p>
      <w:pPr>
        <w:pStyle w:val="ListBullet"/>
      </w:pPr>
      <w:r>
        <w:t>How to use a hardware security key for your main accounts</w:t>
      </w:r>
    </w:p>
    <w:p>
      <w:pPr>
        <w:pStyle w:val="ListBullet"/>
      </w:pPr>
      <w:r>
        <w:t>How to set a carrier account PIN to stop SIM swap</w:t>
      </w:r>
    </w:p>
    <w:p>
      <w:pPr>
        <w:pStyle w:val="ListBullet"/>
      </w:pPr>
      <w:r>
        <w:t>How to spot a fake Apple Support screen-sharing scam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https://cyberguardlab.com/blog/otp-relay-scam-call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one-time passcode relay scam call</dc:title>
  <dc:subject>How to spot a one-time passcode relay scam call</dc:subject>
  <dc:creator>CyberGuardLab editorial</dc:creator>
  <cp:keywords>otp relay scam call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