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move authenticator apps to a new phone safely</w:t>
      </w:r>
    </w:p>
    <w:p>
      <w:r>
        <w:rPr>
          <w:color w:val="E11D48"/>
          <w:u w:val="single"/>
        </w:rPr>
        <w:t>https://cyberguardlab.com/blog/move-authenticator-apps-new-phone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move-authenticator-apps-new-phon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Moving authenticator apps to a new phone means transferring time-based one-time password (TOTP) accounts—or re-enrolling each service—without locking yourself out or exposing backup codes to phishing. Use each authenticator’s official transfer/export feature while both phones are in your hands, keep printed backup codes offline, and remove the old device only after test logins succeed. This how-to is about safe authenticator migration—not fake 2FA SMS, not carrier SIM locks, and not switching Google specifically to Prompt (though you may do that in parallel).</w:t>
      </w:r>
    </w:p>
    <w:p>
      <w:pPr>
        <w:pStyle w:val="Heading2"/>
      </w:pPr>
      <w:r>
        <w:t>1. Plan before you wipe the old phone</w:t>
      </w:r>
    </w:p>
    <w:p>
      <w:r>
        <w:t>Inventory accounts that use authenticator apps (email, banking, password manager, work VPN, social). Locate backup/recovery codes for each critical service. Charge both phones. Do not factory-reset the old phone until every high-value account produces a working code on the new phone.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Chat ads offering to “move your Google Authenticator for a fee” are high-risk. Keep both phones physically present, use official export QR flows, and never send backup codes to a stranger.</w:t>
      </w:r>
    </w:p>
    <w:p>
      <w:pPr>
        <w:pStyle w:val="Heading2"/>
      </w:pPr>
      <w:r>
        <w:t>2. Transfer checklist</w:t>
      </w:r>
    </w:p>
    <w:p>
      <w:r>
        <w:t>Item | Before wipe | After wipe</w:t>
      </w:r>
    </w:p>
    <w:p>
      <w:r>
        <w:t>Email 2FA | Codes work on new phone | Old phone removed from trusted devices</w:t>
      </w:r>
    </w:p>
    <w:p>
      <w:r>
        <w:t>Banking | Re-enrolled or transferred | Test one login</w:t>
      </w:r>
    </w:p>
    <w:p>
      <w:r>
        <w:t>Backup codes | Printed / stored offline | Still reachable without the old phone</w:t>
      </w:r>
    </w:p>
    <w:p>
      <w:r>
        <w:t>Carrier locks | Number lock on; PIN set | Still on after eSIM move</w:t>
      </w:r>
    </w:p>
    <w:p>
      <w:pPr>
        <w:pStyle w:val="Heading2"/>
      </w:pPr>
      <w:r>
        <w:t>3. Steps: migrate safely</w:t>
      </w:r>
    </w:p>
    <w:p>
      <w:pPr>
        <w:pStyle w:val="ListBullet"/>
      </w:pPr>
      <w:r>
        <w:t>Install the same authenticator app from the official app store on the new phone (Google Authenticator, Microsoft Authenticator, Authy, or your password manager’s TOTP—follow that product’s docs).</w:t>
      </w:r>
    </w:p>
    <w:p>
      <w:pPr>
        <w:pStyle w:val="ListBullet"/>
      </w:pPr>
      <w:r>
        <w:t>Prefer built-in transfer: many apps show a QR export on the old phone and a scan-to-import on the new phone. Complete transfer over your local screens—not by emailing screenshots to “support.”</w:t>
      </w:r>
    </w:p>
    <w:p>
      <w:pPr>
        <w:pStyle w:val="ListBullet"/>
      </w:pPr>
      <w:r>
        <w:t>If an app lacks transfer, open each important website/app → Security → 2FA → change authenticator device, scan the new QR, confirm a code, and save fresh backup codes.</w:t>
      </w:r>
    </w:p>
    <w:p>
      <w:pPr>
        <w:pStyle w:val="ListBullet"/>
      </w:pPr>
      <w:r>
        <w:t>For Google accounts, you may add Google Prompt on the new phone and keep backup codes—see Google Prompt instead of SMS.</w:t>
      </w:r>
    </w:p>
    <w:p>
      <w:pPr>
        <w:pStyle w:val="ListBullet"/>
      </w:pPr>
      <w:r>
        <w:t>Test sign-in on email and banking with the new phone’s codes while the old phone still works.</w:t>
      </w:r>
    </w:p>
    <w:p>
      <w:pPr>
        <w:pStyle w:val="ListBullet"/>
      </w:pPr>
      <w:r>
        <w:t>Only then remove 2FA from the old authenticator or wipe the old phone per the manufacturer’s steps.</w:t>
      </w:r>
    </w:p>
    <w:p>
      <w:pPr>
        <w:pStyle w:val="ListBullet"/>
      </w:pPr>
      <w:r>
        <w:t>Store backup codes in a sealed offline place or a locked password manager—never in SMS or an unmarked cloud note titled “codes.”</w:t>
      </w:r>
    </w:p>
    <w:p>
      <w:pPr>
        <w:pStyle w:val="ListBullet"/>
      </w:pPr>
      <w:r>
        <w:t>If anything looks like malware during installs, pause and scan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4. If something goes wrong</w:t>
      </w:r>
    </w:p>
    <w:p>
      <w:pPr>
        <w:pStyle w:val="ListBullet"/>
      </w:pPr>
      <w:r>
        <w:t>Locked out: use each service’s official account-recovery and backup codes—not a freelancer who asks for remote access.</w:t>
      </w:r>
    </w:p>
    <w:p>
      <w:pPr>
        <w:pStyle w:val="ListBullet"/>
      </w:pPr>
      <w:r>
        <w:t>QR export photographed by others: treat secrets as exposed; rotate 2FA on those accounts.</w:t>
      </w:r>
    </w:p>
    <w:p>
      <w:pPr>
        <w:pStyle w:val="ListBullet"/>
      </w:pPr>
      <w:r>
        <w:t>Cloud sync authenticator you did not intend: review that vendor’s security docs; add app locks and device encryption.</w:t>
      </w:r>
    </w:p>
    <w:p>
      <w:pPr>
        <w:pStyle w:val="ListBullet"/>
      </w:pPr>
      <w:r>
        <w:t>Old phone lost before transfer: use backup codes immediately; freeze risky financial accounts if needed.</w:t>
      </w:r>
    </w:p>
    <w:p>
      <w:pPr>
        <w:pStyle w:val="Heading2"/>
      </w:pPr>
      <w:r>
        <w:t>FAQ</w:t>
      </w:r>
    </w:p>
    <w:p>
      <w:pPr>
        <w:pStyle w:val="Heading3"/>
      </w:pPr>
      <w:r>
        <w:t>Can I just screenshot all QR codes?</w:t>
      </w:r>
    </w:p>
    <w:p>
      <w:r>
        <w:t>Screenshots in cloud camera rolls are easy to steal. Prefer in-app transfer and offline backup codes.</w:t>
      </w:r>
    </w:p>
    <w:p>
      <w:pPr>
        <w:pStyle w:val="Heading3"/>
      </w:pPr>
      <w:r>
        <w:t>Is this the same as turning on Google Prompt?</w:t>
      </w:r>
    </w:p>
    <w:p>
      <w:r>
        <w:t>No. Prompt is a Google sign-in approval method. Authenticator migration moves TOTP secrets (or re-binds them) across phones.</w:t>
      </w:r>
    </w:p>
    <w:p>
      <w:pPr>
        <w:pStyle w:val="Heading3"/>
      </w:pPr>
      <w:r>
        <w:t>Do I need to disable carrier number lock to migrate authenticators?</w:t>
      </w:r>
    </w:p>
    <w:p>
      <w:r>
        <w:t>Usually no. Number lock affects SIM/porting, not app installs. Only adjust locks if you are also changing SIM/eSIM.</w:t>
      </w:r>
    </w:p>
    <w:p>
      <w:pPr>
        <w:pStyle w:val="Heading3"/>
      </w:pPr>
      <w:r>
        <w:t>What if my authenticator used SMS as backup?</w:t>
      </w:r>
    </w:p>
    <w:p>
      <w:r>
        <w:t>Replace SMS backups with codes or security keys when the service allows—SMS remains phishable.</w:t>
      </w:r>
    </w:p>
    <w:p>
      <w:pPr>
        <w:pStyle w:val="Heading2"/>
      </w:pPr>
      <w:r>
        <w:t>If you still want a paid suite</w:t>
      </w:r>
    </w:p>
    <w:p>
      <w:r>
        <w:t>Avoiding how to move authenticator apps to a new phone safely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Google Authenticator Help: transfer to a new phone</w:t>
      </w:r>
    </w:p>
    <w:p>
      <w:pPr>
        <w:pStyle w:val="ListBullet"/>
      </w:pPr>
      <w:r>
        <w:t>Google Account Help: 2-Step Verification</w:t>
      </w:r>
    </w:p>
    <w:p>
      <w:pPr>
        <w:pStyle w:val="ListBullet"/>
      </w:pPr>
      <w:r>
        <w:t>FTC: Protect your personal information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two-factor authentication text</w:t>
      </w:r>
    </w:p>
    <w:p>
      <w:pPr>
        <w:pStyle w:val="ListBullet"/>
      </w:pPr>
      <w:r>
        <w:t>How to turn on Google Prompt instead of SMS codes</w:t>
      </w:r>
    </w:p>
    <w:p>
      <w:pPr>
        <w:pStyle w:val="ListBullet"/>
      </w:pPr>
      <w:r>
        <w:t>How to turn on number lock at T-Mobile, Verizon, or AT&amp;T</w:t>
      </w:r>
    </w:p>
    <w:p>
      <w:pPr>
        <w:pStyle w:val="ListBullet"/>
      </w:pPr>
      <w:r>
        <w:t>How to set a carrier account PIN to stop SIM swap</w:t>
      </w:r>
    </w:p>
    <w:p>
      <w:pPr>
        <w:pStyle w:val="ListBullet"/>
      </w:pPr>
      <w:r>
        <w:t>How to run a Google Account Security Checkup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https://cyberguardlab.com/blog/move-authenticator-apps-new-phone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move authenticator apps to a new phone safely</dc:title>
  <dc:subject>How to move authenticator apps to a new phone safely</dc:subject>
  <dc:creator>CyberGuardLab editorial</dc:creator>
  <cp:keywords>move authenticator apps new phone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