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How to run a Microsoft Defender Offline scan</w:t>
      </w:r>
    </w:p>
    <w:p>
      <w:r>
        <w:rPr>
          <w:color w:val="E11D48"/>
          <w:u w:val="single"/>
        </w:rPr>
        <w:t>https://cyberguardlab.com/blog/microsoft-defender-offline-scan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29763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g-microsoft-defender-offline-scan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763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 Microsoft Defender Offline scan restarts your PC and scans from outside normal Windows, so stubborn malware (including some rootkits) has a harder time hiding. Microsoft documents this as an offline scan you start from Windows Security; it typically takes about 15 minutes and restarts the PC when finished. This guide is about running that built-in offline scan, not whether Defender is “enough” day to day, a full 9-step clean, or Malwarebytes + Defender stacking. You do not need to buy a paid suite to run it.</w:t>
      </w:r>
    </w:p>
    <w:p>
      <w:pPr>
        <w:pStyle w:val="Heading2"/>
      </w:pPr>
      <w:r>
        <w:t>1. When an Offline scan helps</w:t>
      </w:r>
    </w:p>
    <w:p>
      <w:r>
        <w:t>From Microsoft Learn / Windows Security guidance:</w:t>
      </w:r>
    </w:p>
    <w:p>
      <w:r>
        <w:rPr>
          <w:color w:val="E11D48"/>
        </w:rPr>
        <w:t>Paid link</w:t>
      </w:r>
    </w:p>
    <w:p>
      <w:r>
        <w:rPr>
          <w:b/>
        </w:rPr>
        <w:t>Norton 360  |  See the Norton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Norton first-year offer</w:t>
      </w:r>
    </w:p>
    <w:p>
      <w:r>
        <w:t>Offer page: https://cyberguardlab.com/norton</w:t>
      </w:r>
    </w:p>
    <w:p>
      <w:r>
        <w:t>Ad link: https://trysecurities.com/offer/norton?dtm=gg&amp;cid=</w:t>
      </w:r>
    </w:p>
    <w:p>
      <w:pPr>
        <w:pStyle w:val="ListBullet"/>
      </w:pPr>
      <w:r>
        <w:t>You suspect malware that a normal scan isn’t catching.</w:t>
      </w:r>
    </w:p>
    <w:p>
      <w:pPr>
        <w:pStyle w:val="ListBullet"/>
      </w:pPr>
      <w:r>
        <w:t>Windows Security prompts you to run an offline scan.</w:t>
      </w:r>
    </w:p>
    <w:p>
      <w:pPr>
        <w:pStyle w:val="ListBullet"/>
      </w:pPr>
      <w:r>
        <w:t>You want a thorough check after a known bad download or infection cleanup.</w:t>
      </w:r>
    </w:p>
    <w:p>
      <w:pPr>
        <w:pStyle w:val="ListBullet"/>
      </w:pPr>
      <w:r>
        <w:t>You’re okay with a restart (save work first).</w:t>
      </w:r>
    </w:p>
    <w:p>
      <w:pPr>
        <w:pStyle w:val="Heading2"/>
      </w:pPr>
      <w:r>
        <w:t>2. How to run Microsoft Defender Offline scan (Windows 10/11)</w:t>
      </w:r>
    </w:p>
    <w:p>
      <w:pPr>
        <w:pStyle w:val="ListBullet"/>
      </w:pPr>
      <w:r>
        <w:t>Save open files and close apps — The scan restarts your PC.</w:t>
      </w:r>
    </w:p>
    <w:p>
      <w:pPr>
        <w:pStyle w:val="ListBullet"/>
      </w:pPr>
      <w:r>
        <w:t>Open Windows Security (search for it from Start).</w:t>
      </w:r>
    </w:p>
    <w:p>
      <w:pPr>
        <w:pStyle w:val="ListBullet"/>
      </w:pPr>
      <w:r>
        <w:t>Go to Virus &amp; threat protection.</w:t>
      </w:r>
    </w:p>
    <w:p>
      <w:pPr>
        <w:pStyle w:val="ListBullet"/>
      </w:pPr>
      <w:r>
        <w:t>Under Current threats, open Scan options.</w:t>
      </w:r>
    </w:p>
    <w:p>
      <w:pPr>
        <w:pStyle w:val="ListBullet"/>
      </w:pPr>
      <w:r>
        <w:t>Select Microsoft Defender Antivirus (Offline scan).</w:t>
      </w:r>
    </w:p>
    <w:p>
      <w:pPr>
        <w:pStyle w:val="ListBullet"/>
      </w:pPr>
      <w:r>
        <w:t>Choose Scan now and confirm.</w:t>
      </w:r>
    </w:p>
    <w:p>
      <w:pPr>
        <w:pStyle w:val="ListBullet"/>
      </w:pPr>
      <w:r>
        <w:t>Let the PC restart into the recovery/offline environment and finish the scan (~15 minutes per Microsoft).</w:t>
      </w:r>
    </w:p>
    <w:p>
      <w:pPr>
        <w:pStyle w:val="ListBullet"/>
      </w:pPr>
      <w:r>
        <w:t>After Windows loads again, open Windows Security → Protection history to review results.</w:t>
      </w:r>
    </w:p>
    <w:p>
      <w:pPr>
        <w:pStyle w:val="Heading2"/>
      </w:pPr>
      <w:r>
        <w:t>3. If the scan finds threats</w:t>
      </w:r>
    </w:p>
    <w:p>
      <w:pPr>
        <w:pStyle w:val="ListBullet"/>
      </w:pPr>
      <w:r>
        <w:t>Note what Protection history lists (quarantined / removed / allowed).</w:t>
      </w:r>
    </w:p>
    <w:p>
      <w:pPr>
        <w:pStyle w:val="ListBullet"/>
      </w:pPr>
      <w:r>
        <w:t>If the PC still misbehaves, follow a structured clean: 9 steps to clean a virus-infected Windows PC.</w:t>
      </w:r>
    </w:p>
    <w:p>
      <w:pPr>
        <w:pStyle w:val="ListBullet"/>
      </w:pPr>
      <w:r>
        <w:t>Back up important files from a known-good state when possible: how to back up files from a virus-infected computer.</w:t>
      </w:r>
    </w:p>
    <w:p>
      <w:pPr>
        <w:pStyle w:val="ListBullet"/>
      </w:pPr>
      <w:r>
        <w:t>Keep Windows Update current; stuck updates aren’t always malware — see Windows Update stuck or virus.</w:t>
      </w:r>
    </w:p>
    <w:p>
      <w:pPr>
        <w:pStyle w:val="ListBullet"/>
      </w:pPr>
      <w:r>
        <w:t>If another paid AV is fighting Defender, uninstall the old suite cleanly before relying on Defender: uninstall McAfee or Avast and use Windows Defender.</w:t>
      </w:r>
    </w:p>
    <w:p>
      <w:pPr>
        <w:pStyle w:val="Heading2"/>
      </w:pPr>
      <w:r>
        <w:t>4. Household habits that cut risk (no software purchase required)</w:t>
      </w:r>
    </w:p>
    <w:p>
      <w:pPr>
        <w:pStyle w:val="ListBullet"/>
      </w:pPr>
      <w:r>
        <w:t>Run a quick scan after any “I clicked a weird attachment” moment — escalate to Offline scan if symptoms remain.</w:t>
      </w:r>
    </w:p>
    <w:p>
      <w:pPr>
        <w:pStyle w:val="ListBullet"/>
      </w:pPr>
      <w:r>
        <w:t>Keep real-time protection on in Windows Security.</w:t>
      </w:r>
    </w:p>
    <w:p>
      <w:pPr>
        <w:pStyle w:val="ListBullet"/>
      </w:pPr>
      <w:r>
        <w:t>Don’t ignore Windows Security notifications about offline scans.</w:t>
      </w:r>
    </w:p>
    <w:p>
      <w:pPr>
        <w:pStyle w:val="ListBullet"/>
      </w:pPr>
      <w:r>
        <w:t>Use unique passwords + MFA so a cleaned PC isn’t re-compromised via reused logins.</w:t>
      </w:r>
    </w:p>
    <w:p>
      <w:pPr>
        <w:pStyle w:val="ListBullet"/>
      </w:pPr>
      <w:r>
        <w:t>Teach the household: Offline scan is free and built in — scareware popups selling “urgent PC repair” are not the same thing.</w:t>
      </w:r>
    </w:p>
    <w:p>
      <w:pPr>
        <w:pStyle w:val="Heading2"/>
      </w:pPr>
      <w:r>
        <w:t>FAQ</w:t>
      </w:r>
    </w:p>
    <w:p>
      <w:pPr>
        <w:pStyle w:val="Heading3"/>
      </w:pPr>
      <w:r>
        <w:t>How do I run a Microsoft Defender Offline scan?</w:t>
      </w:r>
    </w:p>
    <w:p>
      <w:r>
        <w:t>Windows Security → Virus &amp; threat protection → Scan options → Microsoft Defender Antivirus (Offline scan) → Scan now. Save work first; the PC restarts.</w:t>
      </w:r>
    </w:p>
    <w:p>
      <w:pPr>
        <w:pStyle w:val="Heading3"/>
      </w:pPr>
      <w:r>
        <w:t>How long does it take?</w:t>
      </w:r>
    </w:p>
    <w:p>
      <w:r>
        <w:t>Microsoft guidance commonly cites about 15 minutes for the offline scan, then an automatic restart back into Windows.</w:t>
      </w:r>
    </w:p>
    <w:p>
      <w:pPr>
        <w:pStyle w:val="Heading3"/>
      </w:pPr>
      <w:r>
        <w:t>Will it delete my files?</w:t>
      </w:r>
    </w:p>
    <w:p>
      <w:r>
        <w:t>It is a malware scan from a trusted environment, not a factory reset. Still, save work before the reboot and review Protection history afterward.</w:t>
      </w:r>
    </w:p>
    <w:p>
      <w:pPr>
        <w:pStyle w:val="Heading3"/>
      </w:pPr>
      <w:r>
        <w:t>Do I need to buy Norton or Bitdefender to run this?</w:t>
      </w:r>
    </w:p>
    <w:p>
      <w:r>
        <w:t>No. Offline scan is part of Microsoft Defender / Windows Security on supported Windows 10/11 PCs.</w:t>
      </w:r>
    </w:p>
    <w:p>
      <w:pPr>
        <w:pStyle w:val="Heading3"/>
      </w:pPr>
      <w:r>
        <w:t>Is Microsoft Defender enough after an Offline scan?</w:t>
      </w:r>
    </w:p>
    <w:p>
      <w:r>
        <w:t>Often yes for careful households — see Is Microsoft Defender enough?. Paid suites are optional preference, not a requirement of this scan.</w:t>
      </w:r>
    </w:p>
    <w:p>
      <w:pPr>
        <w:pStyle w:val="Heading2"/>
      </w:pPr>
      <w:r>
        <w:t>If you still want a paid suite</w:t>
      </w:r>
    </w:p>
    <w:p>
      <w:r>
        <w:t>Running Defender Offline does not require a paid product. Microsoft Defender is a valid buy-nothing choice for many Windows households. If the household later wants multi-device paid protection, use only these on-site paid links: TotalAV (paid link), Norton (paid link), Bitdefender (paid link), McAfee (paid link), Avast (paid link).</w:t>
      </w:r>
    </w:p>
    <w:p>
      <w:pPr>
        <w:pStyle w:val="Heading2"/>
      </w:pPr>
      <w:r>
        <w:t>Sources</w:t>
      </w:r>
    </w:p>
    <w:p>
      <w:pPr>
        <w:pStyle w:val="ListBullet"/>
      </w:pPr>
      <w:r>
        <w:t>Virus and threat protection in the Windows Security app (Microsoft Support)</w:t>
      </w:r>
    </w:p>
    <w:p>
      <w:pPr>
        <w:pStyle w:val="ListBullet"/>
      </w:pPr>
      <w:r>
        <w:t>Microsoft Defender Offline scan in Windows (Microsoft Learn)</w:t>
      </w:r>
    </w:p>
    <w:p>
      <w:pPr>
        <w:pStyle w:val="ListBullet"/>
      </w:pPr>
      <w:r>
        <w:t>Antivirus and antimalware software: FAQ (Microsoft Support)</w:t>
      </w:r>
    </w:p>
    <w:p>
      <w:pPr>
        <w:pStyle w:val="Heading2"/>
      </w:pPr>
      <w:r>
        <w:t>Also read</w:t>
      </w:r>
    </w:p>
    <w:p>
      <w:pPr>
        <w:pStyle w:val="ListBullet"/>
      </w:pPr>
      <w:r>
        <w:t>Is Microsoft Defender enough?</w:t>
      </w:r>
    </w:p>
    <w:p>
      <w:pPr>
        <w:pStyle w:val="ListBullet"/>
      </w:pPr>
      <w:r>
        <w:t>9 steps to clean a virus-infected Windows PC</w:t>
      </w:r>
    </w:p>
    <w:p>
      <w:pPr>
        <w:pStyle w:val="ListBullet"/>
      </w:pPr>
      <w:r>
        <w:t>Do I need Malwarebytes and Defender?</w:t>
      </w:r>
    </w:p>
    <w:p>
      <w:pPr>
        <w:pStyle w:val="ListBullet"/>
      </w:pPr>
      <w:r>
        <w:t>How to uninstall McAfee or Avast and use Windows Defender</w:t>
      </w:r>
    </w:p>
    <w:p>
      <w:pPr>
        <w:pStyle w:val="ListBullet"/>
      </w:pPr>
      <w:r>
        <w:t>Windows Update stuck or virus?</w:t>
      </w:r>
    </w:p>
    <w:p>
      <w:pPr>
        <w:pStyle w:val="ListBullet"/>
      </w:pPr>
      <w:r>
        <w:t>How to back up files from a virus-infected computer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https://cyberguardlab.com/blog/microsoft-defender-offline-scan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run a Microsoft Defender Offline scan</dc:title>
  <dc:subject>How to run a Microsoft Defender Offline scan</dc:subject>
  <dc:creator>CyberGuardLab editorial</dc:creator>
  <cp:keywords>microsoft defender offline scan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