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24"/>
        </w:rPr>
        <w:t>CyberGuardLab.com</w:t>
      </w:r>
    </w:p>
    <w:p>
      <w:r>
        <w:rPr>
          <w:color w:val="64748B"/>
          <w:sz w:val="20"/>
        </w:rPr>
        <w:t>Key points (concise checklist)</w:t>
      </w:r>
    </w:p>
    <w:p>
      <w:pPr>
        <w:pStyle w:val="Heading1"/>
      </w:pPr>
      <w:r>
        <w:t>How to spot a Medicare scam</w:t>
      </w:r>
    </w:p>
    <w:p>
      <w:r>
        <w:rPr>
          <w:sz w:val="20"/>
        </w:rPr>
        <w:t>Live guide: https://cyberguardlab.com/blog/medicare-scam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 Medicare cards are free and mailed automatically — never pay a “card fee.”</w:t>
      </w:r>
    </w:p>
    <w:p>
      <w:pPr>
        <w:pStyle w:val="ListBullet"/>
      </w:pPr>
      <w:r>
        <w:t>Never share your Medicare number with someone who contacts you unexpectedly.</w:t>
      </w:r>
    </w:p>
    <w:p>
      <w:pPr>
        <w:pStyle w:val="ListBullet"/>
      </w:pPr>
      <w:r>
        <w:t>Hang up on spoofed caller ID; dial 1-800-MEDICARE (1-800-633-4227) yourself.</w:t>
      </w:r>
    </w:p>
    <w:p>
      <w:pPr>
        <w:pStyle w:val="ListBullet"/>
      </w:pPr>
      <w:r>
        <w:t>Refuse gift-card, wire, or crypto payments for any Medicare “fee.”</w:t>
      </w:r>
    </w:p>
    <w:p>
      <w:pPr>
        <w:pStyle w:val="ListBullet"/>
      </w:pPr>
      <w:r>
        <w:t>Review Medicare Summary Notices / EOBs for services you did not receive.</w:t>
      </w:r>
    </w:p>
    <w:p>
      <w:pPr>
        <w:pStyle w:val="ListBullet"/>
      </w:pPr>
      <w:r>
        <w:t>Report fraud to Medicare, ReportFraud.ftc.gov, and IdentityTheft.gov if needed.</w:t>
      </w:r>
    </w:p>
    <w:p>
      <w:pPr>
        <w:pStyle w:val="Heading2"/>
      </w:pPr>
      <w:r>
        <w:t>Quick FAQ</w:t>
      </w:r>
    </w:p>
    <w:p>
      <w:r>
        <w:rPr>
          <w:b/>
        </w:rPr>
        <w:t>How do I spot a Medicare scam?</w:t>
      </w:r>
    </w:p>
    <w:p>
      <w:r>
        <w:t>Unexpected contact asking for your Medicare number, bank info, or a fee for a “new card,” or pushing equipment/testing you did not request, matches FTC and Medicare.gov scam patterns.</w:t>
      </w:r>
    </w:p>
    <w:p>
      <w:r>
        <w:rPr>
          <w:b/>
        </w:rPr>
        <w:t>Will Medicare charge me for a replacement card?</w:t>
      </w:r>
    </w:p>
    <w:p>
      <w:r>
        <w:t>FTC: real Medicare cards are free and mailed automatically. Paying for a card is a scam tell.</w:t>
      </w:r>
    </w:p>
    <w:p>
      <w:r>
        <w:rPr>
          <w:b/>
        </w:rPr>
        <w:t>Is this the same as a Social Security or IRS scam?</w:t>
      </w:r>
    </w:p>
    <w:p>
      <w:r>
        <w:t>Related government-impersonation family, but different scripts. SSA/IRS threats are covered in separate guides.</w:t>
      </w:r>
    </w:p>
    <w:p>
      <w:r>
        <w:rPr>
          <w:i/>
          <w:sz w:val="18"/>
        </w:rPr>
        <w:t>Independent US household comparison site. No product scores invented. Confirm details on official sources linked in the live guide.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spot a Medicare scam</dc:title>
  <dc:subject>How to spot a Medicare scam</dc:subject>
  <dc:creator>CyberGuardLab editorial</dc:creator>
  <cp:keywords>medicare scam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