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protect a Mac from malware with built-in tools</w:t>
      </w:r>
    </w:p>
    <w:p>
      <w:r>
        <w:rPr>
          <w:color w:val="E11D48"/>
          <w:u w:val="single"/>
        </w:rPr>
        <w:t>https://cyberguardlab.com/blog/mac-protect-from-malware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mac-protect-from-malwar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Protecting a Mac from malware starts with Apple’s built-in Gatekeeper, notarization checks, and Privacy &amp; Security “Allow applications from” settings — not a scary pop-up that demands you call a number. Apple’s Mac User Guide explains how to limit app sources and what to do if macOS says a download is malware: put it in the Trash and empty the Trash. This guide is Mac-only built-in hygiene, not Windows Microsoft Defender, not Android Play Protect, and not fake virus warning pop-ups. Buy-nothing is a valid outcome.</w:t>
      </w:r>
    </w:p>
    <w:p>
      <w:pPr>
        <w:pStyle w:val="Heading2"/>
      </w:pPr>
      <w:r>
        <w:t>1. What Apple’s built-in layers do</w:t>
      </w:r>
    </w:p>
    <w:p>
      <w:pPr>
        <w:pStyle w:val="ListBullet"/>
      </w:pPr>
      <w:r>
        <w:t>App Store / known developers: macOS can require apps from the Mac App Store only, or App Store plus identified developers (Gatekeeper + notarization on modern macOS).</w:t>
      </w:r>
    </w:p>
    <w:p>
      <w:pPr>
        <w:pStyle w:val="ListBullet"/>
      </w:pPr>
      <w:r>
        <w:t>First-open approval: macOS asks before opening newly downloaded software so you are not tricked into running unexpected apps.</w:t>
      </w:r>
    </w:p>
    <w:p>
      <w:pPr>
        <w:pStyle w:val="ListBullet"/>
      </w:pPr>
      <w:r>
        <w:t>Known malware block: If Apple detects known malware, macOS can refuse to open the app and move it to the Trash (see Apple’s safely-open-apps article).</w:t>
      </w:r>
    </w:p>
    <w:p>
      <w:pPr>
        <w:pStyle w:val="ListBullet"/>
      </w:pPr>
      <w:r>
        <w:t>User choice matters: Overriding warnings or running unsigned / unnotarized software raises risk — Apple documents this clearly.</w:t>
      </w:r>
    </w:p>
    <w:p>
      <w:pPr>
        <w:pStyle w:val="Heading2"/>
      </w:pPr>
      <w:r>
        <w:t>2. Set “Allow applications from” (household default)</w:t>
      </w:r>
    </w:p>
    <w:p>
      <w:pPr>
        <w:pStyle w:val="ListBullet"/>
      </w:pPr>
      <w:r>
        <w:t>Choose Apple menu → System Settings → Privacy &amp; Security (scroll if needed).</w:t>
      </w:r>
    </w:p>
    <w:p>
      <w:pPr>
        <w:pStyle w:val="ListBullet"/>
      </w:pPr>
      <w:r>
        <w:t>Under Security, open Allow applications from.</w:t>
      </w:r>
    </w:p>
    <w:p>
      <w:pPr>
        <w:pStyle w:val="ListBullet"/>
      </w:pPr>
      <w:r>
        <w:t>Prefer App Store for the strictest household setting, or App Store and Known Developers if you install trusted developer apps.</w:t>
      </w:r>
    </w:p>
    <w:p>
      <w:pPr>
        <w:pStyle w:val="ListBullet"/>
      </w:pPr>
      <w:r>
        <w:t>Keep automatic updates on so security data and macOS patches arrive.</w:t>
      </w:r>
    </w:p>
    <w:p>
      <w:pPr>
        <w:pStyle w:val="ListBullet"/>
      </w:pPr>
      <w:r>
        <w:t>Treat odd “your Mac is infected — call this number” full-screen pages as scams — same pattern as fake Windows pop-ups.</w:t>
      </w:r>
    </w:p>
    <w:p>
      <w:pPr>
        <w:pStyle w:val="Heading2"/>
      </w:pPr>
      <w:r>
        <w:t>3. If macOS says a download is malware</w:t>
      </w:r>
    </w:p>
    <w:p>
      <w:pPr>
        <w:pStyle w:val="ListBullet"/>
      </w:pPr>
      <w:r>
        <w:t>Do not open the file again.</w:t>
      </w:r>
    </w:p>
    <w:p>
      <w:pPr>
        <w:pStyle w:val="ListBullet"/>
      </w:pPr>
      <w:r>
        <w:t>Move it to the Trash and empty the Trash (Apple’s malware overview).</w:t>
      </w:r>
    </w:p>
    <w:p>
      <w:pPr>
        <w:pStyle w:val="ListBullet"/>
      </w:pPr>
      <w:r>
        <w:t>Prefer re-downloading later only from a site or developer you verified yourself — same caution as checking downloads before opening on Windows.</w:t>
      </w:r>
    </w:p>
    <w:p>
      <w:pPr>
        <w:pStyle w:val="ListBullet"/>
      </w:pPr>
      <w:r>
        <w:t>Change important passwords from a different trusted device if you already ran something suspicious.</w:t>
      </w:r>
    </w:p>
    <w:p>
      <w:pPr>
        <w:pStyle w:val="ListBullet"/>
      </w:pPr>
      <w:r>
        <w:t>For a machine you no longer trust before sale or hand-me-down, follow wipe before selling.</w:t>
      </w:r>
    </w:p>
    <w:p>
      <w:pPr>
        <w:pStyle w:val="Heading2"/>
      </w:pPr>
      <w:r>
        <w:t>4. Household habits (still buy-nothing)</w:t>
      </w:r>
    </w:p>
    <w:p>
      <w:pPr>
        <w:pStyle w:val="ListBullet"/>
      </w:pPr>
      <w:r>
        <w:t>Do not install “Mac cleaner” or “virus remover” from pop-up ads.</w:t>
      </w:r>
    </w:p>
    <w:p>
      <w:pPr>
        <w:pStyle w:val="ListBullet"/>
      </w:pPr>
      <w:r>
        <w:t>Be careful with scripts, web archives, and random disk images from email.</w:t>
      </w:r>
    </w:p>
    <w:p>
      <w:pPr>
        <w:pStyle w:val="ListBullet"/>
      </w:pPr>
      <w:r>
        <w:t>Shared family Macs: keep the stricter Allow-applications setting and a standard user account for kids when practical.</w:t>
      </w:r>
    </w:p>
    <w:p>
      <w:pPr>
        <w:pStyle w:val="ListBullet"/>
      </w:pPr>
      <w:r>
        <w:t>Phones in the same home still need their own tools (Play Protect / iOS updates) — Mac settings do not cover them.</w:t>
      </w:r>
    </w:p>
    <w:p>
      <w:pPr>
        <w:pStyle w:val="Heading2"/>
      </w:pPr>
      <w:r>
        <w:t>FAQ</w:t>
      </w:r>
    </w:p>
    <w:p>
      <w:pPr>
        <w:pStyle w:val="Heading3"/>
      </w:pPr>
      <w:r>
        <w:t>How do I protect a Mac from malware without buying antivirus?</w:t>
      </w:r>
    </w:p>
    <w:p>
      <w:r>
        <w:t>Use Privacy &amp; Security → Allow applications from (App Store or App Store + known developers), keep macOS updated, and trash items macOS flags as malware (Apple Support).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Ad link: https://trysecurities.com/offer/norton?dtm=gg&amp;cid=</w:t>
      </w:r>
    </w:p>
    <w:p>
      <w:pPr>
        <w:pStyle w:val="Heading3"/>
      </w:pPr>
      <w:r>
        <w:t>What should I do if macOS says a file is malware?</w:t>
      </w:r>
    </w:p>
    <w:p>
      <w:r>
        <w:t>Put it in the Trash and empty the Trash; do not override the warning unless you fully trust the source.</w:t>
      </w:r>
    </w:p>
    <w:p>
      <w:pPr>
        <w:pStyle w:val="Heading3"/>
      </w:pPr>
      <w:r>
        <w:t>Is Gatekeeper the same as Windows Defender?</w:t>
      </w:r>
    </w:p>
    <w:p>
      <w:r>
        <w:t>Different platforms. Gatekeeper/notarization control what runs on Mac; Defender is Microsoft’s Windows protection. Both can be “buy nothing” baselines on their OS — see Is Microsoft Defender enough?.</w:t>
      </w:r>
    </w:p>
    <w:p>
      <w:pPr>
        <w:pStyle w:val="Heading3"/>
      </w:pPr>
      <w:r>
        <w:t>Are full-screen “call Apple support” warnings real?</w:t>
      </w:r>
    </w:p>
    <w:p>
      <w:r>
        <w:t>Usually not — treat them like fake virus pop-ups. Use real Apple Support URLs you type yourself.</w:t>
      </w:r>
    </w:p>
    <w:p>
      <w:pPr>
        <w:pStyle w:val="Heading3"/>
      </w:pPr>
      <w:r>
        <w:t>Do I need a paid Mac antivirus?</w:t>
      </w:r>
    </w:p>
    <w:p>
      <w:r>
        <w:t>Not required for this baseline. Buy-nothing with Apple’s built-ins is valid. Paid suites are optional for multi-device households.</w:t>
      </w:r>
    </w:p>
    <w:p>
      <w:pPr>
        <w:pStyle w:val="Heading2"/>
      </w:pPr>
      <w:r>
        <w:t>If you still want a paid suite</w:t>
      </w:r>
    </w:p>
    <w:p>
      <w:r>
        <w:t>Mac malware hygiene can stay on Apple’s built-in tools. If you want multi-device paid protection across PCs and phones,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Protect your Mac from malware (Apple Mac User Guide)</w:t>
      </w:r>
    </w:p>
    <w:p>
      <w:pPr>
        <w:pStyle w:val="ListBullet"/>
      </w:pPr>
      <w:r>
        <w:t>What is malware on Mac? (Apple Mac User Guide)</w:t>
      </w:r>
    </w:p>
    <w:p>
      <w:pPr>
        <w:pStyle w:val="ListBullet"/>
      </w:pPr>
      <w:r>
        <w:t>Safely open apps on your Mac (Apple Support)</w:t>
      </w:r>
    </w:p>
    <w:p>
      <w:pPr>
        <w:pStyle w:val="Heading2"/>
      </w:pPr>
      <w:r>
        <w:t>Also read</w:t>
      </w:r>
    </w:p>
    <w:p>
      <w:pPr>
        <w:pStyle w:val="ListBullet"/>
      </w:pPr>
      <w:r>
        <w:t>Is Microsoft Defender enough?</w:t>
      </w:r>
    </w:p>
    <w:p>
      <w:pPr>
        <w:pStyle w:val="ListBullet"/>
      </w:pPr>
      <w:r>
        <w:t>Android Play Protect malware scan</w:t>
      </w:r>
    </w:p>
    <w:p>
      <w:pPr>
        <w:pStyle w:val="ListBullet"/>
      </w:pPr>
      <w:r>
        <w:t>Check a download before opening an EXE</w:t>
      </w:r>
    </w:p>
    <w:p>
      <w:pPr>
        <w:pStyle w:val="ListBullet"/>
      </w:pPr>
      <w:r>
        <w:t>8 ways to tell a virus warning popup is fake</w:t>
      </w:r>
    </w:p>
    <w:p>
      <w:pPr>
        <w:pStyle w:val="ListBullet"/>
      </w:pPr>
      <w:r>
        <w:t>How to wipe a device before selling</w:t>
      </w:r>
    </w:p>
    <w:p>
      <w:pPr>
        <w:pStyle w:val="ListBullet"/>
      </w:pPr>
      <w:r>
        <w:t>Automatic updates on Windows, Mac, and phone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https://cyberguardlab.com/blog/mac-protect-from-malware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protect a Mac from malware with built-in tools</dc:title>
  <dc:subject>How to protect a Mac from malware with built-in tools</dc:subject>
  <dc:creator>CyberGuardLab editorial</dc:creator>
  <cp:keywords>mac protect from malware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