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LinkedIn recruiter phishing scam</w:t>
      </w:r>
    </w:p>
    <w:p>
      <w:r>
        <w:rPr>
          <w:color w:val="E11D48"/>
          <w:u w:val="single"/>
        </w:rPr>
        <w:t>https://cyberguardlab.com/blog/linkedin-recruiter-phishing-scam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linkedin-recruiter-phishing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LinkedIn recruiter phishing scam uses fake recruiter profiles or hijacked accounts to send “job opportunity” messages that lead to credential theft, malware, or advance-fee fraud. Do not enter Microsoft/LinkedIn passwords on pages from cold InMails. Do not pay for training, equipment, or background checks through a stranger’s link. If you already submitted credentials or money, lock down accounts and report through LinkedIn and the FTC. This guide is about recruiter phishing and fake hiring funnels—not job reshipping or parcel-mule offers (different crime), and not pig butchering romance-investment grooming that merely started on LinkedIn.</w:t>
      </w:r>
    </w:p>
    <w:p>
      <w:pPr>
        <w:pStyle w:val="Heading2"/>
      </w:pPr>
      <w:r>
        <w:t>1. How this scam works</w:t>
      </w:r>
    </w:p>
    <w:p>
      <w:r>
        <w:t>You receive InMail: high salary, remote role, minimal interview, attach a document, or “complete onboarding on this portal.” The portal mimics Microsoft login, DocuSign, or a careers page. Some ask for your full SSN, banking details, or a check deposit you must refund—classic fake check territory. Others push crypto “equipment stipends.” Profiles may show borrowed logos and few real connections.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Unlike reshipping mule schemes that focus on receiving and forwarding packages, recruiter phishing prioritizes logins, personal data, and fees before any real job exists.</w:t>
      </w:r>
    </w:p>
    <w:p>
      <w:pPr>
        <w:pStyle w:val="Heading2"/>
      </w:pPr>
      <w:r>
        <w:t>2. Red flags before you pay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Open the company’s real careers site yourself; do not rely on InMail links alone.</w:t>
      </w:r>
    </w:p>
    <w:p>
      <w:pPr>
        <w:pStyle w:val="ListBullet"/>
      </w:pPr>
      <w:r>
        <w:t>Verify the recruiter’s identity through a known corporate directory—not only their LinkedIn page.</w:t>
      </w:r>
    </w:p>
    <w:p>
      <w:pPr>
        <w:pStyle w:val="ListBullet"/>
      </w:pPr>
      <w:r>
        <w:t>Refuse any fee to begin work or receive equipment.</w:t>
      </w:r>
    </w:p>
    <w:p>
      <w:pPr>
        <w:pStyle w:val="ListBullet"/>
      </w:pPr>
      <w:r>
        <w:t>Do not enter LinkedIn or Microsoft passwords on pages reached from messages.</w:t>
      </w:r>
    </w:p>
    <w:p>
      <w:pPr>
        <w:pStyle w:val="ListBullet"/>
      </w:pPr>
      <w:r>
        <w:t>Be wary of unsolicited documents that ask you to enable macros or install software.</w:t>
      </w:r>
    </w:p>
    <w:p>
      <w:pPr>
        <w:pStyle w:val="ListBullet"/>
      </w:pPr>
      <w:r>
        <w:t>For phishing page cues, see how to spot a phishing email.</w:t>
      </w:r>
    </w:p>
    <w:p>
      <w:r>
        <w:t>Attackers clone Microsoft 365 and OKTA-style logins. Always check the domain before typing a work password. If you use LinkedIn for job hunting, turn on 2FA and limit what personal phone numbers appear publicly.</w:t>
      </w:r>
    </w:p>
    <w:p>
      <w:pPr>
        <w:pStyle w:val="Heading2"/>
      </w:pPr>
      <w:r>
        <w:t>4. If you already paid</w:t>
      </w:r>
    </w:p>
    <w:p>
      <w:pPr>
        <w:pStyle w:val="ListBullet"/>
      </w:pPr>
      <w:r>
        <w:t>Stop further payments or “onboarding” fees. Save InMails, profile URLs, and receipts.</w:t>
      </w:r>
    </w:p>
    <w:p>
      <w:pPr>
        <w:pStyle w:val="ListBullet"/>
      </w:pPr>
      <w:r>
        <w:t>Change LinkedIn, email, and work-related passwords; enable two-factor authentication; review active sessions.</w:t>
      </w:r>
    </w:p>
    <w:p>
      <w:pPr>
        <w:pStyle w:val="ListBullet"/>
      </w:pPr>
      <w:r>
        <w:t>Contact your bank if you wired money, deposited a suspicious check, or shared account numbers.</w:t>
      </w:r>
    </w:p>
    <w:p>
      <w:pPr>
        <w:pStyle w:val="ListBullet"/>
      </w:pPr>
      <w:r>
        <w:t>Report the profile through LinkedIn’s official tools and file at ReportFraud.ftc.gov.</w:t>
      </w:r>
    </w:p>
    <w:p>
      <w:pPr>
        <w:pStyle w:val="ListBullet"/>
      </w:pPr>
      <w:r>
        <w:t>Use IdentityTheft.gov if you shared SSN, ID scans, or direct-deposit forms.</w:t>
      </w:r>
    </w:p>
    <w:p>
      <w:pPr>
        <w:pStyle w:val="ListBullet"/>
      </w:pPr>
      <w:r>
        <w:t>If you typed credentials or opened attachments on a fake page, change passwords, enable two-factor authentication, and scan your device with a trusted tool such as Norton or Bitdefender. Keep one primary real-time antivirus—avoid stacking full suites. TotalAV, McAfee, and Avast are other on-site comparison options.</w:t>
      </w:r>
    </w:p>
    <w:p>
      <w:pPr>
        <w:pStyle w:val="Heading2"/>
      </w:pPr>
      <w:r>
        <w:t>FAQ</w:t>
      </w:r>
    </w:p>
    <w:p>
      <w:pPr>
        <w:pStyle w:val="Heading3"/>
      </w:pPr>
      <w:r>
        <w:t>Are all LinkedIn recruiters scams?</w:t>
      </w:r>
    </w:p>
    <w:p>
      <w:r>
        <w:t>No. Many legitimate recruiters use LinkedIn. Verify company identity, refuse upfront fees, and avoid password pages from cold messages.</w:t>
      </w:r>
    </w:p>
    <w:p>
      <w:pPr>
        <w:pStyle w:val="Heading3"/>
      </w:pPr>
      <w:r>
        <w:t>How is this different from a job reshipping scam?</w:t>
      </w:r>
    </w:p>
    <w:p>
      <w:r>
        <w:t>Reshipping schemes recruit you to receive and forward packages (often stolen goods). Recruiter phishing focuses on credential theft, malware, and advance fees for a fake hiring process.</w:t>
      </w:r>
    </w:p>
    <w:p>
      <w:pPr>
        <w:pStyle w:val="Heading3"/>
      </w:pPr>
      <w:r>
        <w:t>They sent a check for equipment before my first day. Is that normal?</w:t>
      </w:r>
    </w:p>
    <w:p>
      <w:r>
        <w:t>Unexpected checks—especially with instructions to refund part of the amount—are a major red flag. See fake check scams.</w:t>
      </w:r>
    </w:p>
    <w:p>
      <w:pPr>
        <w:pStyle w:val="Heading3"/>
      </w:pPr>
      <w:r>
        <w:t>The salary is far above market for remote work. Should I be excited?</w:t>
      </w:r>
    </w:p>
    <w:p>
      <w:r>
        <w:t>Be cautious. Unrealistic pay plus rushed onboarding often signals fraud.</w:t>
      </w:r>
    </w:p>
    <w:p>
      <w:pPr>
        <w:pStyle w:val="Heading2"/>
      </w:pPr>
      <w:r>
        <w:t>If you still want a paid suite</w:t>
      </w:r>
    </w:p>
    <w:p>
      <w:r>
        <w:t>Avoiding a a LinkedIn recruiter phishing scam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FTC ReportFraud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FTC: Job scams</w:t>
      </w:r>
    </w:p>
    <w:p>
      <w:pPr>
        <w:pStyle w:val="ListBullet"/>
      </w:pPr>
      <w:r>
        <w:t>FTC: How to recognize phishing</w:t>
      </w:r>
    </w:p>
    <w:p>
      <w:pPr>
        <w:pStyle w:val="ListBullet"/>
      </w:pPr>
      <w:r>
        <w:t>LinkedIn Help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spot a fake check scam</w:t>
      </w:r>
    </w:p>
    <w:p>
      <w:pPr>
        <w:pStyle w:val="ListBullet"/>
      </w:pPr>
      <w:r>
        <w:t>How to report a scam to the FTC</w:t>
      </w:r>
    </w:p>
    <w:p>
      <w:pPr>
        <w:pStyle w:val="ListBullet"/>
      </w:pPr>
      <w:r>
        <w:t>How to spot a PayPal goods and services scam</w:t>
      </w:r>
    </w:p>
    <w:p>
      <w:pPr>
        <w:pStyle w:val="ListBullet"/>
      </w:pPr>
      <w:r>
        <w:t>How to spot a wire transfer romance or advance-fee scam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https://cyberguardlab.com/blog/linkedin-recruiter-phishing-scam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LinkedIn recruiter phishing scam</dc:title>
  <dc:subject>How to spot a LinkedIn recruiter phishing scam</dc:subject>
  <dc:creator>CyberGuardLab editorial</dc:creator>
  <cp:keywords>linkedin recruiter phishing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