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5943600" cy="19812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dm-header-welcom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0F172A"/>
          <w:sz w:val="40"/>
        </w:rPr>
        <w:t>How to spot a job offer scam</w:t>
      </w:r>
    </w:p>
    <w:p>
      <w:r>
        <w:rPr>
          <w:color w:val="E11D48"/>
          <w:u w:val="single"/>
        </w:rPr>
        <w:t>https://cyberguardlab.com/blog/job-offer-scam</w:t>
      </w:r>
    </w:p>
    <w:p>
      <w:r>
        <w:rPr>
          <w:color w:val="475569"/>
          <w:sz w:val="18"/>
        </w:rPr>
        <w:t>Independent US household comparison site. Not the vendor. Paid links below may earn a commission. Confirm first-year price, renewal, device limit, and refund terms at checkout.</w:t>
      </w:r>
    </w:p>
    <w:p>
      <w:r>
        <w:t>Job scams advertise the same way honest employers do — online ads, job sites, social media, even newspapers — then try to take your money or personal information. The FTC core rule: honest employers will never ask you to pay to get a job, and they will never send a check and tell you to deposit it and send money back. This guide is about fake job / work-from-home offers, not romance payment asks, general phishing emails, or gift-card payment demands outside a hiring story. You do not need antivirus to walk away and report.</w:t>
      </w:r>
    </w:p>
    <w:p>
      <w:pPr>
        <w:pStyle w:val="Heading2"/>
      </w:pPr>
      <w:r>
        <w:t>1. Know the job-scam red flags</w:t>
      </w:r>
    </w:p>
    <w:p>
      <w:r>
        <w:t>From FTC job-scam guidance, walk away when you see:</w:t>
      </w:r>
    </w:p>
    <w:p>
      <w:r>
        <w:rPr>
          <w:color w:val="E11D48"/>
        </w:rPr>
        <w:t>Paid link</w:t>
      </w:r>
    </w:p>
    <w:p>
      <w:r>
        <w:rPr>
          <w:b/>
        </w:rPr>
        <w:t>Norton 360  |  See the Norton first-year offer</w:t>
      </w:r>
    </w:p>
    <w:p>
      <w:r>
        <w:drawing>
          <wp:inline xmlns:a="http://schemas.openxmlformats.org/drawingml/2006/main" xmlns:pic="http://schemas.openxmlformats.org/drawingml/2006/picture">
            <wp:extent cx="3291840" cy="27432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line-norton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9184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color w:val="E11D48"/>
          <w:u w:val="single"/>
        </w:rPr>
        <w:t>See the Norton first-year offer</w:t>
      </w:r>
    </w:p>
    <w:p>
      <w:r>
        <w:t>Offer page: https://cyberguardlab.com/norton</w:t>
      </w:r>
    </w:p>
    <w:p>
      <w:r>
        <w:t>Ad link: https://trysecurities.com/offer/norton?dtm=gg&amp;cid=</w:t>
      </w:r>
    </w:p>
    <w:p>
      <w:pPr>
        <w:pStyle w:val="ListBullet"/>
      </w:pPr>
      <w:r>
        <w:t>You must pay for training, kits, certifications, or placement — Real employers and federal/postal hiring do not charge you upfront for the job itself.</w:t>
      </w:r>
    </w:p>
    <w:p>
      <w:pPr>
        <w:pStyle w:val="ListBullet"/>
      </w:pPr>
      <w:r>
        <w:t>Fake-check / overpayment script — They send a check, tell you to deposit it, keep part, and send the rest (or buy gift cards). The check bounces; you owe the bank.</w:t>
      </w:r>
    </w:p>
    <w:p>
      <w:pPr>
        <w:pStyle w:val="ListBullet"/>
      </w:pPr>
      <w:r>
        <w:t>Huge money, little work from home — Almost certainly a scam per FTC.</w:t>
      </w:r>
    </w:p>
    <w:p>
      <w:pPr>
        <w:pStyle w:val="ListBullet"/>
      </w:pPr>
      <w:r>
        <w:t>Reshipping job — Receive packages at home, strip receipts, and ship goods elsewhere (often stolen-card goods). That is not a real job.</w:t>
      </w:r>
    </w:p>
    <w:p>
      <w:pPr>
        <w:pStyle w:val="ListBullet"/>
      </w:pPr>
      <w:r>
        <w:t>Pressure + weird payment — Same FTC scam signs: pretend, invent a problem or prize, pressure you, and control how you pay (gift cards, wires, crypto, apps).</w:t>
      </w:r>
    </w:p>
    <w:p>
      <w:pPr>
        <w:pStyle w:val="Heading2"/>
      </w:pPr>
      <w:r>
        <w:t>2. Common household job-scam stories</w:t>
      </w:r>
    </w:p>
    <w:p>
      <w:pPr>
        <w:pStyle w:val="ListBullet"/>
      </w:pPr>
      <w:r>
        <w:t>Work-from-home starter kits — Pay for useless training or certifications, or get surprise card charges.</w:t>
      </w:r>
    </w:p>
    <w:p>
      <w:pPr>
        <w:pStyle w:val="ListBullet"/>
      </w:pPr>
      <w:r>
        <w:t>Reshipping / virtual assistant — Receive and forward packages; paycheck never arrives; phone and site vanish.</w:t>
      </w:r>
    </w:p>
    <w:p>
      <w:pPr>
        <w:pStyle w:val="ListBullet"/>
      </w:pPr>
      <w:r>
        <w:t>Reselling luxury goods — Pay for brand-name inventory that never shows up, or is junk.</w:t>
      </w:r>
    </w:p>
    <w:p>
      <w:pPr>
        <w:pStyle w:val="ListBullet"/>
      </w:pPr>
      <w:r>
        <w:t>Nanny / caregiver / virtual assistant check scam — Deposit a check and forward money to someone else.</w:t>
      </w:r>
    </w:p>
    <w:p>
      <w:pPr>
        <w:pStyle w:val="ListBullet"/>
      </w:pPr>
      <w:r>
        <w:t>Mystery shopper — Pay for certifications or deposit a check and send money back.</w:t>
      </w:r>
    </w:p>
    <w:p>
      <w:pPr>
        <w:pStyle w:val="ListBullet"/>
      </w:pPr>
      <w:r>
        <w:t>Placement / headhunter fees — Honest firms are usually paid by the hiring company, not by candidates upfront.</w:t>
      </w:r>
    </w:p>
    <w:p>
      <w:pPr>
        <w:pStyle w:val="ListBullet"/>
      </w:pPr>
      <w:r>
        <w:t>Fake federal or postal jobs — Official listings are free at USAJobs.gov and usps.com careers. Paying for a federal or postal job listing is a scam.</w:t>
      </w:r>
    </w:p>
    <w:p>
      <w:pPr>
        <w:pStyle w:val="Heading2"/>
      </w:pPr>
      <w:r>
        <w:t>3. What to do in the first 15 minutes</w:t>
      </w:r>
    </w:p>
    <w:p>
      <w:pPr>
        <w:pStyle w:val="ListBullet"/>
      </w:pPr>
      <w:r>
        <w:t>Do not pay — No gift cards, wires, crypto, or training fees for a promised job.</w:t>
      </w:r>
    </w:p>
    <w:p>
      <w:pPr>
        <w:pStyle w:val="ListBullet"/>
      </w:pPr>
      <w:r>
        <w:t>Do not deposit a check and send money onward — Stop if that is part of the offer.</w:t>
      </w:r>
    </w:p>
    <w:p>
      <w:pPr>
        <w:pStyle w:val="ListBullet"/>
      </w:pPr>
      <w:r>
        <w:t>Search the company or recruiter plus scam or complaint — Complaints tip you off; silence is not a guarantee.</w:t>
      </w:r>
    </w:p>
    <w:p>
      <w:pPr>
        <w:pStyle w:val="ListBullet"/>
      </w:pPr>
      <w:r>
        <w:t>Talk to someone you trust — Say the offer out loud before you act.</w:t>
      </w:r>
    </w:p>
    <w:p>
      <w:pPr>
        <w:pStyle w:val="ListBullet"/>
      </w:pPr>
      <w:r>
        <w:t>Verify hiring through official sites — Federal: USAJobs.gov. Postal: usps.com careers. Prefer known employers and state workforce sites such as CareerOneStop.</w:t>
      </w:r>
    </w:p>
    <w:p>
      <w:pPr>
        <w:pStyle w:val="ListBullet"/>
      </w:pPr>
      <w:r>
        <w:t>If you already paid — Contact the bank, card issuer, wire service, gift-card company, app, or crypto platform immediately and ask to reverse the transaction when possible.</w:t>
      </w:r>
    </w:p>
    <w:p>
      <w:pPr>
        <w:pStyle w:val="ListBullet"/>
      </w:pPr>
      <w:r>
        <w:t>Report — File at ReportFraud.ftc.gov. You can also report to your state attorney general.</w:t>
      </w:r>
    </w:p>
    <w:p>
      <w:pPr>
        <w:pStyle w:val="ListBullet"/>
      </w:pPr>
      <w:r>
        <w:t>If you shared SSN or bank details for payroll — Treat it as identity risk: check email breach steps, credit card fraud first-hour, and IdentityTheft.gov when needed.</w:t>
      </w:r>
    </w:p>
    <w:p>
      <w:pPr>
        <w:pStyle w:val="ListBullet"/>
      </w:pPr>
      <w:r>
        <w:t>Optional device check — Only if you clicked a hiring link or installed remote software: run Windows Security / Microsoft Defender. Suite purchase is not required first — see Is Microsoft Defender enough?.</w:t>
      </w:r>
    </w:p>
    <w:p>
      <w:pPr>
        <w:pStyle w:val="Heading2"/>
      </w:pPr>
      <w:r>
        <w:t>4. Safer job-search habits</w:t>
      </w:r>
    </w:p>
    <w:p>
      <w:pPr>
        <w:pStyle w:val="ListBullet"/>
      </w:pPr>
      <w:r>
        <w:t>Start with known employers, USAJobs.gov, CareerOneStop, and local government sites.</w:t>
      </w:r>
    </w:p>
    <w:p>
      <w:pPr>
        <w:pStyle w:val="ListBullet"/>
      </w:pPr>
      <w:r>
        <w:t>Never pay for a job promise.</w:t>
      </w:r>
    </w:p>
    <w:p>
      <w:pPr>
        <w:pStyle w:val="ListBullet"/>
      </w:pPr>
      <w:r>
        <w:t>Never bank on a cleared check that asks you to send money back.</w:t>
      </w:r>
    </w:p>
    <w:p>
      <w:pPr>
        <w:pStyle w:val="ListBullet"/>
      </w:pPr>
      <w:r>
        <w:t>Keep applications on official career pages when you can; be careful with unexpected DMs offering work.</w:t>
      </w:r>
    </w:p>
    <w:p>
      <w:pPr>
        <w:pStyle w:val="Heading2"/>
      </w:pPr>
      <w:r>
        <w:t>FAQ</w:t>
      </w:r>
    </w:p>
    <w:p>
      <w:pPr>
        <w:pStyle w:val="Heading3"/>
      </w:pPr>
      <w:r>
        <w:t>How do I spot a job offer scam?</w:t>
      </w:r>
    </w:p>
    <w:p>
      <w:r>
        <w:t>You are asked to pay to get the job, deposit a check and forward money, reship packages, or earn huge money with little work. Those are classic FTC job-scam patterns.</w:t>
      </w:r>
    </w:p>
    <w:p>
      <w:pPr>
        <w:pStyle w:val="Heading3"/>
      </w:pPr>
      <w:r>
        <w:t>Will a real employer send a check and ask me to buy gift cards?</w:t>
      </w:r>
    </w:p>
    <w:p>
      <w:r>
        <w:t>No. That is a fake-check scam. The check will bounce.</w:t>
      </w:r>
    </w:p>
    <w:p>
      <w:pPr>
        <w:pStyle w:val="Heading3"/>
      </w:pPr>
      <w:r>
        <w:t>Are federal or USPS job listings free?</w:t>
      </w:r>
    </w:p>
    <w:p>
      <w:r>
        <w:t>Yes. Information and applications are free. Ads that charge for federal or postal jobs are scams. Use USAJobs.gov and usps.com careers.</w:t>
      </w:r>
    </w:p>
    <w:p>
      <w:pPr>
        <w:pStyle w:val="Heading3"/>
      </w:pPr>
      <w:r>
        <w:t>What if I already paid a scammer?</w:t>
      </w:r>
    </w:p>
    <w:p>
      <w:r>
        <w:t>Contact the payment company right away, ask to reverse the charge if possible, and report at ReportFraud.ftc.gov.</w:t>
      </w:r>
    </w:p>
    <w:p>
      <w:pPr>
        <w:pStyle w:val="Heading3"/>
      </w:pPr>
      <w:r>
        <w:t>Do I need antivirus for a job scam?</w:t>
      </w:r>
    </w:p>
    <w:p>
      <w:r>
        <w:t>No. Refuse payment, verify the employer yourself, and report. Defender or good habits are enough unless you also opened malware.</w:t>
      </w:r>
    </w:p>
    <w:p>
      <w:pPr>
        <w:pStyle w:val="Heading2"/>
      </w:pPr>
      <w:r>
        <w:t>If you still want a paid suite</w:t>
      </w:r>
    </w:p>
    <w:p>
      <w:r>
        <w:t>Walking away from a fake job offer does not require paid antivirus. Microsoft Defender is a valid buy-nothing choice for many Windows households. What actually helps is refusing upfront fees, refusing fake-check scripts, and reporting. If the household later wants multi-device paid protection, use only these on-site paid links: TotalAV (paid link), Norton (paid link), Bitdefender (paid link), McAfee (paid link), Avast (paid link).</w:t>
      </w:r>
    </w:p>
    <w:p>
      <w:pPr>
        <w:pStyle w:val="Heading2"/>
      </w:pPr>
      <w:r>
        <w:t>Sources</w:t>
      </w:r>
    </w:p>
    <w:p>
      <w:pPr>
        <w:pStyle w:val="ListBullet"/>
      </w:pPr>
      <w:r>
        <w:t>Job Scams (FTC)</w:t>
      </w:r>
    </w:p>
    <w:p>
      <w:pPr>
        <w:pStyle w:val="ListBullet"/>
      </w:pPr>
      <w:r>
        <w:t>How To Avoid a Scam (FTC)</w:t>
      </w:r>
    </w:p>
    <w:p>
      <w:pPr>
        <w:pStyle w:val="ListBullet"/>
      </w:pPr>
      <w:r>
        <w:t>ReportFraud.ftc.gov (FTC)</w:t>
      </w:r>
    </w:p>
    <w:p>
      <w:pPr>
        <w:pStyle w:val="ListBullet"/>
      </w:pPr>
      <w:r>
        <w:t>Recognize and Report Phishing (CISA)</w:t>
      </w:r>
    </w:p>
    <w:p>
      <w:pPr>
        <w:pStyle w:val="ListBullet"/>
      </w:pPr>
      <w:r>
        <w:t>USAJobs.gov (official federal jobs)</w:t>
      </w:r>
    </w:p>
    <w:p>
      <w:pPr>
        <w:pStyle w:val="ListBullet"/>
      </w:pPr>
      <w:r>
        <w:t>Windows security overview (Microsoft)</w:t>
      </w:r>
    </w:p>
    <w:p>
      <w:pPr>
        <w:pStyle w:val="Heading2"/>
      </w:pPr>
      <w:r>
        <w:t>Also read</w:t>
      </w:r>
    </w:p>
    <w:p>
      <w:pPr>
        <w:pStyle w:val="ListBullet"/>
      </w:pPr>
      <w:r>
        <w:t>How to spot a gift card scam</w:t>
      </w:r>
    </w:p>
    <w:p>
      <w:pPr>
        <w:pStyle w:val="ListBullet"/>
      </w:pPr>
      <w:r>
        <w:t>How to spot a romance scam</w:t>
      </w:r>
    </w:p>
    <w:p>
      <w:pPr>
        <w:pStyle w:val="ListBullet"/>
      </w:pPr>
      <w:r>
        <w:t>How to spot a phishing email</w:t>
      </w:r>
    </w:p>
    <w:p>
      <w:pPr>
        <w:pStyle w:val="ListBullet"/>
      </w:pPr>
      <w:r>
        <w:t>What to do in the first hour after credit card fraud</w:t>
      </w:r>
    </w:p>
    <w:p>
      <w:pPr>
        <w:pStyle w:val="ListBullet"/>
      </w:pPr>
      <w:r>
        <w:t>How to report identity theft on IdentityTheft.gov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https://cyberguardlab.com/blog/job-offer-scam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0F172A"/>
      </w:rPr>
      <w:t>CyberGuardLab   |   cyberguardlab.com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spot a job offer scam</dc:title>
  <dc:subject>How to spot a job offer scam</dc:subject>
  <dc:creator>CyberGuardLab editorial</dc:creator>
  <cp:keywords>job offer scam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