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turn on Lockdown Mode on iPhone</w:t>
      </w:r>
    </w:p>
    <w:p>
      <w:r>
        <w:rPr>
          <w:color w:val="E11D48"/>
          <w:u w:val="single"/>
        </w:rPr>
        <w:t>https://cyberguardlab.com/blog/iphone-lockdown-mode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iphone-lockdown-mod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Lockdown Mode is Apple’s optional, extreme protection against rare, highly sophisticated spyware attacks. Apple is explicit: most people are never targeted this way, and the mode intentionally breaks some everyday features (About Lockdown Mode).</w:t>
      </w:r>
    </w:p>
    <w:p>
      <w:r>
        <w:t>This guide is not Stolen Device Protection (theft of a stolen unlocked phone) and not everyday antivirus. No purchase required.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Ad link: https://trysecurities.com/offer/norton?dtm=gg&amp;cid=</w:t>
      </w:r>
    </w:p>
    <w:p>
      <w:pPr>
        <w:pStyle w:val="Heading2"/>
      </w:pPr>
      <w:r>
        <w:t>1. Who should consider it</w:t>
      </w:r>
    </w:p>
    <w:p>
      <w:pPr>
        <w:pStyle w:val="ListBullet"/>
      </w:pPr>
      <w:r>
        <w:t>People who believe they may be personally targeted by mercenary/state-level spyware because of who they are or what they do (Apple Lockdown Mode).</w:t>
      </w:r>
    </w:p>
    <w:p>
      <w:pPr>
        <w:pStyle w:val="ListBullet"/>
      </w:pPr>
      <w:r>
        <w:t>Everyone else: keep normal updates, strong passcodes, and Stolen Device Protection if you worry about street theft — Lockdown Mode is usually overkill. For a lost phone, use our lost-phone lock checklist.</w:t>
      </w:r>
    </w:p>
    <w:p>
      <w:pPr>
        <w:pStyle w:val="ListBullet"/>
      </w:pPr>
      <w:r>
        <w:t>Update to the latest iOS/iPadOS/macOS/watchOS first so you get the full protection set (automatic updates).</w:t>
      </w:r>
    </w:p>
    <w:p>
      <w:pPr>
        <w:pStyle w:val="Heading2"/>
      </w:pPr>
      <w:r>
        <w:t>2. What changes when it is on</w:t>
      </w:r>
    </w:p>
    <w:p>
      <w:pPr>
        <w:pStyle w:val="ListBullet"/>
      </w:pPr>
      <w:r>
        <w:t>Messages: most attachment types blocked (some images/video/audio allowed); links and previews limited.</w:t>
      </w:r>
    </w:p>
    <w:p>
      <w:pPr>
        <w:pStyle w:val="ListBullet"/>
      </w:pPr>
      <w:r>
        <w:t>Safari: some complex web tech blocked — sites may load slowly or look broken.</w:t>
      </w:r>
    </w:p>
    <w:p>
      <w:pPr>
        <w:pStyle w:val="ListBullet"/>
      </w:pPr>
      <w:r>
        <w:t>FaceTime: unknown callers blocked unless you called them in the last 30 days; SharePlay / Live Photos unavailable.</w:t>
      </w:r>
    </w:p>
    <w:p>
      <w:pPr>
        <w:pStyle w:val="ListBullet"/>
      </w:pPr>
      <w:r>
        <w:t>Wi-Fi / cellular: won’t auto-join non-secure Wi-Fi; 2G/3G off on iPhone/iPad.</w:t>
      </w:r>
    </w:p>
    <w:p>
      <w:pPr>
        <w:pStyle w:val="ListBullet"/>
      </w:pPr>
      <w:r>
        <w:t>Accessories: unlock the iPhone before connecting to a computer or accessory.</w:t>
      </w:r>
    </w:p>
    <w:p>
      <w:pPr>
        <w:pStyle w:val="ListBullet"/>
      </w:pPr>
      <w:r>
        <w:t>Phone calls and plain SMS still work; SOS emergency features stay available (Apple Personal Safety / iPhone User Guide).</w:t>
      </w:r>
    </w:p>
    <w:p>
      <w:pPr>
        <w:pStyle w:val="Heading2"/>
      </w:pPr>
      <w:r>
        <w:t>3. How to turn it on (iPhone)</w:t>
      </w:r>
    </w:p>
    <w:p>
      <w:pPr>
        <w:pStyle w:val="ListBullet"/>
      </w:pPr>
      <w:r>
        <w:t>Open Settings → Privacy &amp; Security.</w:t>
      </w:r>
    </w:p>
    <w:p>
      <w:pPr>
        <w:pStyle w:val="ListBullet"/>
      </w:pPr>
      <w:r>
        <w:t>Tap Lockdown Mode → Turn On Lockdown Mode.</w:t>
      </w:r>
    </w:p>
    <w:p>
      <w:pPr>
        <w:pStyle w:val="ListBullet"/>
      </w:pPr>
      <w:r>
        <w:t>Confirm Turn On Lockdown Mode, then Turn On &amp; Restart, and enter your passcode (Apple steps).</w:t>
      </w:r>
    </w:p>
    <w:p>
      <w:pPr>
        <w:pStyle w:val="ListBullet"/>
      </w:pPr>
      <w:r>
        <w:t>A paired Apple Watch turns on Lockdown Mode automatically (watchOS 10+). Turn it on separately for iPad and Mac if you use them.</w:t>
      </w:r>
    </w:p>
    <w:p>
      <w:pPr>
        <w:pStyle w:val="ListBullet"/>
      </w:pPr>
      <w:r>
        <w:t>Only exclude trusted sites/apps/contacts if something critical breaks — exclusions reduce protection.</w:t>
      </w:r>
    </w:p>
    <w:p>
      <w:pPr>
        <w:pStyle w:val="ListBullet"/>
      </w:pPr>
      <w:r>
        <w:t>Also keep 2FA on Apple / email / bank on. Before selling a device later, wipe it.</w:t>
      </w:r>
    </w:p>
    <w:p>
      <w:pPr>
        <w:pStyle w:val="Heading2"/>
      </w:pPr>
      <w:r>
        <w:t>FAQ</w:t>
      </w:r>
    </w:p>
    <w:p>
      <w:pPr>
        <w:pStyle w:val="Heading3"/>
      </w:pPr>
      <w:r>
        <w:t>Should every US household enable Lockdown Mode?</w:t>
      </w:r>
    </w:p>
    <w:p>
      <w:r>
        <w:t>No. Apple designed it for a very small group facing extreme targeted threats. Most families should not live in Lockdown Mode day to day.</w:t>
      </w:r>
    </w:p>
    <w:p>
      <w:pPr>
        <w:pStyle w:val="Heading3"/>
      </w:pPr>
      <w:r>
        <w:t>Is Lockdown Mode the same as Stolen Device Protection?</w:t>
      </w:r>
    </w:p>
    <w:p>
      <w:r>
        <w:t>No. Stolen Device Protection slows Apple ID changes after theft. Lockdown Mode hardens against sophisticated spyware. See Stolen Device Protection.</w:t>
      </w:r>
    </w:p>
    <w:p>
      <w:pPr>
        <w:pStyle w:val="Heading3"/>
      </w:pPr>
      <w:r>
        <w:t>Will banking apps and websites still work?</w:t>
      </w:r>
    </w:p>
    <w:p>
      <w:r>
        <w:t>Often yes, but some sites break. You can temporarily exclude a trusted site in Safari settings — only if necessary.</w:t>
      </w:r>
    </w:p>
    <w:p>
      <w:pPr>
        <w:pStyle w:val="Heading3"/>
      </w:pPr>
      <w:r>
        <w:t>How do I turn it off?</w:t>
      </w:r>
    </w:p>
    <w:p>
      <w:r>
        <w:t>Same Settings path: Privacy &amp; Security → Lockdown Mode → turn it off (device will restart as prompted).</w:t>
      </w:r>
    </w:p>
    <w:p>
      <w:pPr>
        <w:pStyle w:val="Heading3"/>
      </w:pPr>
      <w:r>
        <w:t>Do I need paid antivirus instead?</w:t>
      </w:r>
    </w:p>
    <w:p>
      <w:r>
        <w:t>Not for this threat model. Lockdown Mode is free Apple tooling. Buy-nothing (updates + passcode + SDP) is valid for typical households — same idea as Microsoft Defender on Windows for everyday risk.</w:t>
      </w:r>
    </w:p>
    <w:p>
      <w:pPr>
        <w:pStyle w:val="Heading2"/>
      </w:pPr>
      <w:r>
        <w:t>If you still want a paid suite</w:t>
      </w:r>
    </w:p>
    <w:p>
      <w:r>
        <w:t>iPhone Lockdown Mode does not require paid antivirus. If your household also runs Windows/Android PCs and wants a paid suite,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About Lockdown Mode (Apple)</w:t>
      </w:r>
    </w:p>
    <w:p>
      <w:pPr>
        <w:pStyle w:val="ListBullet"/>
      </w:pPr>
      <w:r>
        <w:t>Harden your devices with Lockdown Mode (Apple Personal Safety)</w:t>
      </w:r>
    </w:p>
    <w:p>
      <w:pPr>
        <w:pStyle w:val="ListBullet"/>
      </w:pPr>
      <w:r>
        <w:t>Harden your iPhone from a cyberattack with Lockdown Mode (iPhone User Guide)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on Stolen Device Protection on iPhone</w:t>
      </w:r>
    </w:p>
    <w:p>
      <w:pPr>
        <w:pStyle w:val="ListBullet"/>
      </w:pPr>
      <w:r>
        <w:t>Lost phone: lock Apple and Google accounts first</w:t>
      </w:r>
    </w:p>
    <w:p>
      <w:pPr>
        <w:pStyle w:val="ListBullet"/>
      </w:pPr>
      <w:r>
        <w:t>Turn on 2FA for Gmail, Apple, and bank</w:t>
      </w:r>
    </w:p>
    <w:p>
      <w:pPr>
        <w:pStyle w:val="ListBullet"/>
      </w:pPr>
      <w:r>
        <w:t>Is Microsoft Defender enough?</w:t>
      </w:r>
    </w:p>
    <w:p>
      <w:pPr>
        <w:pStyle w:val="ListBullet"/>
      </w:pPr>
      <w:r>
        <w:t>Automatic updates on Windows, Mac, and phone</w:t>
      </w:r>
    </w:p>
    <w:p>
      <w:pPr>
        <w:pStyle w:val="ListBullet"/>
      </w:pPr>
      <w:r>
        <w:t>How to wipe a device before selling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https://cyberguardlab.com/blog/iphone-lockdown-mode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turn on Lockdown Mode on iPhone</dc:title>
  <dc:subject>How to turn on Lockdown Mode on iPhone</dc:subject>
  <dc:creator>CyberGuardLab editorial</dc:creator>
  <cp:keywords>iphone lockdown mode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