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check for configuration profiles on iPhone</w:t>
      </w:r>
    </w:p>
    <w:p>
      <w:r>
        <w:rPr>
          <w:color w:val="E11D48"/>
          <w:u w:val="single"/>
        </w:rPr>
        <w:t>https://cyberguardlab.com/blog/iphone-configuration-profiles-check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iphone-configuration-profiles-check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configuration profile (or MDM enrollment) on iPhone can change VPN, Wi-Fi, certificates, accounts, and device management—useful for work or school, dangerous if installed from a phishing link or “free VPN” site. Check Settings → General → VPN &amp; Device Management; remove unknown profiles you did not intend to install (ask IT first on employer/school phones). This how-to is about reviewing profiles on iPhone—not Stolen Device Protection and recovery contacts, not erasing a lost Apple Watch, and not fake App Store receipt phishing.</w:t>
      </w:r>
    </w:p>
    <w:p>
      <w:pPr>
        <w:pStyle w:val="Heading2"/>
      </w:pPr>
      <w:r>
        <w:t>1. Why unknown profiles matter</w:t>
      </w:r>
    </w:p>
    <w:p>
      <w:r>
        <w:t>Profiles can install roots of trust, force traffic through a VPN, or enroll the phone in mobile device management. Malicious or surprise profiles often arrive after you tap an email attachment, a “certificate required” pop-up on public Wi-Fi, or a site promising unlocks. Empty VPN &amp; Device Management usually means no profiles—good for a personal phone.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Public networks that demand a configuration profile or root certificate before you get internet are high risk. Prefer personal hotspot or known networks. Never install a profile to “fix Apple ID security”—that is a common social-engineering script, not an Apple requirement.</w:t>
      </w:r>
    </w:p>
    <w:p>
      <w:pPr>
        <w:pStyle w:val="Heading2"/>
      </w:pPr>
      <w:r>
        <w:t>2. Profile vs other Apple controls</w:t>
      </w:r>
    </w:p>
    <w:p>
      <w:r>
        <w:t>Item | What it does | Where to check</w:t>
      </w:r>
    </w:p>
    <w:p>
      <w:r>
        <w:t>Configuration profile / MDM | Pushes managed settings or enrollment | Settings → General → VPN &amp; Device Management</w:t>
      </w:r>
    </w:p>
    <w:p>
      <w:r>
        <w:t>Stolen Device Protection | Biometric + delay for sensitive changes away from familiar places | Settings → Face ID &amp; Passcode (or Touch ID &amp; Passcode)</w:t>
      </w:r>
    </w:p>
    <w:p>
      <w:r>
        <w:t>Passkeys in Safari | Passwordless sign-in keys in iCloud Keychain | Settings → Passwords / Safari—see passkeys guide</w:t>
      </w:r>
    </w:p>
    <w:p>
      <w:r>
        <w:t>Find My / Activation Lock | Locate and block reactivation | Settings → [Your Name] → Find My</w:t>
      </w:r>
    </w:p>
    <w:p>
      <w:pPr>
        <w:pStyle w:val="Heading2"/>
      </w:pPr>
      <w:r>
        <w:t>3. Steps: review and remove profiles</w:t>
      </w:r>
    </w:p>
    <w:p>
      <w:pPr>
        <w:pStyle w:val="ListBullet"/>
      </w:pPr>
      <w:r>
        <w:t>Update iOS. Unlock the phone yourself; do not share the passcode with anyone “helping” remotely.</w:t>
      </w:r>
    </w:p>
    <w:p>
      <w:pPr>
        <w:pStyle w:val="ListBullet"/>
      </w:pPr>
      <w:r>
        <w:t>Open Settings → General → VPN &amp; Device Management (wording may be Profiles &amp; Device Management on older iOS).</w:t>
      </w:r>
    </w:p>
    <w:p>
      <w:pPr>
        <w:pStyle w:val="ListBullet"/>
      </w:pPr>
      <w:r>
        <w:t>If the section lists nothing under Configuration Profile / Device Management, no profiles are installed—you are done.</w:t>
      </w:r>
    </w:p>
    <w:p>
      <w:pPr>
        <w:pStyle w:val="ListBullet"/>
      </w:pPr>
      <w:r>
        <w:t>Tap each profile. Note the name, organization, description, and what it claims to manage (VPN, email, restrictions).</w:t>
      </w:r>
    </w:p>
    <w:p>
      <w:pPr>
        <w:pStyle w:val="ListBullet"/>
      </w:pPr>
      <w:r>
        <w:t>For a personal phone: if you do not recognize it, tap Delete Profile, authenticate with Face ID / Touch ID / passcode, and restart the iPhone.</w:t>
      </w:r>
    </w:p>
    <w:p>
      <w:pPr>
        <w:pStyle w:val="ListBullet"/>
      </w:pPr>
      <w:r>
        <w:t>For a work or school phone: contact IT before deleting—removal can break email, VPN, or apps and may violate policy.</w:t>
      </w:r>
    </w:p>
    <w:p>
      <w:pPr>
        <w:pStyle w:val="ListBullet"/>
      </w:pPr>
      <w:r>
        <w:t>After removal, revisit the same Settings path to confirm the profile is gone. Change Apple Account password if you installed a profile after a phishing lure.</w:t>
      </w:r>
    </w:p>
    <w:p>
      <w:pPr>
        <w:pStyle w:val="ListBullet"/>
      </w:pPr>
      <w:r>
        <w:t>Scan any Windows PC that was used in the same incident with a trusted suite such as Norton or Bitdefender. Keep one primary product—TotalAV, McAfee, and Avast are other on-site comparison options.</w:t>
      </w:r>
    </w:p>
    <w:p>
      <w:pPr>
        <w:pStyle w:val="Heading2"/>
      </w:pPr>
      <w:r>
        <w:t>4. What to do if a profile reappears</w:t>
      </w:r>
    </w:p>
    <w:p>
      <w:pPr>
        <w:pStyle w:val="ListBullet"/>
      </w:pPr>
      <w:r>
        <w:t>Do not reinstall profiles from cold email or SMS links.</w:t>
      </w:r>
    </w:p>
    <w:p>
      <w:pPr>
        <w:pStyle w:val="ListBullet"/>
      </w:pPr>
      <w:r>
        <w:t>Check browsing history for the download source; treat look-alike Apple or carrier pages as phishing.</w:t>
      </w:r>
    </w:p>
    <w:p>
      <w:pPr>
        <w:pStyle w:val="ListBullet"/>
      </w:pPr>
      <w:r>
        <w:t>Review Apple Account devices and recent security notifications at account.apple.com you type yourself.</w:t>
      </w:r>
    </w:p>
    <w:p>
      <w:pPr>
        <w:pStyle w:val="ListBullet"/>
      </w:pPr>
      <w:r>
        <w:t>If MDM enrollment keeps returning and the phone is personal, you may need erase/restore after backing up—only after you understand work/school ownership.</w:t>
      </w:r>
    </w:p>
    <w:p>
      <w:pPr>
        <w:pStyle w:val="Heading2"/>
      </w:pPr>
      <w:r>
        <w:t>FAQ</w:t>
      </w:r>
    </w:p>
    <w:p>
      <w:pPr>
        <w:pStyle w:val="Heading3"/>
      </w:pPr>
      <w:r>
        <w:t>Is every VPN profile malicious?</w:t>
      </w:r>
    </w:p>
    <w:p>
      <w:r>
        <w:t>No. Employers and schools issue legitimate ones. Unknown consumer “free VPN profile” downloads are the red flag.</w:t>
      </w:r>
    </w:p>
    <w:p>
      <w:pPr>
        <w:pStyle w:val="Heading3"/>
      </w:pPr>
      <w:r>
        <w:t>Can I have profiles and Stolen Device Protection together?</w:t>
      </w:r>
    </w:p>
    <w:p>
      <w:r>
        <w:t>Yes. Profiles manage settings; Stolen Device Protection hardens account changes. They solve different problems.</w:t>
      </w:r>
    </w:p>
    <w:p>
      <w:pPr>
        <w:pStyle w:val="Heading3"/>
      </w:pPr>
      <w:r>
        <w:t>Settings shows Profile Downloaded but nothing installed.</w:t>
      </w:r>
    </w:p>
    <w:p>
      <w:r>
        <w:t>You downloaded a profile that is waiting. Open Settings and either Install (only if trusted) or ignore until it expires—do not install unknown downloads.</w:t>
      </w:r>
    </w:p>
    <w:p>
      <w:pPr>
        <w:pStyle w:val="Heading2"/>
      </w:pPr>
      <w:r>
        <w:t>If you still want a paid suite</w:t>
      </w:r>
    </w:p>
    <w:p>
      <w:r>
        <w:t>Avoiding how to check for configuration profiles on iPhone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Apple Support: Install or remove configuration profiles on iPhone</w:t>
      </w:r>
    </w:p>
    <w:p>
      <w:pPr>
        <w:pStyle w:val="ListBullet"/>
      </w:pPr>
      <w:r>
        <w:t>Apple Support: Review and delete configuration profiles</w:t>
      </w:r>
    </w:p>
    <w:p>
      <w:pPr>
        <w:pStyle w:val="ListBullet"/>
      </w:pPr>
      <w:r>
        <w:t>Apple Support: Install a configuration profile</w:t>
      </w:r>
    </w:p>
    <w:p>
      <w:pPr>
        <w:pStyle w:val="ListBullet"/>
      </w:pPr>
      <w:r>
        <w:t>FTC: How to secure your devices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turn on Stolen Device Protection recovery contacts</w:t>
      </w:r>
    </w:p>
    <w:p>
      <w:pPr>
        <w:pStyle w:val="ListBullet"/>
      </w:pPr>
      <w:r>
        <w:t>How to erase an Apple Watch after it is lost</w:t>
      </w:r>
    </w:p>
    <w:p>
      <w:pPr>
        <w:pStyle w:val="ListBullet"/>
      </w:pPr>
      <w:r>
        <w:t>How to spot a fake App Store receipt phishing email</w:t>
      </w:r>
    </w:p>
    <w:p>
      <w:pPr>
        <w:pStyle w:val="ListBullet"/>
      </w:pPr>
      <w:r>
        <w:t>How to use Safari passkeys instead of passwords on iPhone</w:t>
      </w:r>
    </w:p>
    <w:p>
      <w:pPr>
        <w:pStyle w:val="ListBullet"/>
      </w:pPr>
      <w:r>
        <w:t>How to turn on Find My and Activation Lock before travel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https://cyberguardlab.com/blog/iphone-configuration-profiles-check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check for configuration profiles on iPhone</dc:title>
  <dc:subject>How to check for configuration profiles on iPhone</dc:subject>
  <dc:creator>CyberGuardLab editorial</dc:creator>
  <cp:keywords>iphone configuration profiles check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