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0F172A"/>
          <w:sz w:val="24"/>
        </w:rPr>
        <w:t>CyberGuardLab.com</w:t>
      </w:r>
    </w:p>
    <w:p>
      <w:r>
        <w:rPr>
          <w:color w:val="64748B"/>
          <w:sz w:val="20"/>
        </w:rPr>
        <w:t>Key points (concise checklist)</w:t>
      </w:r>
    </w:p>
    <w:p>
      <w:pPr>
        <w:pStyle w:val="Heading1"/>
      </w:pPr>
      <w:r>
        <w:t>Do you need a VPN at home?</w:t>
      </w:r>
    </w:p>
    <w:p>
      <w:r>
        <w:rPr>
          <w:sz w:val="20"/>
        </w:rPr>
        <w:t>Live guide: https://cyberguardlab.com/blog/home-vpn-do-you-need-one</w:t>
      </w:r>
    </w:p>
    <w:p>
      <w:pPr>
        <w:pStyle w:val="Heading2"/>
      </w:pPr>
      <w:r>
        <w:t>Key points</w:t>
      </w:r>
    </w:p>
    <w:p>
      <w:pPr>
        <w:pStyle w:val="ListBullet"/>
      </w:pPr>
      <w:r>
        <w:t>Usually you do not need a VPN on your own secured home Wi-Fi.</w:t>
      </w:r>
    </w:p>
    <w:p>
      <w:pPr>
        <w:pStyle w:val="ListBullet"/>
      </w:pPr>
      <w:r>
        <w:t>Fix WPA2/WPA3, router admin password, firmware, and guest Wi-Fi before buying a VPN.</w:t>
      </w:r>
    </w:p>
    <w:p>
      <w:pPr>
        <w:pStyle w:val="ListBullet"/>
      </w:pPr>
      <w:r>
        <w:t>A VPN encrypts a path; it does not stop phishing, malware, or fake apps.</w:t>
      </w:r>
    </w:p>
    <w:p>
      <w:pPr>
        <w:pStyle w:val="ListBullet"/>
      </w:pPr>
      <w:r>
        <w:t>Consider a reputable VPN for public/hotel Wi-Fi, travel, or employer-required access.</w:t>
      </w:r>
    </w:p>
    <w:p>
      <w:pPr>
        <w:pStyle w:val="ListBullet"/>
      </w:pPr>
      <w:r>
        <w:t>Avoid free/unknown VPN apps from ads; prefer known or employer-provided options.</w:t>
      </w:r>
    </w:p>
    <w:p>
      <w:pPr>
        <w:pStyle w:val="ListBullet"/>
      </w:pPr>
      <w:r>
        <w:t>Banking at home: official apps/HTTPS + 2FA matter more than an always-on home VPN.</w:t>
      </w:r>
    </w:p>
    <w:p>
      <w:pPr>
        <w:pStyle w:val="Heading2"/>
      </w:pPr>
      <w:r>
        <w:t>Quick FAQ</w:t>
      </w:r>
    </w:p>
    <w:p>
      <w:r>
        <w:rPr>
          <w:b/>
        </w:rPr>
        <w:t>Do I need a VPN at home?</w:t>
      </w:r>
    </w:p>
    <w:p>
      <w:r>
        <w:t>Usually no, if home Wi-Fi is encrypted and habits are solid. VPNs help more on public/travel networks or when required for work.</w:t>
      </w:r>
    </w:p>
    <w:p>
      <w:r>
        <w:rPr>
          <w:b/>
        </w:rPr>
        <w:t>Does a VPN stop viruses?</w:t>
      </w:r>
    </w:p>
    <w:p>
      <w:r>
        <w:t>No. It encrypts a path; it does not replace updates or antivirus/Defender.</w:t>
      </w:r>
    </w:p>
    <w:p>
      <w:r>
        <w:rPr>
          <w:b/>
        </w:rPr>
        <w:t>Is banking at home safe without a VPN?</w:t>
      </w:r>
    </w:p>
    <w:p>
      <w:r>
        <w:t>On your secured home network, official HTTPS/apps + strong authentication are the baseline. Fix Wi-Fi security first.</w:t>
      </w:r>
    </w:p>
    <w:p>
      <w:r>
        <w:rPr>
          <w:i/>
          <w:sz w:val="18"/>
        </w:rPr>
        <w:t>Independent US household comparison site. No product scores invented. Confirm details on official sources linked in the live guide.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 you need a VPN at home?</dc:title>
  <dc:subject>Do you need a VPN at home?</dc:subject>
  <dc:creator>CyberGuardLab editorial</dc:creator>
  <cp:keywords>home vpn do you need one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