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5943600" cy="19812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dm-header-welcom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9812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  <w:color w:val="0F172A"/>
          <w:sz w:val="40"/>
        </w:rPr>
        <w:t>How to check unknown device logins in a Google account</w:t>
      </w:r>
    </w:p>
    <w:p>
      <w:r>
        <w:rPr>
          <w:color w:val="E11D48"/>
          <w:u w:val="single"/>
        </w:rPr>
        <w:t>https://cyberguardlab.com/blog/google-unknown-device-logins</w:t>
      </w:r>
    </w:p>
    <w:p>
      <w:r>
        <w:rPr>
          <w:color w:val="475569"/>
          <w:sz w:val="18"/>
        </w:rPr>
        <w:t>Independent US household comparison site. Not the vendor. Paid links below may earn a commission. Confirm first-year price, renewal, device limit, and refund terms at checkout.</w:t>
      </w:r>
    </w:p>
    <w:p>
      <w:r>
        <w:drawing>
          <wp:inline xmlns:a="http://schemas.openxmlformats.org/drawingml/2006/main" xmlns:pic="http://schemas.openxmlformats.org/drawingml/2006/picture">
            <wp:extent cx="5669280" cy="2976372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og-google-unknown-device-logins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297637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To check unknown device logins on a Google account, open myaccount.google.com → Security → Your devices (wording may say “devices” or “manage all devices”), review each phone, tablet, and computer, and sign out anything you do not recognize. Then change the password from a device you trust and review recent security activity. This how-to is session hygiene—not enrolling in Advanced Protection, not third-party app OAuth review alone, and not Find My Device setup.</w:t>
      </w:r>
    </w:p>
    <w:p>
      <w:pPr>
        <w:pStyle w:val="Heading2"/>
      </w:pPr>
      <w:r>
        <w:t>1. Why this matters</w:t>
      </w:r>
    </w:p>
    <w:p>
      <w:r>
        <w:t>A password leak or reused credential can leave an attacker signed in on a spare browser profile. APP raises future sign-in difficulty; device review removes sessions that are already there.</w:t>
      </w:r>
    </w:p>
    <w:p>
      <w:r>
        <w:rPr>
          <w:color w:val="E11D48"/>
        </w:rPr>
        <w:t>Paid link</w:t>
      </w:r>
    </w:p>
    <w:p>
      <w:r>
        <w:rPr>
          <w:b/>
        </w:rPr>
        <w:t>Norton 360  |  See the Norton first-year offer</w:t>
      </w:r>
    </w:p>
    <w:p>
      <w:r>
        <w:drawing>
          <wp:inline xmlns:a="http://schemas.openxmlformats.org/drawingml/2006/main" xmlns:pic="http://schemas.openxmlformats.org/drawingml/2006/picture">
            <wp:extent cx="3291840" cy="27432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nline-norton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291840" cy="27432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color w:val="E11D48"/>
          <w:u w:val="single"/>
        </w:rPr>
        <w:t>See the Norton first-year offer</w:t>
      </w:r>
    </w:p>
    <w:p>
      <w:r>
        <w:t>Offer page: https://cyberguardlab.com/norton</w:t>
      </w:r>
    </w:p>
    <w:p>
      <w:r>
        <w:t>Shared Android tablets often stay signed into a parent Google account for years. After any password scare, remove old tablets from the device list even if “nobody hacks”—stale sessions are still sessions.</w:t>
      </w:r>
    </w:p>
    <w:p>
      <w:pPr>
        <w:pStyle w:val="Heading2"/>
      </w:pPr>
      <w:r>
        <w:t>2. Legitimate vs suspicious cues</w:t>
      </w:r>
    </w:p>
    <w:p>
      <w:r>
        <w:t>Cue | Likely fine | Investigate</w:t>
      </w:r>
    </w:p>
    <w:p>
      <w:r>
        <w:t>Device name | Your current phone model / home PC | City or model you never owned</w:t>
      </w:r>
    </w:p>
    <w:p>
      <w:r>
        <w:t>Timing | Matches when you traveled or used a hotel PC briefly | Sign-in while you slept, no travel</w:t>
      </w:r>
    </w:p>
    <w:p>
      <w:r>
        <w:t>Duplicate browsers | Chrome on laptop + phone you use daily | Many “Windows” or “Linux” entries you never set up</w:t>
      </w:r>
    </w:p>
    <w:p>
      <w:r>
        <w:t>Recovery changes | None, or ones you remember | New recovery email/phone you did not add</w:t>
      </w:r>
    </w:p>
    <w:p>
      <w:pPr>
        <w:pStyle w:val="Heading2"/>
      </w:pPr>
      <w:r>
        <w:t>3. Steps: review devices and activity</w:t>
      </w:r>
    </w:p>
    <w:p>
      <w:pPr>
        <w:pStyle w:val="ListBullet"/>
      </w:pPr>
      <w:r>
        <w:t>On a computer or phone you control, go to https://myaccount.google.com (type it; do not use an email link).</w:t>
      </w:r>
    </w:p>
    <w:p>
      <w:pPr>
        <w:pStyle w:val="ListBullet"/>
      </w:pPr>
      <w:r>
        <w:t>Open Security.</w:t>
      </w:r>
    </w:p>
    <w:p>
      <w:pPr>
        <w:pStyle w:val="ListBullet"/>
      </w:pPr>
      <w:r>
        <w:t>Under Your devices / Devices, select Manage all devices (labels vary).</w:t>
      </w:r>
    </w:p>
    <w:p>
      <w:pPr>
        <w:pStyle w:val="ListBullet"/>
      </w:pPr>
      <w:r>
        <w:t>For each entry, check device name, location approximate, and last activity. Sign out / remove anything unknown.</w:t>
      </w:r>
    </w:p>
    <w:p>
      <w:pPr>
        <w:pStyle w:val="ListBullet"/>
      </w:pPr>
      <w:r>
        <w:t>Open Recent security activity (or similar) and expand unfamiliar events—new sign-ins, password changes, recovery edits.</w:t>
      </w:r>
    </w:p>
    <w:p>
      <w:pPr>
        <w:pStyle w:val="ListBullet"/>
      </w:pPr>
      <w:r>
        <w:t>If anything looks wrong: change password, turn on or strengthen 2-Step Verification, and review recovery phone/email.</w:t>
      </w:r>
    </w:p>
    <w:p>
      <w:pPr>
        <w:pStyle w:val="ListBullet"/>
      </w:pPr>
      <w:r>
        <w:t>Review third-party apps with account access and revoke strangers.</w:t>
      </w:r>
    </w:p>
    <w:p>
      <w:pPr>
        <w:pStyle w:val="ListBullet"/>
      </w:pPr>
      <w:r>
        <w:t>On Android, also check Settings → Google → Manage your Google Account → Security for the same device list when convenient.</w:t>
      </w:r>
    </w:p>
    <w:p>
      <w:pPr>
        <w:pStyle w:val="Heading2"/>
      </w:pPr>
      <w:r>
        <w:t>4. If you find an unknown device</w:t>
      </w:r>
    </w:p>
    <w:p>
      <w:pPr>
        <w:pStyle w:val="ListBullet"/>
      </w:pPr>
      <w:r>
        <w:t>Sign it out immediately from the devices page.</w:t>
      </w:r>
    </w:p>
    <w:p>
      <w:pPr>
        <w:pStyle w:val="ListBullet"/>
      </w:pPr>
      <w:r>
        <w:t>Change the Google password on a clean device.</w:t>
      </w:r>
    </w:p>
    <w:p>
      <w:pPr>
        <w:pStyle w:val="ListBullet"/>
      </w:pPr>
      <w:r>
        <w:t>Check Gmail filters, forwarding, and “less secure” leftovers if any remain.</w:t>
      </w:r>
    </w:p>
    <w:p>
      <w:pPr>
        <w:pStyle w:val="ListBullet"/>
      </w:pPr>
      <w:r>
        <w:t>Alert banks if you reuse that password elsewhere (you should not).</w:t>
      </w:r>
    </w:p>
    <w:p>
      <w:pPr>
        <w:pStyle w:val="ListBullet"/>
      </w:pPr>
      <w:r>
        <w:t>Scan personal PCs with Norton or Bitdefender; one primary product is enough (TotalAV, McAfee, Avast on-site).</w:t>
      </w:r>
    </w:p>
    <w:p>
      <w:pPr>
        <w:pStyle w:val="ListBullet"/>
      </w:pPr>
      <w:r>
        <w:t>Consider Advanced Protection if you are a high-risk target and can manage keys.</w:t>
      </w:r>
    </w:p>
    <w:p>
      <w:pPr>
        <w:pStyle w:val="Heading2"/>
      </w:pPr>
      <w:r>
        <w:t>FAQ</w:t>
      </w:r>
    </w:p>
    <w:p>
      <w:pPr>
        <w:pStyle w:val="Heading3"/>
      </w:pPr>
      <w:r>
        <w:t>Google shows a city I visited last month—is that a hack?</w:t>
      </w:r>
    </w:p>
    <w:p>
      <w:r>
        <w:t>Often it is your own session with coarse geolocation. Still sign out old hotel or library machines you forgot.</w:t>
      </w:r>
    </w:p>
    <w:p>
      <w:pPr>
        <w:pStyle w:val="Heading3"/>
      </w:pPr>
      <w:r>
        <w:t>Is this the same as Advanced Protection?</w:t>
      </w:r>
    </w:p>
    <w:p>
      <w:r>
        <w:t>No. Device review removes current sessions. APP changes how future sign-ins work.</w:t>
      </w:r>
    </w:p>
    <w:p>
      <w:pPr>
        <w:pStyle w:val="Heading3"/>
      </w:pPr>
      <w:r>
        <w:t>Should I use an email “security alert” button?</w:t>
      </w:r>
    </w:p>
    <w:p>
      <w:r>
        <w:t>Open myaccount.google.com yourself. Phishing emails fake those alerts.</w:t>
      </w:r>
    </w:p>
    <w:p>
      <w:pPr>
        <w:pStyle w:val="Heading3"/>
      </w:pPr>
      <w:r>
        <w:t>Do I need to wipe my phone?</w:t>
      </w:r>
    </w:p>
    <w:p>
      <w:r>
        <w:t>Not for a remote browser session alone. Wipe only if the phone itself is compromised or stolen—after backing up if you still control it.</w:t>
      </w:r>
    </w:p>
    <w:p>
      <w:pPr>
        <w:pStyle w:val="Heading2"/>
      </w:pPr>
      <w:r>
        <w:t>If you still want a paid suite</w:t>
      </w:r>
    </w:p>
    <w:p>
      <w:r>
        <w:t>Avoiding how to check unknown device logins in a Google account does not require paid antivirus. Careful habits and official support paths are a valid buy-nothing stack. If you want multi-device paid protection later, use only these on-site paid links: TotalAV (paid link), Norton (paid link), Bitdefender (paid link), McAfee (paid link), Avast (paid link).</w:t>
      </w:r>
    </w:p>
    <w:p>
      <w:pPr>
        <w:pStyle w:val="Heading2"/>
      </w:pPr>
      <w:r>
        <w:t>Sources</w:t>
      </w:r>
    </w:p>
    <w:p>
      <w:pPr>
        <w:pStyle w:val="ListBullet"/>
      </w:pPr>
      <w:r>
        <w:t>Google Account Help: Manage devices</w:t>
      </w:r>
    </w:p>
    <w:p>
      <w:pPr>
        <w:pStyle w:val="ListBullet"/>
      </w:pPr>
      <w:r>
        <w:t>Google Account Help: Security checkup</w:t>
      </w:r>
    </w:p>
    <w:p>
      <w:pPr>
        <w:pStyle w:val="ListBullet"/>
      </w:pPr>
      <w:r>
        <w:t>CISA: Compromised accounts guidance (general)</w:t>
      </w:r>
    </w:p>
    <w:p>
      <w:pPr>
        <w:pStyle w:val="ListBullet"/>
      </w:pPr>
      <w:r>
        <w:t>FTC: IdentityTheft.gov</w:t>
      </w:r>
    </w:p>
    <w:p>
      <w:pPr>
        <w:pStyle w:val="Heading2"/>
      </w:pPr>
      <w:r>
        <w:t>Also read</w:t>
      </w:r>
    </w:p>
    <w:p>
      <w:pPr>
        <w:pStyle w:val="ListBullet"/>
      </w:pPr>
      <w:r>
        <w:t>How to turn on Google Advanced Protection Program</w:t>
      </w:r>
    </w:p>
    <w:p>
      <w:pPr>
        <w:pStyle w:val="ListBullet"/>
      </w:pPr>
      <w:r>
        <w:t>How to review Google account third-party app access</w:t>
      </w:r>
    </w:p>
    <w:p>
      <w:pPr>
        <w:pStyle w:val="ListBullet"/>
      </w:pPr>
      <w:r>
        <w:t>How to spot a fake Google Play billing phishing email</w:t>
      </w:r>
    </w:p>
    <w:p>
      <w:pPr>
        <w:pStyle w:val="ListBullet"/>
      </w:pPr>
      <w:r>
        <w:t>How to turn on enhanced Safe Browsing in Chrome</w:t>
      </w:r>
    </w:p>
    <w:p>
      <w:pPr>
        <w:pStyle w:val="ListBullet"/>
      </w:pPr>
      <w:r>
        <w:t>How to check if your email was in a data breach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800" w:bottom="1008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https://cyberguardlab.com/blog/google-unknown-device-logins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b/>
        <w:color w:val="0F172A"/>
      </w:rPr>
      <w:t>CyberGuardLab   |   cyberguardlab.com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jpg"/><Relationship Id="rId12" Type="http://schemas.openxmlformats.org/officeDocument/2006/relationships/image" Target="media/image2.jpg"/><Relationship Id="rId13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to check unknown device logins in a Google account</dc:title>
  <dc:subject>How to check unknown device logins in a Google account</dc:subject>
  <dc:creator>CyberGuardLab editorial</dc:creator>
  <cp:keywords>google unknown device logins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