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review Google account third-party app access</w:t>
      </w:r>
    </w:p>
    <w:p>
      <w:r>
        <w:rPr>
          <w:color w:val="E11D48"/>
          <w:u w:val="single"/>
        </w:rPr>
        <w:t>https://cyberguardlab.com/blog/google-third-party-app-access-review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google-third-party-app-access-review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Third-party apps and sites you once granted Google Account access can keep reading Gmail, Drive, Contacts, or calendar data until you revoke them. Review myaccount.google.com/connections (or Account → Security → Third-party access) on a schedule and remove anything you do not recognize or no longer use. This how-to is Google account OAuth/app access—not Find My Device setup, not Chrome Enhanced Safe Browsing, and not Apple Sign in with Apple review.</w:t>
      </w:r>
    </w:p>
    <w:p>
      <w:pPr>
        <w:pStyle w:val="Heading2"/>
      </w:pPr>
      <w:r>
        <w:t>1. Why review access</w:t>
      </w:r>
    </w:p>
    <w:p>
      <w:r>
        <w:t>“Sign in with Google” is convenient; forgotten CRM tools, old PDF editors, and malicious look-alike apps accumulate scopes. After a phishing incident, revocation is part of cleanup alongside a password change.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Only trust Google’s own myaccount.google.com UI for revocation. Random “Google permission cleaner” extensions and sites are a common way to grant *more* access while pretending to help.</w:t>
      </w:r>
    </w:p>
    <w:p>
      <w:pPr>
        <w:pStyle w:val="Heading2"/>
      </w:pPr>
      <w:r>
        <w:t>2. What “access” is not</w:t>
      </w:r>
    </w:p>
    <w:p>
      <w:r>
        <w:t>Item | Meaning | Separate control</w:t>
      </w:r>
    </w:p>
    <w:p>
      <w:r>
        <w:t>Third-party app access | OAuth to Google data | This guide</w:t>
      </w:r>
    </w:p>
    <w:p>
      <w:r>
        <w:t>Android app permissions | Camera/mic/storage on the phone | Android Settings → Apps</w:t>
      </w:r>
    </w:p>
    <w:p>
      <w:r>
        <w:t>Work profile apps | Managed container isolation | Work profile guide</w:t>
      </w:r>
    </w:p>
    <w:p>
      <w:r>
        <w:t>Chrome Safe Browsing | Browser phishing/malware warnings | Enhanced Safe Browsing</w:t>
      </w:r>
    </w:p>
    <w:p>
      <w:pPr>
        <w:pStyle w:val="Heading2"/>
      </w:pPr>
      <w:r>
        <w:t>3. Steps: review and revoke</w:t>
      </w:r>
    </w:p>
    <w:p>
      <w:pPr>
        <w:pStyle w:val="ListBullet"/>
      </w:pPr>
      <w:r>
        <w:t>On a trusted device, open a browser and go to https://myaccount.google.com/connections (or myaccount.google.com → Security → third-party access / connections—labels change over time).</w:t>
      </w:r>
    </w:p>
    <w:p>
      <w:pPr>
        <w:pStyle w:val="ListBullet"/>
      </w:pPr>
      <w:r>
        <w:t>Sign in with the Google Account you care about. Prefer a bookmark you typed, not an email link.</w:t>
      </w:r>
    </w:p>
    <w:p>
      <w:pPr>
        <w:pStyle w:val="ListBullet"/>
      </w:pPr>
      <w:r>
        <w:t>List apps and sites with access. Open each entry; read which data types it can see or do.</w:t>
      </w:r>
    </w:p>
    <w:p>
      <w:pPr>
        <w:pStyle w:val="ListBullet"/>
      </w:pPr>
      <w:r>
        <w:t>Tap/click Delete all connections you have with … / Remove Access / Revoke for anything unknown, unused, or overly broad (full Gmail + Drive for a flashlight-style app is a smell).</w:t>
      </w:r>
    </w:p>
    <w:p>
      <w:pPr>
        <w:pStyle w:val="ListBullet"/>
      </w:pPr>
      <w:r>
        <w:t>Repeat for other Google Accounts you use (work vs personal).</w:t>
      </w:r>
    </w:p>
    <w:p>
      <w:pPr>
        <w:pStyle w:val="ListBullet"/>
      </w:pPr>
      <w:r>
        <w:t>Change the Google password if you suspect account theft; turn on 2-Step Verification if it is off.</w:t>
      </w:r>
    </w:p>
    <w:p>
      <w:pPr>
        <w:pStyle w:val="ListBullet"/>
      </w:pPr>
      <w:r>
        <w:t>Check recent security activity in the Google Account for unfamiliar locations or devices.</w:t>
      </w:r>
    </w:p>
    <w:p>
      <w:pPr>
        <w:pStyle w:val="ListBullet"/>
      </w:pPr>
      <w:r>
        <w:t>On Windows, keep one antivirus primary—Norton, Bitdefender, or other on-site options (TotalAV, McAfee, Avast)—especially if a bad app was authorized from a PC browser.</w:t>
      </w:r>
    </w:p>
    <w:p>
      <w:pPr>
        <w:pStyle w:val="Heading2"/>
      </w:pPr>
      <w:r>
        <w:t>4. After a suspicious grant</w:t>
      </w:r>
    </w:p>
    <w:p>
      <w:pPr>
        <w:pStyle w:val="ListBullet"/>
      </w:pPr>
      <w:r>
        <w:t>Revoke first, then change password and review recovery phone/email.</w:t>
      </w:r>
    </w:p>
    <w:p>
      <w:pPr>
        <w:pStyle w:val="ListBullet"/>
      </w:pPr>
      <w:r>
        <w:t>Check Gmail filters and forwarding rules for attacker persistence.</w:t>
      </w:r>
    </w:p>
    <w:p>
      <w:pPr>
        <w:pStyle w:val="ListBullet"/>
      </w:pPr>
      <w:r>
        <w:t>Watch for fake Google Play billing phishing that tries to re-steal the password you just rotated.</w:t>
      </w:r>
    </w:p>
    <w:p>
      <w:pPr>
        <w:pStyle w:val="Heading2"/>
      </w:pPr>
      <w:r>
        <w:t>FAQ</w:t>
      </w:r>
    </w:p>
    <w:p>
      <w:pPr>
        <w:pStyle w:val="Heading3"/>
      </w:pPr>
      <w:r>
        <w:t>Will revoking break a legitimate app?</w:t>
      </w:r>
    </w:p>
    <w:p>
      <w:r>
        <w:t>Yes—you will need to sign in again and re-consent if you still use it. That is expected.</w:t>
      </w:r>
    </w:p>
    <w:p>
      <w:pPr>
        <w:pStyle w:val="Heading3"/>
      </w:pPr>
      <w:r>
        <w:t>Is this the same as removing a device from Find My Device?</w:t>
      </w:r>
    </w:p>
    <w:p>
      <w:r>
        <w:t>No. Device locate settings are separate from OAuth app connections.</w:t>
      </w:r>
    </w:p>
    <w:p>
      <w:pPr>
        <w:pStyle w:val="Heading3"/>
      </w:pPr>
      <w:r>
        <w:t>Can Apple Sign in with Apple apps show here?</w:t>
      </w:r>
    </w:p>
    <w:p>
      <w:r>
        <w:t>No. Those are Apple Account permissions—see the Sign in with Apple review guide.</w:t>
      </w:r>
    </w:p>
    <w:p>
      <w:pPr>
        <w:pStyle w:val="Heading3"/>
      </w:pPr>
      <w:r>
        <w:t>How often should I review?</w:t>
      </w:r>
    </w:p>
    <w:p>
      <w:r>
        <w:t>A practical habit is monthly, plus immediately after any phishing click or shared-computer sign-in.</w:t>
      </w:r>
    </w:p>
    <w:p>
      <w:pPr>
        <w:pStyle w:val="Heading2"/>
      </w:pPr>
      <w:r>
        <w:t>If you still want a paid suite</w:t>
      </w:r>
    </w:p>
    <w:p>
      <w:r>
        <w:t>Avoiding how to review Google account third-party app access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Google Account: Third-party connections</w:t>
      </w:r>
    </w:p>
    <w:p>
      <w:pPr>
        <w:pStyle w:val="ListBullet"/>
      </w:pPr>
      <w:r>
        <w:t>Google Account Help: Manage third-party access</w:t>
      </w:r>
    </w:p>
    <w:p>
      <w:pPr>
        <w:pStyle w:val="ListBullet"/>
      </w:pPr>
      <w:r>
        <w:t>FTC: Account security</w:t>
      </w:r>
    </w:p>
    <w:p>
      <w:pPr>
        <w:pStyle w:val="ListBullet"/>
      </w:pPr>
      <w:r>
        <w:t>FTC ReportFraud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Google Find My Device before you lose a phone</w:t>
      </w:r>
    </w:p>
    <w:p>
      <w:pPr>
        <w:pStyle w:val="ListBullet"/>
      </w:pPr>
      <w:r>
        <w:t>How to turn on enhanced Safe Browsing in Chrome</w:t>
      </w:r>
    </w:p>
    <w:p>
      <w:pPr>
        <w:pStyle w:val="ListBullet"/>
      </w:pPr>
      <w:r>
        <w:t>How to review Sign in with Apple app permissions</w:t>
      </w:r>
    </w:p>
    <w:p>
      <w:pPr>
        <w:pStyle w:val="ListBullet"/>
      </w:pPr>
      <w:r>
        <w:t>How to spot a fake Google Play billing phishing email</w:t>
      </w:r>
    </w:p>
    <w:p>
      <w:pPr>
        <w:pStyle w:val="ListBullet"/>
      </w:pPr>
      <w:r>
        <w:t>How to turn on 2FA for Gmail, Apple, and bank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https://cyberguardlab.com/blog/google-third-party-app-access-review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review Google account third-party app access</dc:title>
  <dc:subject>How to review Google account third-party app access</dc:subject>
  <dc:creator>CyberGuardLab editorial</dc:creator>
  <cp:keywords>google third party app access review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