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turn on Google Prompt instead of SMS codes</w:t>
      </w:r>
    </w:p>
    <w:p>
      <w:r>
        <w:rPr>
          <w:color w:val="E11D48"/>
          <w:u w:val="single"/>
        </w:rPr>
        <w:t>https://cyberguardlab.com/blog/google-prompt-instead-of-sms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google-prompt-instead-of-sm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Google Prompt (phone prompts in 2-Step Verification) asks you to approve a Google sign-in on a trusted phone instead of typing an SMS code—cutting off many SIM-swap and fake-text attacks that target SMS. Turn on 2-Step Verification in your Google Account, add a phone for prompts, then remove SMS as a primary second step when Google’s settings allow stronger options. Keep backup codes offline. This how-to is about Google Prompt vs SMS—not migrating third-party authenticator apps, not spotting fake 2FA texts in general, and not carrier number lock setup (still recommended as a parallel control).</w:t>
      </w:r>
    </w:p>
    <w:p>
      <w:pPr>
        <w:pStyle w:val="Heading2"/>
      </w:pPr>
      <w:r>
        <w:t>1. Why Prompt beats SMS for Google</w:t>
      </w:r>
    </w:p>
    <w:p>
      <w:r>
        <w:t>SMS codes can be stolen via SIM swap, SS7-style interception, or by tricking you into reading a code. A prompt appears on a device already signed into your Google Account and shows sign-in context you can deny. You should still deny unexpected prompts and pair Prompt with a strong password plus backup codes or a security key when possible.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Attackers who know your password may send repeated prompts hoping you tap Yes out of annoyance. Always choose No for prompts you did not initiate, then change the password from a known-good device.</w:t>
      </w:r>
    </w:p>
    <w:p>
      <w:pPr>
        <w:pStyle w:val="Heading2"/>
      </w:pPr>
      <w:r>
        <w:t>2. Prompt vs SMS vs authenticator</w:t>
      </w:r>
    </w:p>
    <w:p>
      <w:r>
        <w:t>Method | Strength vs SMS phishing | Typical failure mode</w:t>
      </w:r>
    </w:p>
    <w:p>
      <w:r>
        <w:t>SMS code | Weakest common option | SIM swap; you read the code to a scammer</w:t>
      </w:r>
    </w:p>
    <w:p>
      <w:r>
        <w:t>Google Prompt | Stronger—tied to a trusted device | You tap Yes on a prompt you did not start</w:t>
      </w:r>
    </w:p>
    <w:p>
      <w:r>
        <w:t>Authenticator app (TOTP) | Strong vs SMS interception | Phone loss without backup codes</w:t>
      </w:r>
    </w:p>
    <w:p>
      <w:r>
        <w:t>Security key / passkey | Among the strongest | Lost key without a spare enrollment</w:t>
      </w:r>
    </w:p>
    <w:p>
      <w:pPr>
        <w:pStyle w:val="Heading2"/>
      </w:pPr>
      <w:r>
        <w:t>3. Steps: turn on Google Prompt</w:t>
      </w:r>
    </w:p>
    <w:p>
      <w:pPr>
        <w:pStyle w:val="ListBullet"/>
      </w:pPr>
      <w:r>
        <w:t>On a browser you trust, open myaccount.google.com (type it yourself).</w:t>
      </w:r>
    </w:p>
    <w:p>
      <w:pPr>
        <w:pStyle w:val="ListBullet"/>
      </w:pPr>
      <w:r>
        <w:t>Go to Security → 2-Step Verification. Sign in again if asked. Turn on 2-Step Verification if it is off, following Google’s enrollment flow.</w:t>
      </w:r>
    </w:p>
    <w:p>
      <w:pPr>
        <w:pStyle w:val="ListBullet"/>
      </w:pPr>
      <w:r>
        <w:t>Add or confirm a phone that can receive Google prompts (Google Account Help documents Prompt / Google phone prompts under 2-Step Verification). Use a device you control, with a screen lock.</w:t>
      </w:r>
    </w:p>
    <w:p>
      <w:pPr>
        <w:pStyle w:val="ListBullet"/>
      </w:pPr>
      <w:r>
        <w:t>Under 2-Step Verification, review second steps: prefer Prompt, authenticator app, passkeys, or security keys over Text message when Google offers the choice for your account.</w:t>
      </w:r>
    </w:p>
    <w:p>
      <w:pPr>
        <w:pStyle w:val="ListBullet"/>
      </w:pPr>
      <w:r>
        <w:t>Generate and print backup codes; store them offline. Do not keep the only copy in SMS.</w:t>
      </w:r>
    </w:p>
    <w:p>
      <w:pPr>
        <w:pStyle w:val="ListBullet"/>
      </w:pPr>
      <w:r>
        <w:t>Optionally add an authenticator app as another second step before you remove weaker options—see moving authenticators if you are changing phones.</w:t>
      </w:r>
    </w:p>
    <w:p>
      <w:pPr>
        <w:pStyle w:val="ListBullet"/>
      </w:pPr>
      <w:r>
        <w:t>Test: sign out and sign in once; approve the prompt on your phone. Practice tapping No / Don’t allow on a prompt you did not start (then cancel).</w:t>
      </w:r>
    </w:p>
    <w:p>
      <w:pPr>
        <w:pStyle w:val="ListBullet"/>
      </w:pPr>
      <w:r>
        <w:t>Harden the phone: OS updates, carrier number lock, and malware scanning with a trusted tool such as Norton or Bitdefender if the device was phished. Keep one primary real-time antivirus—avoid stacking full suites. TotalAV, McAfee, and Avast are other on-site comparison options.</w:t>
      </w:r>
    </w:p>
    <w:p>
      <w:pPr>
        <w:pStyle w:val="Heading2"/>
      </w:pPr>
      <w:r>
        <w:t>4. If something goes wrong</w:t>
      </w:r>
    </w:p>
    <w:p>
      <w:pPr>
        <w:pStyle w:val="ListBullet"/>
      </w:pPr>
      <w:r>
        <w:t>Unexpected prompt: tap No, change your Google password, review recent security activity in the Google Account, and sign out unknown devices.</w:t>
      </w:r>
    </w:p>
    <w:p>
      <w:pPr>
        <w:pStyle w:val="ListBullet"/>
      </w:pPr>
      <w:r>
        <w:t>New phone: add Prompt on the new device before wiping the old one; keep backup codes handy.</w:t>
      </w:r>
    </w:p>
    <w:p>
      <w:pPr>
        <w:pStyle w:val="ListBullet"/>
      </w:pPr>
      <w:r>
        <w:t>Locked out: use backup codes or Google’s official account recovery—not paid “unlock Google” services.</w:t>
      </w:r>
    </w:p>
    <w:p>
      <w:pPr>
        <w:pStyle w:val="ListBullet"/>
      </w:pPr>
      <w:r>
        <w:t>Only SMS still available: add Prompt or authenticator as soon as Google’s UI offers it for your account type.</w:t>
      </w:r>
    </w:p>
    <w:p>
      <w:pPr>
        <w:pStyle w:val="Heading2"/>
      </w:pPr>
      <w:r>
        <w:t>FAQ</w:t>
      </w:r>
    </w:p>
    <w:p>
      <w:pPr>
        <w:pStyle w:val="Heading3"/>
      </w:pPr>
      <w:r>
        <w:t>Is Google Prompt the same as an authenticator app?</w:t>
      </w:r>
    </w:p>
    <w:p>
      <w:r>
        <w:t>No. Prompt pushes an approve/deny challenge to a Google-signed-in phone. Authenticator apps show rotating numeric codes for many sites.</w:t>
      </w:r>
    </w:p>
    <w:p>
      <w:pPr>
        <w:pStyle w:val="Heading3"/>
      </w:pPr>
      <w:r>
        <w:t>Will Prompt stop all account takeovers?</w:t>
      </w:r>
    </w:p>
    <w:p>
      <w:r>
        <w:t>No method is perfect. Prompt removes a large SMS attack path; you must still deny surprise approvals and protect recovery email and backup codes.</w:t>
      </w:r>
    </w:p>
    <w:p>
      <w:pPr>
        <w:pStyle w:val="Heading3"/>
      </w:pPr>
      <w:r>
        <w:t>Should I delete my phone number from Google entirely?</w:t>
      </w:r>
    </w:p>
    <w:p>
      <w:r>
        <w:t>Follow Google Account Help for recovery options. Many people keep a number for recovery while turning off SMS as the day-to-day second step—choose what Google documents for your account.</w:t>
      </w:r>
    </w:p>
    <w:p>
      <w:pPr>
        <w:pStyle w:val="Heading3"/>
      </w:pPr>
      <w:r>
        <w:t>Do I still need carrier number lock?</w:t>
      </w:r>
    </w:p>
    <w:p>
      <w:r>
        <w:t>Yes. Protecting the number helps other accounts that still use SMS and reduces takeover of the phone itself.</w:t>
      </w:r>
    </w:p>
    <w:p>
      <w:pPr>
        <w:pStyle w:val="Heading2"/>
      </w:pPr>
      <w:r>
        <w:t>If you still want a paid suite</w:t>
      </w:r>
    </w:p>
    <w:p>
      <w:r>
        <w:t>Avoiding how to turn on Google Prompt instead of SMS codes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Google Account Help: 2-Step Verification</w:t>
      </w:r>
    </w:p>
    <w:p>
      <w:pPr>
        <w:pStyle w:val="ListBullet"/>
      </w:pPr>
      <w:r>
        <w:t>Google Account Help: Sign in with Google phone prompts</w:t>
      </w:r>
    </w:p>
    <w:p>
      <w:pPr>
        <w:pStyle w:val="ListBullet"/>
      </w:pPr>
      <w:r>
        <w:t>Google Account Help: Backup codes</w:t>
      </w:r>
    </w:p>
    <w:p>
      <w:pPr>
        <w:pStyle w:val="ListBullet"/>
      </w:pPr>
      <w:r>
        <w:t>FTC: Recognize phishing</w:t>
      </w:r>
    </w:p>
    <w:p>
      <w:pPr>
        <w:pStyle w:val="ListBullet"/>
      </w:pPr>
      <w:r>
        <w:t>IdentityTheft.gov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fake two-factor authentication text</w:t>
      </w:r>
    </w:p>
    <w:p>
      <w:pPr>
        <w:pStyle w:val="ListBullet"/>
      </w:pPr>
      <w:r>
        <w:t>How to move authenticator apps to a new phone safely</w:t>
      </w:r>
    </w:p>
    <w:p>
      <w:pPr>
        <w:pStyle w:val="ListBullet"/>
      </w:pPr>
      <w:r>
        <w:t>How to set a carrier account PIN to stop SIM swap</w:t>
      </w:r>
    </w:p>
    <w:p>
      <w:pPr>
        <w:pStyle w:val="ListBullet"/>
      </w:pPr>
      <w:r>
        <w:t>How to turn on number lock at T-Mobile, Verizon, or AT&amp;T</w:t>
      </w:r>
    </w:p>
    <w:p>
      <w:pPr>
        <w:pStyle w:val="ListBullet"/>
      </w:pPr>
      <w:r>
        <w:t>How to run a Google Account Security Checkup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https://cyberguardlab.com/blog/google-prompt-instead-of-sms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turn on Google Prompt instead of SMS codes</dc:title>
  <dc:subject>How to turn on Google Prompt instead of SMS codes</dc:subject>
  <dc:creator>CyberGuardLab editorial</dc:creator>
  <cp:keywords>google prompt instead of sms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