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turn on Google Find My Device before you lose a phone</w:t>
      </w:r>
    </w:p>
    <w:p>
      <w:r>
        <w:rPr>
          <w:color w:val="E11D48"/>
          <w:u w:val="single"/>
        </w:rPr>
        <w:t>https://cyberguardlab.com/blog/google-find-my-device-setup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google-find-my-device-setup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Turn on Google’s lost-device tools (Find My Device, also labeled Find Hub on newer Android builds) *before* you lose the phone: sign in with a Google Account, set a screen lock, allow the device to be located, and practice opening android.com/find from another computer. That lets you ring, lock, or erase later. This how-to is Android/Google prep—not Apple Find My / Activation Lock, not erasing a lost Apple Watch, and not Chrome Enhanced Safe Browsing.</w:t>
      </w:r>
    </w:p>
    <w:p>
      <w:pPr>
        <w:pStyle w:val="Heading2"/>
      </w:pPr>
      <w:r>
        <w:t>1. Why set this up early</w:t>
      </w:r>
    </w:p>
    <w:p>
      <w:r>
        <w:t>Remote locate/lock/erase only works if the account, Find setting, and (for strong offline finding) a screen lock were already in place. After a theft is the wrong time to discover location sharing was off.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If your only 2SV method is the phone you just lost, backup codes or a security key are what let you into android.com/find. Print or store backup codes offline when you first enable Find My Device—not after the bag is gone.</w:t>
      </w:r>
    </w:p>
    <w:p>
      <w:pPr>
        <w:pStyle w:val="Heading2"/>
      </w:pPr>
      <w:r>
        <w:t>2. Find My Device vs Apple Find My</w:t>
      </w:r>
    </w:p>
    <w:p>
      <w:r>
        <w:t>Topic | Google / Android | Apple</w:t>
      </w:r>
    </w:p>
    <w:p>
      <w:r>
        <w:t>Setup place | Android Settings + Google Account | Settings → [Your Name] → Find My</w:t>
      </w:r>
    </w:p>
    <w:p>
      <w:r>
        <w:t>Web console | android.com/find | icloud.com/find</w:t>
      </w:r>
    </w:p>
    <w:p>
      <w:r>
        <w:t>Activation-style lock | Factory reset protection / account locks (varies) | Activation Lock with Apple Account</w:t>
      </w:r>
    </w:p>
    <w:p>
      <w:r>
        <w:t>This guide | Yes—enable before loss | See travel Find My guide</w:t>
      </w:r>
    </w:p>
    <w:p>
      <w:pPr>
        <w:pStyle w:val="Heading2"/>
      </w:pPr>
      <w:r>
        <w:t>3. Steps: enable before you need it</w:t>
      </w:r>
    </w:p>
    <w:p>
      <w:pPr>
        <w:pStyle w:val="ListBullet"/>
      </w:pPr>
      <w:r>
        <w:t>Update Android. Add the Google Account you will use for recovery.</w:t>
      </w:r>
    </w:p>
    <w:p>
      <w:pPr>
        <w:pStyle w:val="ListBullet"/>
      </w:pPr>
      <w:r>
        <w:t>Set a PIN, pattern, or password screen lock (biometrics alone are not enough for all Find network features).</w:t>
      </w:r>
    </w:p>
    <w:p>
      <w:pPr>
        <w:pStyle w:val="ListBullet"/>
      </w:pPr>
      <w:r>
        <w:t>Open Settings and find Find My Device / Find Hub (paths vary): commonly Settings → Google → Find My Device / All services → Find Hub, or Settings → Security → Find My Device.</w:t>
      </w:r>
    </w:p>
    <w:p>
      <w:pPr>
        <w:pStyle w:val="ListBullet"/>
      </w:pPr>
      <w:r>
        <w:t>Turn on Find My Device / Allow device to be located (wording varies by version).</w:t>
      </w:r>
    </w:p>
    <w:p>
      <w:pPr>
        <w:pStyle w:val="ListBullet"/>
      </w:pPr>
      <w:r>
        <w:t>Review offline finding / Find network options if shown—understand that participating networks help locate powered devices even without your own data connection.</w:t>
      </w:r>
    </w:p>
    <w:p>
      <w:pPr>
        <w:pStyle w:val="ListBullet"/>
      </w:pPr>
      <w:r>
        <w:t>On a second device or computer, open https://android.com/find, sign in with the same Google Account, and confirm this phone appears.</w:t>
      </w:r>
    </w:p>
    <w:p>
      <w:pPr>
        <w:pStyle w:val="ListBullet"/>
      </w:pPr>
      <w:r>
        <w:t>Optionally install Google’s Find Hub / Find My Device app from Play Store on a spare Android for easier guest/help flows.</w:t>
      </w:r>
    </w:p>
    <w:p>
      <w:pPr>
        <w:pStyle w:val="ListBullet"/>
      </w:pPr>
      <w:r>
        <w:t>Turn on 2-Step Verification for the Google Account and save backup codes or a hardware security key so you can still reach android.com/find if the phone was your only second factor.</w:t>
      </w:r>
    </w:p>
    <w:p>
      <w:pPr>
        <w:pStyle w:val="Heading2"/>
      </w:pPr>
      <w:r>
        <w:t>4. If the phone goes missing later</w:t>
      </w:r>
    </w:p>
    <w:p>
      <w:pPr>
        <w:pStyle w:val="ListBullet"/>
      </w:pPr>
      <w:r>
        <w:t>From another browser: android.com/find → select device → Play sound, Secure device, or Erase as appropriate.</w:t>
      </w:r>
    </w:p>
    <w:p>
      <w:pPr>
        <w:pStyle w:val="ListBullet"/>
      </w:pPr>
      <w:r>
        <w:t>Change the Google password; review third-party app access.</w:t>
      </w:r>
    </w:p>
    <w:p>
      <w:pPr>
        <w:pStyle w:val="ListBullet"/>
      </w:pPr>
      <w:r>
        <w:t>Call your carrier to suspend service; file local reports as needed.</w:t>
      </w:r>
    </w:p>
    <w:p>
      <w:pPr>
        <w:pStyle w:val="ListBullet"/>
      </w:pPr>
      <w:r>
        <w:t>Ignore “Google Support” texts that ask for remote access—open only official URLs you type.</w:t>
      </w:r>
    </w:p>
    <w:p>
      <w:pPr>
        <w:pStyle w:val="Heading2"/>
      </w:pPr>
      <w:r>
        <w:t>FAQ</w:t>
      </w:r>
    </w:p>
    <w:p>
      <w:pPr>
        <w:pStyle w:val="Heading3"/>
      </w:pPr>
      <w:r>
        <w:t>Is Find Hub different from Find My Device?</w:t>
      </w:r>
    </w:p>
    <w:p>
      <w:r>
        <w:t>Google has been renaming and expanding the experience; Settings labels differ by Android version. Functionally you still need locate permission on and the same Google Account on android.com/find.</w:t>
      </w:r>
    </w:p>
    <w:p>
      <w:pPr>
        <w:pStyle w:val="Heading3"/>
      </w:pPr>
      <w:r>
        <w:t>Does this work without mobile data?</w:t>
      </w:r>
    </w:p>
    <w:p>
      <w:r>
        <w:t>Online locate needs connectivity on the lost device for classic ringing/erasing. Offline network features depend on settings, screen lock, and nearby Android devices—enable them before travel.</w:t>
      </w:r>
    </w:p>
    <w:p>
      <w:pPr>
        <w:pStyle w:val="Heading3"/>
      </w:pPr>
      <w:r>
        <w:t>Will erase remove the Google Account FRP lock?</w:t>
      </w:r>
    </w:p>
    <w:p>
      <w:r>
        <w:t>Factory Reset Protection is meant to keep thieves from freely using a reset phone with your account. Do not share account passwords to “help unlock” a phone you do not own.</w:t>
      </w:r>
    </w:p>
    <w:p>
      <w:pPr>
        <w:pStyle w:val="Heading3"/>
      </w:pPr>
      <w:r>
        <w:t>Can I use this for iPhone?</w:t>
      </w:r>
    </w:p>
    <w:p>
      <w:r>
        <w:t>No. Use Apple Find My for iPhone and Watch.</w:t>
      </w:r>
    </w:p>
    <w:p>
      <w:pPr>
        <w:pStyle w:val="Heading2"/>
      </w:pPr>
      <w:r>
        <w:t>If you still want a paid suite</w:t>
      </w:r>
    </w:p>
    <w:p>
      <w:r>
        <w:t>Avoiding how to turn on Google Find My Device before you lose a phone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Google Account Help: Be ready to find a lost Android device</w:t>
      </w:r>
    </w:p>
    <w:p>
      <w:pPr>
        <w:pStyle w:val="ListBullet"/>
      </w:pPr>
      <w:r>
        <w:t>Android Help: Find, secure, or erase a lost device</w:t>
      </w:r>
    </w:p>
    <w:p>
      <w:pPr>
        <w:pStyle w:val="ListBullet"/>
      </w:pPr>
      <w:r>
        <w:t>Find Hub web</w:t>
      </w:r>
    </w:p>
    <w:p>
      <w:pPr>
        <w:pStyle w:val="ListBullet"/>
      </w:pPr>
      <w:r>
        <w:t>FTC: Secure your phone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erase an Apple Watch after it is lost</w:t>
      </w:r>
    </w:p>
    <w:p>
      <w:pPr>
        <w:pStyle w:val="ListBullet"/>
      </w:pPr>
      <w:r>
        <w:t>How to turn on Find My and Activation Lock before travel</w:t>
      </w:r>
    </w:p>
    <w:p>
      <w:pPr>
        <w:pStyle w:val="ListBullet"/>
      </w:pPr>
      <w:r>
        <w:t>How to lock a lost phone on Apple or Google</w:t>
      </w:r>
    </w:p>
    <w:p>
      <w:pPr>
        <w:pStyle w:val="ListBullet"/>
      </w:pPr>
      <w:r>
        <w:t>How to use a work profile to isolate risky Android apps</w:t>
      </w:r>
    </w:p>
    <w:p>
      <w:pPr>
        <w:pStyle w:val="ListBullet"/>
      </w:pPr>
      <w:r>
        <w:t>How to review Google account third-party app access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https://cyberguardlab.com/blog/google-find-my-device-setup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turn on Google Find My Device before you lose a phone</dc:title>
  <dc:subject>How to turn on Google Find My Device before you lose a phone</dc:subject>
  <dc:creator>CyberGuardLab editorial</dc:creator>
  <cp:keywords>google find my device setup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