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take a Google Account Security Checkup</w:t>
      </w:r>
    </w:p>
    <w:p>
      <w:r>
        <w:rPr>
          <w:color w:val="E11D48"/>
          <w:u w:val="single"/>
        </w:rPr>
        <w:t>https://cyberguardlab.com/blog/google-account-security-checkup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google-account-security-checku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Google’s Security Checkup walks you through personalized recommendations for your Google Account — recovery options, 2-Step Verification, passkeys, app access, and more. Google recommends doing it regularly so small gaps do not pile up (Take a Security Checkup; Make your account more secure).</w:t>
      </w:r>
    </w:p>
    <w:p>
      <w:r>
        <w:t>This guide is about the Checkup workflow, not the full story of recovering a stolen inbox (hacked email or social account) or every 2FA setup path (turn on 2FA). No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1. Open Security Checkup</w:t>
      </w:r>
    </w:p>
    <w:p>
      <w:pPr>
        <w:pStyle w:val="ListBullet"/>
      </w:pPr>
      <w:r>
        <w:t>Sign in to your Google Account on a device you trust.</w:t>
      </w:r>
    </w:p>
    <w:p>
      <w:pPr>
        <w:pStyle w:val="ListBullet"/>
      </w:pPr>
      <w:r>
        <w:t>Open Security Checkup (or tap your profile picture → Recommended actions when Google shows it).</w:t>
      </w:r>
    </w:p>
    <w:p>
      <w:pPr>
        <w:pStyle w:val="ListBullet"/>
      </w:pPr>
      <w:r>
        <w:t>If you see a green shield under Security &amp; sign-in, Google has no urgent recommendations — still skim for tips (Make your account more secure).</w:t>
      </w:r>
    </w:p>
    <w:p>
      <w:pPr>
        <w:pStyle w:val="ListBullet"/>
      </w:pPr>
      <w:r>
        <w:t>Color cues for Recommended actions: blue = tips, yellow = important, red = urgent.</w:t>
      </w:r>
    </w:p>
    <w:p>
      <w:pPr>
        <w:pStyle w:val="Heading2"/>
      </w:pPr>
      <w:r>
        <w:t>2. Work the recommendations in order</w:t>
      </w:r>
    </w:p>
    <w:p>
      <w:pPr>
        <w:pStyle w:val="ListBullet"/>
      </w:pPr>
      <w:r>
        <w:t>Recovery phone and email — so you can get alerts and regain access if locked out.</w:t>
      </w:r>
    </w:p>
    <w:p>
      <w:pPr>
        <w:pStyle w:val="ListBullet"/>
      </w:pPr>
      <w:r>
        <w:t>Passkey (optional but strong) — sign in with fingerprint, face, or device PIN instead of a phishable password.</w:t>
      </w:r>
    </w:p>
    <w:p>
      <w:pPr>
        <w:pStyle w:val="ListBullet"/>
      </w:pPr>
      <w:r>
        <w:t>2-Step Verification — prefer security keys or Google Prompts over SMS codes when you can (Google account security guide). Pair with our 2FA for Gmail / Apple / bank guide.</w:t>
      </w:r>
    </w:p>
    <w:p>
      <w:pPr>
        <w:pStyle w:val="ListBullet"/>
      </w:pPr>
      <w:r>
        <w:t>Remove risky app access — revoke apps and “less secure” sign-in you no longer use.</w:t>
      </w:r>
    </w:p>
    <w:p>
      <w:pPr>
        <w:pStyle w:val="ListBullet"/>
      </w:pPr>
      <w:r>
        <w:t>Screen locks on phones that stay signed in to Gmail or Photos.</w:t>
      </w:r>
    </w:p>
    <w:p>
      <w:pPr>
        <w:pStyle w:val="ListBullet"/>
      </w:pPr>
      <w:r>
        <w:t>Optionally run Password Checkup for weak, reused, or exposed saved passwords, keep Chrome / OS / apps updated (automatic updates), and use a password manager habit.</w:t>
      </w:r>
    </w:p>
    <w:p>
      <w:pPr>
        <w:pStyle w:val="Heading2"/>
      </w:pPr>
      <w:r>
        <w:t>3. After the Checkup</w:t>
      </w:r>
    </w:p>
    <w:p>
      <w:pPr>
        <w:pStyle w:val="ListBullet"/>
      </w:pPr>
      <w:r>
        <w:t>Note any device or recent security activity you do not recognize — change your password and follow Google’s unfamiliar-activity steps.</w:t>
      </w:r>
    </w:p>
    <w:p>
      <w:pPr>
        <w:pStyle w:val="ListBullet"/>
      </w:pPr>
      <w:r>
        <w:t>Journalists or high-risk users can review Google’s Advanced Protection Program (security keys + tighter app rules) — most households do not need it.</w:t>
      </w:r>
    </w:p>
    <w:p>
      <w:pPr>
        <w:pStyle w:val="ListBullet"/>
      </w:pPr>
      <w:r>
        <w:t>Pair this with our data breach check and Play Protect scan guides if you use Android. If the account was already taken, start with hacked email / social recovery.</w:t>
      </w:r>
    </w:p>
    <w:p>
      <w:pPr>
        <w:pStyle w:val="Heading2"/>
      </w:pPr>
      <w:r>
        <w:t>FAQ</w:t>
      </w:r>
    </w:p>
    <w:p>
      <w:pPr>
        <w:pStyle w:val="Heading3"/>
      </w:pPr>
      <w:r>
        <w:t>How often should I run Security Checkup?</w:t>
      </w:r>
    </w:p>
    <w:p>
      <w:r>
        <w:t>Google says regularly. A practical household rhythm is every few months, plus after a suspicious login alert.</w:t>
      </w:r>
    </w:p>
    <w:p>
      <w:pPr>
        <w:pStyle w:val="Heading3"/>
      </w:pPr>
      <w:r>
        <w:t>Does a green shield mean I am finished forever?</w:t>
      </w:r>
    </w:p>
    <w:p>
      <w:r>
        <w:t>It means no immediate recommended actions. Revisit after travel, a new phone, or a breach notice.</w:t>
      </w:r>
    </w:p>
    <w:p>
      <w:pPr>
        <w:pStyle w:val="Heading3"/>
      </w:pPr>
      <w:r>
        <w:t>Is Security Checkup the same as 2-Step Verification?</w:t>
      </w:r>
    </w:p>
    <w:p>
      <w:r>
        <w:t>No. Checkup is the dashboard; 2SV is one recommendation inside it.</w:t>
      </w:r>
    </w:p>
    <w:p>
      <w:pPr>
        <w:pStyle w:val="Heading3"/>
      </w:pPr>
      <w:r>
        <w:t>Do I need Advanced Protection?</w:t>
      </w:r>
    </w:p>
    <w:p>
      <w:r>
        <w:t>Only if you face targeted attacks (Google cites journalists/activists). Typical US households can stay on standard Checkup + 2SV.</w:t>
      </w:r>
    </w:p>
    <w:p>
      <w:pPr>
        <w:pStyle w:val="Heading3"/>
      </w:pPr>
      <w:r>
        <w:t>Do I need paid antivirus to finish Security Checkup?</w:t>
      </w:r>
    </w:p>
    <w:p>
      <w:r>
        <w:t>No. The Checkup is free. Buy-nothing is valid.</w:t>
      </w:r>
    </w:p>
    <w:p>
      <w:pPr>
        <w:pStyle w:val="Heading2"/>
      </w:pPr>
      <w:r>
        <w:t>If you still want a paid suite</w:t>
      </w:r>
    </w:p>
    <w:p>
      <w:r>
        <w:t>Google Account hygiene does not require paid antivirus. Built-in Checkup + 2SV + updates are a valid buy-nothing stack. If you want multi-device paid protection,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Take a Security Checkup (Google)</w:t>
      </w:r>
    </w:p>
    <w:p>
      <w:pPr>
        <w:pStyle w:val="ListBullet"/>
      </w:pPr>
      <w:r>
        <w:t>Make your account more secure (Google)</w:t>
      </w:r>
    </w:p>
    <w:p>
      <w:pPr>
        <w:pStyle w:val="ListBullet"/>
      </w:pPr>
      <w:r>
        <w:t>Security Checkup (Google Account)</w:t>
      </w:r>
    </w:p>
    <w:p>
      <w:pPr>
        <w:pStyle w:val="ListBullet"/>
      </w:pPr>
      <w:r>
        <w:t>Protect your account if there's unfamiliar activity (Google)</w:t>
      </w:r>
    </w:p>
    <w:p>
      <w:pPr>
        <w:pStyle w:val="Heading2"/>
      </w:pPr>
      <w:r>
        <w:t>Also read</w:t>
      </w:r>
    </w:p>
    <w:p>
      <w:pPr>
        <w:pStyle w:val="ListBullet"/>
      </w:pPr>
      <w:r>
        <w:t>Turn on 2FA for Gmail, Apple, and bank</w:t>
      </w:r>
    </w:p>
    <w:p>
      <w:pPr>
        <w:pStyle w:val="ListBullet"/>
      </w:pPr>
      <w:r>
        <w:t>How to check if your email was in a data breach</w:t>
      </w:r>
    </w:p>
    <w:p>
      <w:pPr>
        <w:pStyle w:val="ListBullet"/>
      </w:pPr>
      <w:r>
        <w:t>Hacked email or social account: first steps</w:t>
      </w:r>
    </w:p>
    <w:p>
      <w:pPr>
        <w:pStyle w:val="ListBullet"/>
      </w:pPr>
      <w:r>
        <w:t>Password manager vs browser passwords</w:t>
      </w:r>
    </w:p>
    <w:p>
      <w:pPr>
        <w:pStyle w:val="ListBullet"/>
      </w:pPr>
      <w:r>
        <w:t>Android Play Protect malware scan</w:t>
      </w:r>
    </w:p>
    <w:p>
      <w:pPr>
        <w:pStyle w:val="ListBullet"/>
      </w:pPr>
      <w:r>
        <w:t>Automatic updates on Windows, Mac, and phone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https://cyberguardlab.com/blog/google-account-security-checkup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take a Google Account Security Checkup</dc:title>
  <dc:subject>How to take a Google Account Security Checkup</dc:subject>
  <dc:creator>CyberGuardLab editorial</dc:creator>
  <cp:keywords>google account security checkup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