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turn on Find My and Activation Lock before travel</w:t>
      </w:r>
    </w:p>
    <w:p>
      <w:r>
        <w:rPr>
          <w:color w:val="E11D48"/>
          <w:u w:val="single"/>
        </w:rPr>
        <w:t>https://cyberguardlab.com/blog/find-my-activation-lock-before-travel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ind-my-activation-lock-before-travel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Before you travel, turn on Find My for iPhone, iPad, Mac, and AirTags you carry, and confirm Activation Lock is active via your Apple Account so a thief cannot easily reactivate the device with another account. Also note your device names in iCloud.com/find and practice Mark as Lost. This how-to is about Find My + Activation Lock readiness for trips—not Sign in with Apple permission review, not Advanced Data Protection, and not Hide My Email.</w:t>
      </w:r>
    </w:p>
    <w:p>
      <w:pPr>
        <w:pStyle w:val="Heading2"/>
      </w:pPr>
      <w:r>
        <w:t>1. Why this matters before travel</w:t>
      </w:r>
    </w:p>
    <w:p>
      <w:r>
        <w:t>Hotels, transit, and rental cars raise loss/theft risk. Find My helps locate or play a sound; Activation Lock ties activation to your Apple Account password after erase. These features do not replace travel insurance or a strong device passcode.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Anyone who offers to “unlock Find My” for a fee or asks for your Apple Account password/codes is not Apple. Use support.apple.com or the Apple Support app yourself. Activation Lock exists to frustrate thieves—do not disable it for strangers.</w:t>
      </w:r>
    </w:p>
    <w:p>
      <w:pPr>
        <w:pStyle w:val="Heading2"/>
      </w:pPr>
      <w:r>
        <w:t>2. Find My vs related Apple privacy features</w:t>
      </w:r>
    </w:p>
    <w:p>
      <w:r>
        <w:t>Feature | Purpose | Travel note</w:t>
      </w:r>
    </w:p>
    <w:p>
      <w:r>
        <w:t>Find My + Activation Lock | Locate/lock/erase; block reactivation | Turn on before you leave home</w:t>
      </w:r>
    </w:p>
    <w:p>
      <w:r>
        <w:t>Advanced Data Protection | End-to-end encrypt more iCloud categories | Useful long-term; set up with recovery contact/key before trips—see ADP guide</w:t>
      </w:r>
    </w:p>
    <w:p>
      <w:r>
        <w:t>Sign in with Apple | App login permissions | Review apps separately; not a theft deterrent</w:t>
      </w:r>
    </w:p>
    <w:p>
      <w:r>
        <w:t>Hide My Email | Relay addresses for sign-ups | Handy for hotel/Wi-Fi portals; not Find My</w:t>
      </w:r>
    </w:p>
    <w:p>
      <w:pPr>
        <w:pStyle w:val="Heading2"/>
      </w:pPr>
      <w:r>
        <w:t>3. Steps: turn on Find My and verify Activation Lock</w:t>
      </w:r>
    </w:p>
    <w:p>
      <w:pPr>
        <w:pStyle w:val="ListBullet"/>
      </w:pPr>
      <w:r>
        <w:t>Update iOS/iPadOS/macOS. Use a strong device passcode and keep the Apple Account password only you know.</w:t>
      </w:r>
    </w:p>
    <w:p>
      <w:pPr>
        <w:pStyle w:val="ListBullet"/>
      </w:pPr>
      <w:r>
        <w:t>On iPhone/iPad: Settings → [Your Name] → Find My → Find My iPhone/iPad → turn on. Enable Find My network and Send Last Location when offered.</w:t>
      </w:r>
    </w:p>
    <w:p>
      <w:pPr>
        <w:pStyle w:val="ListBullet"/>
      </w:pPr>
      <w:r>
        <w:t>On Mac: System Settings → [Your Name] → Find My → Find My Mac → turn on.</w:t>
      </w:r>
    </w:p>
    <w:p>
      <w:pPr>
        <w:pStyle w:val="ListBullet"/>
      </w:pPr>
      <w:r>
        <w:t>Confirm you are signed into the same Apple Account you will use on the road. Activation Lock turns on automatically when Find My is enabled with that account.</w:t>
      </w:r>
    </w:p>
    <w:p>
      <w:pPr>
        <w:pStyle w:val="ListBullet"/>
      </w:pPr>
      <w:r>
        <w:t>Visit icloud.com/find (or the Find My app on another Apple device) and verify each device appears with a sensible name (e.g., “Travel iPhone”).</w:t>
      </w:r>
    </w:p>
    <w:p>
      <w:pPr>
        <w:pStyle w:val="ListBullet"/>
      </w:pPr>
      <w:r>
        <w:t>Optionally enable Lost Mode features awareness: know how to Mark as Lost, erase remotely, and view Activation Lock status after erase.</w:t>
      </w:r>
    </w:p>
    <w:p>
      <w:pPr>
        <w:pStyle w:val="ListBullet"/>
      </w:pPr>
      <w:r>
        <w:t>Pack a backup charging cable; low battery kills tracking usefulness. Do not share Apple Account codes with anyone who “helps” at the airport—that pattern matches support scams.</w:t>
      </w:r>
    </w:p>
    <w:p>
      <w:pPr>
        <w:pStyle w:val="ListBullet"/>
      </w:pPr>
      <w:r>
        <w:t>Antivirus on accompanying Windows laptops is separate—use Norton, Bitdefender, or other on-site options (TotalAV, McAfee, Avast) as your chosen primary suite.</w:t>
      </w:r>
    </w:p>
    <w:p>
      <w:pPr>
        <w:pStyle w:val="Heading2"/>
      </w:pPr>
      <w:r>
        <w:t>4. If a device goes missing on the trip</w:t>
      </w:r>
    </w:p>
    <w:p>
      <w:pPr>
        <w:pStyle w:val="ListBullet"/>
      </w:pPr>
      <w:r>
        <w:t>Use Find My ASAP: play sound, Mark as Lost with a phone number you can answer, watch the map.</w:t>
      </w:r>
    </w:p>
    <w:p>
      <w:pPr>
        <w:pStyle w:val="ListBullet"/>
      </w:pPr>
      <w:r>
        <w:t>Change the Apple Account password from a trusted device if theft is likely.</w:t>
      </w:r>
    </w:p>
    <w:p>
      <w:pPr>
        <w:pStyle w:val="ListBullet"/>
      </w:pPr>
      <w:r>
        <w:t>Report to local police and your carrier for IMEI/service as needed; erase only when you accept you may not recover the hardware.</w:t>
      </w:r>
    </w:p>
    <w:p>
      <w:pPr>
        <w:pStyle w:val="ListBullet"/>
      </w:pPr>
      <w:r>
        <w:t>Watch for fake iCloud storage phishing emails that appear after a loss—open iCloud only via appleid.apple.com / account.apple.com you type yourself.</w:t>
      </w:r>
    </w:p>
    <w:p>
      <w:pPr>
        <w:pStyle w:val="Heading2"/>
      </w:pPr>
      <w:r>
        <w:t>FAQ</w:t>
      </w:r>
    </w:p>
    <w:p>
      <w:pPr>
        <w:pStyle w:val="Heading3"/>
      </w:pPr>
      <w:r>
        <w:t>Is Activation Lock separate from Find My?</w:t>
      </w:r>
    </w:p>
    <w:p>
      <w:r>
        <w:t>Activation Lock is enabled when Find My is on with your Apple Account. Turning Find My off (and completing sign-out properly) is required before you sell a device.</w:t>
      </w:r>
    </w:p>
    <w:p>
      <w:pPr>
        <w:pStyle w:val="Heading3"/>
      </w:pPr>
      <w:r>
        <w:t>Does Find My work without cellular data?</w:t>
      </w:r>
    </w:p>
    <w:p>
      <w:r>
        <w:t>It can use Wi-Fi and the Find My network of nearby Apple devices. Offline devices may show last known location.</w:t>
      </w:r>
    </w:p>
    <w:p>
      <w:pPr>
        <w:pStyle w:val="Heading3"/>
      </w:pPr>
      <w:r>
        <w:t>Should I enable ADP the night before a flight?</w:t>
      </w:r>
    </w:p>
    <w:p>
      <w:r>
        <w:t>Only if you already understand recovery contacts/keys. Last-minute ADP setup without a recovery plan risks lockout—see Advanced Data Protection.</w:t>
      </w:r>
    </w:p>
    <w:p>
      <w:pPr>
        <w:pStyle w:val="Heading3"/>
      </w:pPr>
      <w:r>
        <w:t>Will Find My stop someone from reading an unlocked phone?</w:t>
      </w:r>
    </w:p>
    <w:p>
      <w:r>
        <w:t>No. Use a passcode/Face ID/Touch ID and auto-lock. Find My helps after loss; it does not replace screen lock.</w:t>
      </w:r>
    </w:p>
    <w:p>
      <w:pPr>
        <w:pStyle w:val="Heading2"/>
      </w:pPr>
      <w:r>
        <w:t>If you still want a paid suite</w:t>
      </w:r>
    </w:p>
    <w:p>
      <w:r>
        <w:t>Avoiding how to turn on Find My and Activation Lock before travel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Apple Support: Set up Find My on iPhone</w:t>
      </w:r>
    </w:p>
    <w:p>
      <w:pPr>
        <w:pStyle w:val="ListBullet"/>
      </w:pPr>
      <w:r>
        <w:t>Apple Support: Activation Lock</w:t>
      </w:r>
    </w:p>
    <w:p>
      <w:pPr>
        <w:pStyle w:val="ListBullet"/>
      </w:pPr>
      <w:r>
        <w:t>Apple Support: If your iPhone is lost or stolen</w:t>
      </w:r>
    </w:p>
    <w:p>
      <w:pPr>
        <w:pStyle w:val="ListBullet"/>
      </w:pPr>
      <w:r>
        <w:t>FTC: Laptop and phone security tips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turn on Advanced Data Protection for iCloud</w:t>
      </w:r>
    </w:p>
    <w:p>
      <w:pPr>
        <w:pStyle w:val="ListBullet"/>
      </w:pPr>
      <w:r>
        <w:t>How to spot a fake iCloud storage full phishing email</w:t>
      </w:r>
    </w:p>
    <w:p>
      <w:pPr>
        <w:pStyle w:val="ListBullet"/>
      </w:pPr>
      <w:r>
        <w:t>How to review Sign in with Apple app permissions</w:t>
      </w:r>
    </w:p>
    <w:p>
      <w:pPr>
        <w:pStyle w:val="ListBullet"/>
      </w:pPr>
      <w:r>
        <w:t>How to use Hide My Email for new sign-ups</w:t>
      </w:r>
    </w:p>
    <w:p>
      <w:pPr>
        <w:pStyle w:val="ListBullet"/>
      </w:pPr>
      <w:r>
        <w:t>How to lock a lost phone on Apple or Google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https://cyberguardlab.com/blog/find-my-activation-lock-before-travel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turn on Find My and Activation Lock before travel</dc:title>
  <dc:subject>How to turn on Find My and Activation Lock before travel</dc:subject>
  <dc:creator>CyberGuardLab editorial</dc:creator>
  <cp:keywords>find my activation lock before travel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