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spot a fake smart-home app on the app store</w:t>
      </w:r>
    </w:p>
    <w:p>
      <w:r>
        <w:rPr>
          <w:color w:val="E11D48"/>
          <w:u w:val="single"/>
        </w:rPr>
        <w:t>https://cyberguardlab.com/blog/fake-smart-home-app-store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fake-smart-home-app-stor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A fake smart-home app on the App Store or Google Play mimics a camera, doorbell, bulb, plug, or “universal remote” brand, then harvests account passwords, pushes overlays, or asks for accessibility / device-admin abuse. Install only from the QR code or URL printed in the manufacturer’s box or official site, then verify the developer name. This guide is store-app impersonation—not setting a doorbell password, not browser push scams, and not NAS hardening.</w:t>
      </w:r>
    </w:p>
    <w:p>
      <w:pPr>
        <w:pStyle w:val="Heading2"/>
      </w:pPr>
      <w:r>
        <w:t>1. What this scam looks like</w:t>
      </w:r>
    </w:p>
    <w:p>
      <w:r>
        <w:t>Search results show near-identical icons: “Ringg,” “Aquara,” “TP-Lnk,” or a generic “Smart Life Pro Max.” Reviews may be sparse, copied, or oddly new. After install, the app demands your Wi-Fi password, cloud login, SMS codes, or Accessibility permission “to pair devices.” Some are clones that relay credentials to thieves; others are adware.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r>
        <w:t>Sideloaded APKs from random “firmware” blogs are an even higher-risk cousin—related patterns appear in fake carrier 5G upgrade APK guidance.</w:t>
      </w:r>
    </w:p>
    <w:p>
      <w:r>
        <w:t>Even when a brand’s iOS app is legit, a random Android APK site claiming the “same” app is a classic malware drop. Use Play Store or the vendor’s signed download page only.</w:t>
      </w:r>
    </w:p>
    <w:p>
      <w:pPr>
        <w:pStyle w:val="Heading2"/>
      </w:pPr>
      <w:r>
        <w:t>2. Legitimate vs scam cues</w:t>
      </w:r>
    </w:p>
    <w:p>
      <w:r>
        <w:t>Cue | Likely legitimate | Likely scam</w:t>
      </w:r>
    </w:p>
    <w:p>
      <w:r>
        <w:t>How you found it | QR/link from the box or brand.com Support | First random Play/App Store search hit</w:t>
      </w:r>
    </w:p>
    <w:p>
      <w:r>
        <w:t>Developer name | Matches the manufacturer or known OEM partner | Unknown LLC; misspelled brand</w:t>
      </w:r>
    </w:p>
    <w:p>
      <w:r>
        <w:t>Permissions | Camera/Bluetooth as needed to pair | Accessibility, SMS, call logs “required to continue”</w:t>
      </w:r>
    </w:p>
    <w:p>
      <w:r>
        <w:t>Support path | Help opens the same brand domain | Only a Telegram “engineer”</w:t>
      </w:r>
    </w:p>
    <w:p>
      <w:r>
        <w:t>Updates | Regular updates from the same developer | Abandoned listing; sudden permission creep</w:t>
      </w:r>
    </w:p>
    <w:p>
      <w:pPr>
        <w:pStyle w:val="Heading2"/>
      </w:pPr>
      <w:r>
        <w:t>3. What to do before and after install</w:t>
      </w:r>
    </w:p>
    <w:p>
      <w:pPr>
        <w:pStyle w:val="ListBullet"/>
      </w:pPr>
      <w:r>
        <w:t>Prefer the vendor’s documented app name; scan the in-box QR when present.</w:t>
      </w:r>
    </w:p>
    <w:p>
      <w:pPr>
        <w:pStyle w:val="ListBullet"/>
      </w:pPr>
      <w:r>
        <w:t>Check developer publisher name, privacy policy domain, and recent update date.</w:t>
      </w:r>
    </w:p>
    <w:p>
      <w:pPr>
        <w:pStyle w:val="ListBullet"/>
      </w:pPr>
      <w:r>
        <w:t>Decline Accessibility / device-admin unless the vendor clearly documents why (rare for bulbs/plugs).</w:t>
      </w:r>
    </w:p>
    <w:p>
      <w:pPr>
        <w:pStyle w:val="ListBullet"/>
      </w:pPr>
      <w:r>
        <w:t>Use a unique password for the smart-home cloud account—see smart doorbell unique password patterns for IoT logins.</w:t>
      </w:r>
    </w:p>
    <w:p>
      <w:pPr>
        <w:pStyle w:val="ListBullet"/>
      </w:pPr>
      <w:r>
        <w:t>If you already installed a fake: uninstall it; change Wi-Fi and cloud passwords from a clean device; revoke app passwords.</w:t>
      </w:r>
    </w:p>
    <w:p>
      <w:pPr>
        <w:pStyle w:val="ListBullet"/>
      </w:pPr>
      <w:r>
        <w:t>Scan the phone with on-device Play Protect / Apple protections, plus a trusted product such as Norton or Bitdefender when you use one; TotalAV, McAfee, and Avast are other on-site options.</w:t>
      </w:r>
    </w:p>
    <w:p>
      <w:pPr>
        <w:pStyle w:val="Heading2"/>
      </w:pPr>
      <w:r>
        <w:t>4. What to do before and after install</w:t>
      </w:r>
    </w:p>
    <w:p>
      <w:pPr>
        <w:pStyle w:val="ListBullet"/>
      </w:pPr>
      <w:r>
        <w:t>Prefer the vendor’s documented app name; scan the in-box QR when present.</w:t>
      </w:r>
    </w:p>
    <w:p>
      <w:pPr>
        <w:pStyle w:val="ListBullet"/>
      </w:pPr>
      <w:r>
        <w:t>Check developer publisher name, privacy policy domain, and recent update date.</w:t>
      </w:r>
    </w:p>
    <w:p>
      <w:pPr>
        <w:pStyle w:val="ListBullet"/>
      </w:pPr>
      <w:r>
        <w:t>Decline Accessibility / device-admin unless the vendor clearly documents why (rare for bulbs/plugs).</w:t>
      </w:r>
    </w:p>
    <w:p>
      <w:pPr>
        <w:pStyle w:val="ListBullet"/>
      </w:pPr>
      <w:r>
        <w:t>Use a unique password for the smart-home cloud account—see smart doorbell unique password patterns for IoT logins.</w:t>
      </w:r>
    </w:p>
    <w:p>
      <w:pPr>
        <w:pStyle w:val="ListBullet"/>
      </w:pPr>
      <w:r>
        <w:t>If you already installed a fake: uninstall it; change Wi-Fi and cloud passwords from a clean device; revoke app passwords.</w:t>
      </w:r>
    </w:p>
    <w:p>
      <w:pPr>
        <w:pStyle w:val="ListBullet"/>
      </w:pPr>
      <w:r>
        <w:t>Scan the phone with on-device Play Protect / Apple protections, plus a trusted product such as Norton or Bitdefender when you use one; TotalAV, McAfee, and Avast are other on-site options.</w:t>
      </w:r>
    </w:p>
    <w:p>
      <w:pPr>
        <w:pStyle w:val="Heading2"/>
      </w:pPr>
      <w:r>
        <w:t>FAQ</w:t>
      </w:r>
    </w:p>
    <w:p>
      <w:pPr>
        <w:pStyle w:val="Heading3"/>
      </w:pPr>
      <w:r>
        <w:t>The fake app was on the official store—how?</w:t>
      </w:r>
    </w:p>
    <w:p>
      <w:r>
        <w:t>Stores remove listings after reports, but clones appear faster than review. Publisher verification still matters.</w:t>
      </w:r>
    </w:p>
    <w:p>
      <w:pPr>
        <w:pStyle w:val="Heading3"/>
      </w:pPr>
      <w:r>
        <w:t>How is this different from a malicious browser push scam?</w:t>
      </w:r>
    </w:p>
    <w:p>
      <w:r>
        <w:t>Push scams abuse notification permission in a browser. Fake smart-home apps are mobile installables that target IoT accounts and device permissions.</w:t>
      </w:r>
    </w:p>
    <w:p>
      <w:pPr>
        <w:pStyle w:val="Heading3"/>
      </w:pPr>
      <w:r>
        <w:t>Can I use a “universal” third-party hub app?</w:t>
      </w:r>
    </w:p>
    <w:p>
      <w:r>
        <w:t>Only if you trust that vendor and understand the permissions. Prefer first-party apps for security-sensitive cameras and locks.</w:t>
      </w:r>
    </w:p>
    <w:p>
      <w:pPr>
        <w:pStyle w:val="Heading3"/>
      </w:pPr>
      <w:r>
        <w:t>What if I typed my Amazon / Google / Apple password into the clone?</w:t>
      </w:r>
    </w:p>
    <w:p>
      <w:r>
        <w:t>Change that password and sign out other sessions immediately; enable MFA/passkeys.</w:t>
      </w:r>
    </w:p>
    <w:p>
      <w:pPr>
        <w:pStyle w:val="Heading2"/>
      </w:pPr>
      <w:r>
        <w:t>If you still want a paid suite</w:t>
      </w:r>
    </w:p>
    <w:p>
      <w:r>
        <w:t>Avoiding how to spot a fake smart-home app on the app store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FTC: How to recognize and avoid phishing scams</w:t>
      </w:r>
    </w:p>
    <w:p>
      <w:pPr>
        <w:pStyle w:val="ListBullet"/>
      </w:pPr>
      <w:r>
        <w:t>CISA: Secure our world — Recognize and report phishing</w:t>
      </w:r>
    </w:p>
    <w:p>
      <w:pPr>
        <w:pStyle w:val="ListBullet"/>
      </w:pPr>
      <w:r>
        <w:t>Google Play Help: Stay safer with Google Play Protect</w:t>
      </w:r>
    </w:p>
    <w:p>
      <w:pPr>
        <w:pStyle w:val="ListBullet"/>
      </w:pPr>
      <w:r>
        <w:t>Apple Support: How to install apps safely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set a unique password on a smart doorbell</w:t>
      </w:r>
    </w:p>
    <w:p>
      <w:pPr>
        <w:pStyle w:val="ListBullet"/>
      </w:pPr>
      <w:r>
        <w:t>How to spot a malicious browser push notification scam</w:t>
      </w:r>
    </w:p>
    <w:p>
      <w:pPr>
        <w:pStyle w:val="ListBullet"/>
      </w:pPr>
      <w:r>
        <w:t>How to spot a fake carrier 5G upgrade malware APK</w:t>
      </w:r>
    </w:p>
    <w:p>
      <w:pPr>
        <w:pStyle w:val="ListBullet"/>
      </w:pPr>
      <w:r>
        <w:t>How to check if an IoT device still gets security updates</w:t>
      </w:r>
    </w:p>
    <w:p>
      <w:pPr>
        <w:pStyle w:val="ListBullet"/>
      </w:pPr>
      <w:r>
        <w:t>How to secure a home NAS or personal cloud drive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https://cyberguardlab.com/blog/fake-smart-home-app-store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spot a fake smart-home app on the app store</dc:title>
  <dc:subject>How to spot a fake smart-home app on the app store</dc:subject>
  <dc:creator>CyberGuardLab editorial</dc:creator>
  <cp:keywords>fake smart home app store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