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refund or overpayment scam</w:t>
      </w:r>
    </w:p>
    <w:p>
      <w:r>
        <w:rPr>
          <w:color w:val="E11D48"/>
          <w:u w:val="single"/>
        </w:rPr>
        <w:t>https://cyberguardlab.com/blog/fake-refund-overpayment-scam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fake-refund-overpayment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refund or overpayment scam tells you that you were paid or credited too much—or that a refund is waiting—then tricks you into sending the “extra” back by wire, cash app, gift cards, or crypto before the original payment bounces. Do not return money from a check, transfer, or marketplace payment until your bank confirms it is real and final. Do not buy gift cards to “process a refund.” If you already sent funds, stop contact, document everything, and report to the FTC.</w:t>
      </w:r>
    </w:p>
    <w:p>
      <w:r>
        <w:t>This guide covers overpayment and fake-refund bait—not buy-now-pay-later account takeover where someone else opens BNPL credit in your name. Check-based versions overlap with the fake check scam. Cash-app versions overlap with Zelle and Cash App payment scams. No software purchase required.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1. How fake refund and overpayment scripts work</w:t>
      </w:r>
    </w:p>
    <w:p>
      <w:r>
        <w:t>A buyer accidentally pays more than the price and asks you to refund the difference. A company says you overpaid a bill and will send a check—deposit it, then wire part back. A caller claims Amazon, your bank, or a store needs you to buy cards so they can push a refund.</w:t>
      </w:r>
    </w:p>
    <w:p>
      <w:pPr>
        <w:pStyle w:val="ListBullet"/>
      </w:pPr>
      <w:r>
        <w:t>Marketplace overpay — Partial refund requests after a too-large payment.</w:t>
      </w:r>
    </w:p>
    <w:p>
      <w:pPr>
        <w:pStyle w:val="ListBullet"/>
      </w:pPr>
      <w:r>
        <w:t>Fake-check wrap — Deposit a check, return the excess (fake check scam).</w:t>
      </w:r>
    </w:p>
    <w:p>
      <w:pPr>
        <w:pStyle w:val="ListBullet"/>
      </w:pPr>
      <w:r>
        <w:t>Cold refund calls — Gift cards or crypto to release a refund.</w:t>
      </w:r>
    </w:p>
    <w:p>
      <w:pPr>
        <w:pStyle w:val="ListBullet"/>
      </w:pPr>
      <w:r>
        <w:t>Job or rental twists — Same overpay-and-return script with a hiring or housing story.</w:t>
      </w:r>
    </w:p>
    <w:p>
      <w:pPr>
        <w:pStyle w:val="Heading2"/>
      </w:pPr>
      <w:r>
        <w:t>2. Red flags before you send money back</w:t>
      </w:r>
    </w:p>
    <w:p>
      <w:r>
        <w:t>Cue | Likely legitimate | Likely scam</w:t>
      </w:r>
    </w:p>
    <w:p>
      <w:r>
        <w:t>Refund path | Credit returns to the original payment method automatically | You must send money somewhere to release a refund</w:t>
      </w:r>
    </w:p>
    <w:p>
      <w:r>
        <w:t>Overpayment story | Rare; merchant adjusts the order themselves | Buyer urgently needs the difference returned today</w:t>
      </w:r>
    </w:p>
    <w:p>
      <w:r>
        <w:t>Payment instrument | Known customer with a clear history | Unexpected check, money order, or third-party transfer</w:t>
      </w:r>
    </w:p>
    <w:p>
      <w:r>
        <w:t>Pressure | Normal support timelines | Accounting closes in an hour—send now</w:t>
      </w:r>
    </w:p>
    <w:p>
      <w:r>
        <w:t>Method of return | In-platform refund tools | Gift cards, crypto, wire, or Friends and Family</w:t>
      </w:r>
    </w:p>
    <w:p>
      <w:r>
        <w:t>Who contacted you | You started a return in the store’s official flow | Cold call/text promising a surprise refund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Do not return extra money until your bank says the deposit is good and final—ask how long that takes.</w:t>
      </w:r>
    </w:p>
    <w:p>
      <w:pPr>
        <w:pStyle w:val="ListBullet"/>
      </w:pPr>
      <w:r>
        <w:t>Refuse gift cards as a refund method.</w:t>
      </w:r>
    </w:p>
    <w:p>
      <w:pPr>
        <w:pStyle w:val="ListBullet"/>
      </w:pPr>
      <w:r>
        <w:t>For marketplace sales, use the platform’s refund tools only.</w:t>
      </w:r>
    </w:p>
    <w:p>
      <w:pPr>
        <w:pStyle w:val="ListBullet"/>
      </w:pPr>
      <w:r>
        <w:t>Hang up on cold refund calls; open your bank or store app yourself.</w:t>
      </w:r>
    </w:p>
    <w:p>
      <w:pPr>
        <w:pStyle w:val="ListBullet"/>
      </w:pPr>
      <w:r>
        <w:t>Be wary of job or rental offers that overpay on day one.</w:t>
      </w:r>
    </w:p>
    <w:p>
      <w:pPr>
        <w:pStyle w:val="ListBullet"/>
      </w:pPr>
      <w:r>
        <w:t>Compare check-based scripts with fake check scam guidance.</w:t>
      </w:r>
    </w:p>
    <w:p>
      <w:pPr>
        <w:pStyle w:val="Heading2"/>
      </w:pPr>
      <w:r>
        <w:t>4. If you already paid</w:t>
      </w:r>
    </w:p>
    <w:p>
      <w:pPr>
        <w:pStyle w:val="ListBullet"/>
      </w:pPr>
      <w:r>
        <w:t>Stop sending any more remaining-balance payments.</w:t>
      </w:r>
    </w:p>
    <w:p>
      <w:pPr>
        <w:pStyle w:val="ListBullet"/>
      </w:pPr>
      <w:r>
        <w:t>Contact your bank or payment app’s fraud team immediately with transaction IDs (FTC if you were scammed).</w:t>
      </w:r>
    </w:p>
    <w:p>
      <w:pPr>
        <w:pStyle w:val="ListBullet"/>
      </w:pPr>
      <w:r>
        <w:t>If a check was involved, ask the bank about return timelines and next steps.</w:t>
      </w:r>
    </w:p>
    <w:p>
      <w:pPr>
        <w:pStyle w:val="ListBullet"/>
      </w:pPr>
      <w:r>
        <w:t>Save chats, envelopes, check images, and caller details.</w:t>
      </w:r>
    </w:p>
    <w:p>
      <w:pPr>
        <w:pStyle w:val="ListBullet"/>
      </w:pPr>
      <w:r>
        <w:t>Report at ReportFraud.ftc.gov; use IdentityTheft.gov if account numbers were shared.</w:t>
      </w:r>
    </w:p>
    <w:p>
      <w:pPr>
        <w:pStyle w:val="ListBullet"/>
      </w:pPr>
      <w:r>
        <w:t>If you installed remote software or visited a fake refund portal, change passwords and ignore recovery callers.</w:t>
      </w:r>
    </w:p>
    <w:p>
      <w:pPr>
        <w:pStyle w:val="Heading2"/>
      </w:pPr>
      <w:r>
        <w:t>FAQ</w:t>
      </w:r>
    </w:p>
    <w:p>
      <w:pPr>
        <w:pStyle w:val="Heading3"/>
      </w:pPr>
      <w:r>
        <w:t>The check cleared overnight. Is it safe to refund?</w:t>
      </w:r>
    </w:p>
    <w:p>
      <w:r>
        <w:t>Not necessarily. Some checks appear to clear and are later reversed. Follow your bank’s guidance on finality before sending money out.</w:t>
      </w:r>
    </w:p>
    <w:p>
      <w:pPr>
        <w:pStyle w:val="Heading3"/>
      </w:pPr>
      <w:r>
        <w:t>A store said I need gift cards for a refund. Ever legitimate?</w:t>
      </w:r>
    </w:p>
    <w:p>
      <w:r>
        <w:t>Treat that as fraud. Real refunds go back to the original payment method.</w:t>
      </w:r>
    </w:p>
    <w:p>
      <w:pPr>
        <w:pStyle w:val="Heading3"/>
      </w:pPr>
      <w:r>
        <w:t>How is this different from BNPL account takeover?</w:t>
      </w:r>
    </w:p>
    <w:p>
      <w:r>
        <w:t>Overpayment/refund scams trick you into sending money you think is extra. BNPL takeover is someone else using your identity or login to open or abuse buy-now-pay-later credit.</w:t>
      </w:r>
    </w:p>
    <w:p>
      <w:pPr>
        <w:pStyle w:val="Heading3"/>
      </w:pPr>
      <w:r>
        <w:t>What if the overpayment came through PayPal?</w:t>
      </w:r>
    </w:p>
    <w:p>
      <w:r>
        <w:t>Still high risk if someone asks for a partial return outside normal dispute tools. Verify carefully and prefer platform processes.</w:t>
      </w:r>
    </w:p>
    <w:p>
      <w:pPr>
        <w:pStyle w:val="Heading3"/>
      </w:pPr>
      <w:r>
        <w:t>Can I keep the overpayment if I never send it back?</w:t>
      </w:r>
    </w:p>
    <w:p>
      <w:r>
        <w:t>If funds are stolen or reversed, you may still owe your bank. Do not spend unexpected windfalls.</w:t>
      </w:r>
    </w:p>
    <w:p>
      <w:pPr>
        <w:pStyle w:val="Heading3"/>
      </w:pPr>
      <w:r>
        <w:t>Do I need paid antivirus to avoid a refund overpayment scam?</w:t>
      </w:r>
    </w:p>
    <w:p>
      <w:r>
        <w:t>No. Waiting for payment finality and refusing gift-card refunds is enough. Buy-nothing is valid.</w:t>
      </w:r>
    </w:p>
    <w:p>
      <w:pPr>
        <w:pStyle w:val="Heading2"/>
      </w:pPr>
      <w:r>
        <w:t>If you still want a paid suite</w:t>
      </w:r>
    </w:p>
    <w:p>
      <w:r>
        <w:t>Avoiding a fake refund or overpayment scam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Fake Check Scams (FTC)</w:t>
      </w:r>
    </w:p>
    <w:p>
      <w:pPr>
        <w:pStyle w:val="ListBullet"/>
      </w:pPr>
      <w:r>
        <w:t>ReportFraud.ftc.gov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Imposter Scams (FTC)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fake check scam</w:t>
      </w:r>
    </w:p>
    <w:p>
      <w:pPr>
        <w:pStyle w:val="ListBullet"/>
      </w:pPr>
      <w:r>
        <w:t>How to spot a buy-now-pay-later account takeover</w:t>
      </w:r>
    </w:p>
    <w:p>
      <w:pPr>
        <w:pStyle w:val="ListBullet"/>
      </w:pPr>
      <w:r>
        <w:t>How to spot a Zelle or Cash App payment scam</w:t>
      </w:r>
    </w:p>
    <w:p>
      <w:pPr>
        <w:pStyle w:val="ListBullet"/>
      </w:pPr>
      <w:r>
        <w:t>How to spot a Cash App refund or deposit scam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https://cyberguardlab.com/blog/fake-refund-overpayment-scam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refund or overpayment scam</dc:title>
  <dc:subject>How to spot a fake refund or overpayment scam</dc:subject>
  <dc:creator>CyberGuardLab editorial</dc:creator>
  <cp:keywords>fake refund overpayment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