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5943600" cy="1981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dm-header-welcom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81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F172A"/>
          <w:sz w:val="40"/>
        </w:rPr>
        <w:t>How to spot a fake iCloud storage full phishing email</w:t>
      </w:r>
    </w:p>
    <w:p>
      <w:r>
        <w:rPr>
          <w:color w:val="E11D48"/>
          <w:u w:val="single"/>
        </w:rPr>
        <w:t>https://cyberguardlab.com/blog/fake-icloud-storage-phishing</w:t>
      </w:r>
    </w:p>
    <w:p>
      <w:r>
        <w:rPr>
          <w:color w:val="475569"/>
          <w:sz w:val="18"/>
        </w:rPr>
        <w:t>Independent US household comparison site. Not the vendor. Paid links below may earn a commission. Confirm first-year price, renewal, device limit, and refund terms at checkout.</w:t>
      </w:r>
    </w:p>
    <w:p>
      <w:r>
        <w:drawing>
          <wp:inline xmlns:a="http://schemas.openxmlformats.org/drawingml/2006/main" xmlns:pic="http://schemas.openxmlformats.org/drawingml/2006/picture">
            <wp:extent cx="5669280" cy="297637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g-fake-icloud-storage-phishing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9763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A fake “iCloud Storage Full” phishing email (or text) warns that your photos will be deleted unless you tap a link to “verify billing” or “upgrade storage”—then steals Apple Account passwords or payment details on a look-alike page. Delete or report the message; check real storage only in Settings → [Your Name] → iCloud or account.apple.com that you open yourself. This guide is about storage-full phishing—not enabling Advanced Data Protection, not Hide My Email, and not Find My setup.</w:t>
      </w:r>
    </w:p>
    <w:p>
      <w:pPr>
        <w:pStyle w:val="Heading2"/>
      </w:pPr>
      <w:r>
        <w:t>1. How this scam works</w:t>
      </w:r>
    </w:p>
    <w:p>
      <w:r>
        <w:t>Subject lines scream “Storage almost full,” “Account locked,” or “Photos will be deleted in 24 hours.” The sender domain is a near-miss (apple-support-mail.com, icIoud-secure.net, etc.). The link goes to a password form, then a credit-card form. Some combine SMS and email. Apple may send legitimate storage notices, but safe practice is still to navigate manually—not through the message’s button.</w:t>
      </w:r>
    </w:p>
    <w:p>
      <w:r>
        <w:rPr>
          <w:color w:val="E11D48"/>
        </w:rPr>
        <w:t>Paid link</w:t>
      </w:r>
    </w:p>
    <w:p>
      <w:r>
        <w:rPr>
          <w:b/>
        </w:rPr>
        <w:t>Norton 360  |  See the Norton first-year offer</w:t>
      </w:r>
    </w:p>
    <w:p>
      <w:r>
        <w:drawing>
          <wp:inline xmlns:a="http://schemas.openxmlformats.org/drawingml/2006/main" xmlns:pic="http://schemas.openxmlformats.org/drawingml/2006/picture">
            <wp:extent cx="3291840" cy="27432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line-norton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2743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color w:val="E11D48"/>
          <w:u w:val="single"/>
        </w:rPr>
        <w:t>See the Norton first-year offer</w:t>
      </w:r>
    </w:p>
    <w:p>
      <w:r>
        <w:t>Offer page: https://cyberguardlab.com/norton</w:t>
      </w:r>
    </w:p>
    <w:p>
      <w:r>
        <w:t>Scammers often time storage-full lures when people are distracted—airports, new phones, or after a theft report. Verify Find My and account security in official apps, and treat every “urgent iCloud billing” message as hostile until proven otherwise in Settings.</w:t>
      </w:r>
    </w:p>
    <w:p>
      <w:pPr>
        <w:pStyle w:val="Heading2"/>
      </w:pPr>
      <w:r>
        <w:t>2. Red flags before you tap</w:t>
      </w:r>
    </w:p>
    <w:p>
      <w:r>
        <w:t>Cue | Likely legitimate | Likely scam</w:t>
      </w:r>
    </w:p>
    <w:p>
      <w:r>
        <w:t>How you open iCloud | Settings app or typed apple.com / account.apple.com | Button inside urgent email/SMS</w:t>
      </w:r>
    </w:p>
    <w:p>
      <w:r>
        <w:t>Domain | Apple domains you recognize after careful check | Misspellings, extra hyphens, unrelated TLDs</w:t>
      </w:r>
    </w:p>
    <w:p>
      <w:r>
        <w:t>Threat language | Calm notice you can verify in Settings | “Delete in 2 hours” / “Legal action” pressure</w:t>
      </w:r>
    </w:p>
    <w:p>
      <w:r>
        <w:t>What they ask | Sign-in you initiate on trusted OS UI | Immediate password + full card + SSN on one page</w:t>
      </w:r>
    </w:p>
    <w:p>
      <w:r>
        <w:t>Attachment | Usually none for storage notices | HTML attachment or “invoice” macro</w:t>
      </w:r>
    </w:p>
    <w:p>
      <w:pPr>
        <w:pStyle w:val="Heading2"/>
      </w:pPr>
      <w:r>
        <w:t>3. What to do if you receive the message</w:t>
      </w:r>
    </w:p>
    <w:p>
      <w:pPr>
        <w:pStyle w:val="ListBullet"/>
      </w:pPr>
      <w:r>
        <w:t>Do not tap the link. Do not enter the Apple Account password on pages reached from the message.</w:t>
      </w:r>
    </w:p>
    <w:p>
      <w:pPr>
        <w:pStyle w:val="ListBullet"/>
      </w:pPr>
      <w:r>
        <w:t>On iPhone: Settings → [Your Name] → iCloud to see real storage usage. Upgrade only through Apple’s official purchase flow if you truly need space.</w:t>
      </w:r>
    </w:p>
    <w:p>
      <w:pPr>
        <w:pStyle w:val="ListBullet"/>
      </w:pPr>
      <w:r>
        <w:t>Report phishing: in Mail, use Apple’s report phishing where available; forward suspicious Apple ID emails as Apple documents; report to ReportFraud.ftc.gov when appropriate.</w:t>
      </w:r>
    </w:p>
    <w:p>
      <w:pPr>
        <w:pStyle w:val="ListBullet"/>
      </w:pPr>
      <w:r>
        <w:t>Delete the message. Teach household members the same habit.</w:t>
      </w:r>
    </w:p>
    <w:p>
      <w:pPr>
        <w:pStyle w:val="Heading2"/>
      </w:pPr>
      <w:r>
        <w:t>4. If you already entered credentials</w:t>
      </w:r>
    </w:p>
    <w:p>
      <w:pPr>
        <w:pStyle w:val="ListBullet"/>
      </w:pPr>
      <w:r>
        <w:t>On a trusted device, change the Apple Account password immediately; sign out other sessions/devices you do not recognize.</w:t>
      </w:r>
    </w:p>
    <w:p>
      <w:pPr>
        <w:pStyle w:val="ListBullet"/>
      </w:pPr>
      <w:r>
        <w:t>Check payment methods at account.apple.com; remove unknown cards; contact your bank if card data was typed.</w:t>
      </w:r>
    </w:p>
    <w:p>
      <w:pPr>
        <w:pStyle w:val="ListBullet"/>
      </w:pPr>
      <w:r>
        <w:t>Review Sign in with Apple apps and devices lists for strangers.</w:t>
      </w:r>
    </w:p>
    <w:p>
      <w:pPr>
        <w:pStyle w:val="ListBullet"/>
      </w:pPr>
      <w:r>
        <w:t>Enable stronger account security; consider whether ADP recovery methods are documented so you are not locked out during cleanup.</w:t>
      </w:r>
    </w:p>
    <w:p>
      <w:pPr>
        <w:pStyle w:val="ListBullet"/>
      </w:pPr>
      <w:r>
        <w:t>Scan any Windows PC that opened the phishing page with Defender or a trusted suite such as Norton or Bitdefender. Keep one primary product—TotalAV, McAfee, and Avast are other on-site comparison options.</w:t>
      </w:r>
    </w:p>
    <w:p>
      <w:pPr>
        <w:pStyle w:val="Heading2"/>
      </w:pPr>
      <w:r>
        <w:t>FAQ</w:t>
      </w:r>
    </w:p>
    <w:p>
      <w:pPr>
        <w:pStyle w:val="Heading3"/>
      </w:pPr>
      <w:r>
        <w:t>Does Apple email about full storage?</w:t>
      </w:r>
    </w:p>
    <w:p>
      <w:r>
        <w:t>Apple can notify you about iCloud storage. Still open Settings yourself rather than trusting the email button.</w:t>
      </w:r>
    </w:p>
    <w:p>
      <w:pPr>
        <w:pStyle w:val="Heading3"/>
      </w:pPr>
      <w:r>
        <w:t>How is this different from Hide My Email?</w:t>
      </w:r>
    </w:p>
    <w:p>
      <w:r>
        <w:t>Hide My Email creates relay addresses for sign-ups. Phishing imitates Apple billing—unrelated feature.</w:t>
      </w:r>
    </w:p>
    <w:p>
      <w:pPr>
        <w:pStyle w:val="Heading3"/>
      </w:pPr>
      <w:r>
        <w:t>The email used my real name and last four of a card. Is it real?</w:t>
      </w:r>
    </w:p>
    <w:p>
      <w:r>
        <w:t>Not proof. Breaches and prior purchases leak fragments scammers reuse.</w:t>
      </w:r>
    </w:p>
    <w:p>
      <w:pPr>
        <w:pStyle w:val="Heading3"/>
      </w:pPr>
      <w:r>
        <w:t>Should I call the phone number in the email?</w:t>
      </w:r>
    </w:p>
    <w:p>
      <w:r>
        <w:t>No. Use support.apple.com or the Apple Support app you open yourself.</w:t>
      </w:r>
    </w:p>
    <w:p>
      <w:pPr>
        <w:pStyle w:val="Heading2"/>
      </w:pPr>
      <w:r>
        <w:t>If you still want a paid suite</w:t>
      </w:r>
    </w:p>
    <w:p>
      <w:r>
        <w:t>Avoiding how to spot a fake iCloud storage full phishing email does not require paid antivirus. Careful habits and official support paths are a valid buy-nothing stack. If you want multi-device paid protection later, use only these on-site paid links: TotalAV (paid link), Norton (paid link), Bitdefender (paid link), McAfee (paid link), Avast (paid link).</w:t>
      </w:r>
    </w:p>
    <w:p>
      <w:pPr>
        <w:pStyle w:val="Heading2"/>
      </w:pPr>
      <w:r>
        <w:t>Sources</w:t>
      </w:r>
    </w:p>
    <w:p>
      <w:pPr>
        <w:pStyle w:val="ListBullet"/>
      </w:pPr>
      <w:r>
        <w:t>Apple Support: Recognize and avoid phishing messages</w:t>
      </w:r>
    </w:p>
    <w:p>
      <w:pPr>
        <w:pStyle w:val="ListBullet"/>
      </w:pPr>
      <w:r>
        <w:t>Apple Support: Manage your iCloud storage</w:t>
      </w:r>
    </w:p>
    <w:p>
      <w:pPr>
        <w:pStyle w:val="ListBullet"/>
      </w:pPr>
      <w:r>
        <w:t>FTC: Phishing</w:t>
      </w:r>
    </w:p>
    <w:p>
      <w:pPr>
        <w:pStyle w:val="ListBullet"/>
      </w:pPr>
      <w:r>
        <w:t>FTC ReportFraud</w:t>
      </w:r>
    </w:p>
    <w:p>
      <w:pPr>
        <w:pStyle w:val="Heading2"/>
      </w:pPr>
      <w:r>
        <w:t>Also read</w:t>
      </w:r>
    </w:p>
    <w:p>
      <w:pPr>
        <w:pStyle w:val="ListBullet"/>
      </w:pPr>
      <w:r>
        <w:t>How to turn on Advanced Data Protection for iCloud</w:t>
      </w:r>
    </w:p>
    <w:p>
      <w:pPr>
        <w:pStyle w:val="ListBullet"/>
      </w:pPr>
      <w:r>
        <w:t>How to review Sign in with Apple app permissions</w:t>
      </w:r>
    </w:p>
    <w:p>
      <w:pPr>
        <w:pStyle w:val="ListBullet"/>
      </w:pPr>
      <w:r>
        <w:t>How to use Hide My Email for new sign-ups</w:t>
      </w:r>
    </w:p>
    <w:p>
      <w:pPr>
        <w:pStyle w:val="ListBullet"/>
      </w:pPr>
      <w:r>
        <w:t>How to turn on Find My and Activation Lock before travel</w:t>
      </w:r>
    </w:p>
    <w:p>
      <w:pPr>
        <w:pStyle w:val="ListBullet"/>
      </w:pPr>
      <w:r>
        <w:t>How to spot a phishing email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https://cyberguardlab.com/blog/fake-icloud-storage-phishing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F172A"/>
      </w:rPr>
      <w:t>CyberGuardLab   |   cyberguardlab.com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spot a fake iCloud storage full phishing email</dc:title>
  <dc:subject>How to spot a fake iCloud storage full phishing email</dc:subject>
  <dc:creator>CyberGuardLab editorial</dc:creator>
  <cp:keywords>fake icloud storage phishing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