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5943600" cy="19812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dm-header-welcom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9812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  <w:color w:val="0F172A"/>
          <w:sz w:val="40"/>
        </w:rPr>
        <w:t>How to spot a fake Google Play billing phishing email</w:t>
      </w:r>
    </w:p>
    <w:p>
      <w:r>
        <w:rPr>
          <w:color w:val="E11D48"/>
          <w:u w:val="single"/>
        </w:rPr>
        <w:t>https://cyberguardlab.com/blog/fake-google-play-billing-phishing</w:t>
      </w:r>
    </w:p>
    <w:p>
      <w:r>
        <w:rPr>
          <w:color w:val="475569"/>
          <w:sz w:val="18"/>
        </w:rPr>
        <w:t>Independent US household comparison site. Not the vendor. Paid links below may earn a commission. Confirm first-year price, renewal, device limit, and refund terms at checkout.</w:t>
      </w:r>
    </w:p>
    <w:p>
      <w:r>
        <w:drawing>
          <wp:inline xmlns:a="http://schemas.openxmlformats.org/drawingml/2006/main" xmlns:pic="http://schemas.openxmlformats.org/drawingml/2006/picture">
            <wp:extent cx="5669280" cy="2976372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og-fake-google-play-billing-phishing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297637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A fake Google Play billing phishing email (or SMS) claims you were charged for a movie, game, subscription, or “Play Protect premium,” then pushes Cancel order / Refund / Confirm payment links to steal Google passwords or payment data. Do not use those buttons. Check real Play purchases in the Play Store app → profile → Payments &amp; subscriptions (or pay.google.com) you open yourself. This guide is Google Play billing phishing—not fake App Store receipt phishing, not third-party app access review, and not Enhanced Safe Browsing alone.</w:t>
      </w:r>
    </w:p>
    <w:p>
      <w:pPr>
        <w:pStyle w:val="Heading2"/>
      </w:pPr>
      <w:r>
        <w:t>1. What this scam looks like</w:t>
      </w:r>
    </w:p>
    <w:p>
      <w:r>
        <w:t>Branded headers, order IDs, and prices that look plausible. Domains misspell play.google.com or use “play-store-support” hosts. Some attach HTML receipts. Pressure language: “dispute within 15 minutes or charge is final.” Real Google purchase emails can exist—still verify inside the Play Store or Google Pay UI.</w:t>
      </w:r>
    </w:p>
    <w:p>
      <w:r>
        <w:rPr>
          <w:color w:val="E11D48"/>
        </w:rPr>
        <w:t>Paid link</w:t>
      </w:r>
    </w:p>
    <w:p>
      <w:r>
        <w:rPr>
          <w:b/>
        </w:rPr>
        <w:t>Norton 360  |  See the Norton first-year offer</w:t>
      </w:r>
    </w:p>
    <w:p>
      <w:r>
        <w:drawing>
          <wp:inline xmlns:a="http://schemas.openxmlformats.org/drawingml/2006/main" xmlns:pic="http://schemas.openxmlformats.org/drawingml/2006/picture">
            <wp:extent cx="3291840" cy="274320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nline-norton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291840" cy="27432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color w:val="E11D48"/>
          <w:u w:val="single"/>
        </w:rPr>
        <w:t>See the Norton first-year offer</w:t>
      </w:r>
    </w:p>
    <w:p>
      <w:r>
        <w:t>Offer page: https://cyberguardlab.com/norton</w:t>
      </w:r>
    </w:p>
    <w:p>
      <w:r>
        <w:t>Play Protect is Google’s on-device app scanning—not a surprise premium invoice you must “activate” via email. Anything selling “Play Protect Pro” refunds through a random site is a lure.</w:t>
      </w:r>
    </w:p>
    <w:p>
      <w:pPr>
        <w:pStyle w:val="Heading2"/>
      </w:pPr>
      <w:r>
        <w:t>2. Legitimate vs scam cues</w:t>
      </w:r>
    </w:p>
    <w:p>
      <w:r>
        <w:t>Cue | Likely legitimate | Likely scam</w:t>
      </w:r>
    </w:p>
    <w:p>
      <w:r>
        <w:t>Where you manage the order | Play Store app / pay.google.com you navigate to | Only via email/SMS button</w:t>
      </w:r>
    </w:p>
    <w:p>
      <w:r>
        <w:t>Domain | Google domains after careful check | Hyphenated look-alikes, odd TLDs</w:t>
      </w:r>
    </w:p>
    <w:p>
      <w:r>
        <w:t>Credential ask | Sign-in inside official app/site flows | Password + card + SMS code on a rushed page</w:t>
      </w:r>
    </w:p>
    <w:p>
      <w:r>
        <w:t>Threats | Calm receipt details | Legal action, account wipe timers</w:t>
      </w:r>
    </w:p>
    <w:p>
      <w:pPr>
        <w:pStyle w:val="Heading2"/>
      </w:pPr>
      <w:r>
        <w:t>3. What to do if contacted</w:t>
      </w:r>
    </w:p>
    <w:p>
      <w:pPr>
        <w:pStyle w:val="ListBullet"/>
      </w:pPr>
      <w:r>
        <w:t>Do not tap the message links. Do not “confirm” a purchase you do not recognize through email.</w:t>
      </w:r>
    </w:p>
    <w:p>
      <w:pPr>
        <w:pStyle w:val="ListBullet"/>
      </w:pPr>
      <w:r>
        <w:t>Open the Google Play Store app → profile icon → Payments &amp; subscriptions / purchase history. On the web, use https://pay.google.com or Play order history from a typed address.</w:t>
      </w:r>
    </w:p>
    <w:p>
      <w:pPr>
        <w:pStyle w:val="ListBullet"/>
      </w:pPr>
      <w:r>
        <w:t>Cancel unwanted subscriptions inside those official screens. Request refunds through Google’s documented Play refund flows when eligible.</w:t>
      </w:r>
    </w:p>
    <w:p>
      <w:pPr>
        <w:pStyle w:val="ListBullet"/>
      </w:pPr>
      <w:r>
        <w:t>Report phishing to Google when the product provides a report path; also use ReportFraud.ftc.gov for clear fraud.</w:t>
      </w:r>
    </w:p>
    <w:p>
      <w:pPr>
        <w:pStyle w:val="ListBullet"/>
      </w:pPr>
      <w:r>
        <w:t>Delete the message; tell household members on Family Link / shared payment methods.</w:t>
      </w:r>
    </w:p>
    <w:p>
      <w:pPr>
        <w:pStyle w:val="Heading2"/>
      </w:pPr>
      <w:r>
        <w:t>4. If you already entered your Google password</w:t>
      </w:r>
    </w:p>
    <w:p>
      <w:pPr>
        <w:pStyle w:val="ListBullet"/>
      </w:pPr>
      <w:r>
        <w:t>Change the password; check devices and sign out unknowns at myaccount.google.com.</w:t>
      </w:r>
    </w:p>
    <w:p>
      <w:pPr>
        <w:pStyle w:val="ListBullet"/>
      </w:pPr>
      <w:r>
        <w:t>Revoke third-party app access you do not recognize.</w:t>
      </w:r>
    </w:p>
    <w:p>
      <w:pPr>
        <w:pStyle w:val="ListBullet"/>
      </w:pPr>
      <w:r>
        <w:t>Review bank/card statements; contact the issuer if payment details were typed.</w:t>
      </w:r>
    </w:p>
    <w:p>
      <w:pPr>
        <w:pStyle w:val="ListBullet"/>
      </w:pPr>
      <w:r>
        <w:t>Turn on Enhanced Safe Browsing in Chrome for extra link warnings going forward.</w:t>
      </w:r>
    </w:p>
    <w:p>
      <w:pPr>
        <w:pStyle w:val="ListBullet"/>
      </w:pPr>
      <w:r>
        <w:t>Scan PCs with Norton or Bitdefender; keep one primary product (TotalAV, McAfee, Avast on-site).</w:t>
      </w:r>
    </w:p>
    <w:p>
      <w:pPr>
        <w:pStyle w:val="Heading2"/>
      </w:pPr>
      <w:r>
        <w:t>FAQ</w:t>
      </w:r>
    </w:p>
    <w:p>
      <w:pPr>
        <w:pStyle w:val="Heading3"/>
      </w:pPr>
      <w:r>
        <w:t>Does Google email Play receipts?</w:t>
      </w:r>
    </w:p>
    <w:p>
      <w:r>
        <w:t>Google can send purchase notifications. Unexpected “refund now” pressure is still a reason to open the Play Store yourself instead of the email button.</w:t>
      </w:r>
    </w:p>
    <w:p>
      <w:pPr>
        <w:pStyle w:val="Heading3"/>
      </w:pPr>
      <w:r>
        <w:t>How is this different from App Store receipt phishing?</w:t>
      </w:r>
    </w:p>
    <w:p>
      <w:r>
        <w:t>Same social engineering, different stores and review paths—Apple’s flow is in iPhone Settings / reportaproblem; Google’s is Play Store / pay.google.com.</w:t>
      </w:r>
    </w:p>
    <w:p>
      <w:pPr>
        <w:pStyle w:val="Heading3"/>
      </w:pPr>
      <w:r>
        <w:t>Family member bought a game and I got mail.</w:t>
      </w:r>
    </w:p>
    <w:p>
      <w:r>
        <w:t>Confirm inside Play family/purchase settings. Do not use a forwarded “dispute” link from a relative’s phishing copy.</w:t>
      </w:r>
    </w:p>
    <w:p>
      <w:pPr>
        <w:pStyle w:val="Heading3"/>
      </w:pPr>
      <w:r>
        <w:t>Will Enhanced Safe Browsing auto-stop these emails?</w:t>
      </w:r>
    </w:p>
    <w:p>
      <w:r>
        <w:t>It may warn when you open bad links in Chrome; it does not filter Gmail by itself. Still treat billing panic emails as hostile.</w:t>
      </w:r>
    </w:p>
    <w:p>
      <w:pPr>
        <w:pStyle w:val="Heading2"/>
      </w:pPr>
      <w:r>
        <w:t>If you still want a paid suite</w:t>
      </w:r>
    </w:p>
    <w:p>
      <w:r>
        <w:t>Avoiding how to spot a fake Google Play billing phishing email does not require paid antivirus. Careful habits and official support paths are a valid buy-nothing stack. If you want multi-device paid protection later, use only these on-site paid links: TotalAV (paid link), Norton (paid link), Bitdefender (paid link), McAfee (paid link), Avast (paid link).</w:t>
      </w:r>
    </w:p>
    <w:p>
      <w:pPr>
        <w:pStyle w:val="Heading2"/>
      </w:pPr>
      <w:r>
        <w:t>Sources</w:t>
      </w:r>
    </w:p>
    <w:p>
      <w:pPr>
        <w:pStyle w:val="ListBullet"/>
      </w:pPr>
      <w:r>
        <w:t>Google Play Help: Fix problems with Play purchases</w:t>
      </w:r>
    </w:p>
    <w:p>
      <w:pPr>
        <w:pStyle w:val="ListBullet"/>
      </w:pPr>
      <w:r>
        <w:t>Google Account Help: Phishing / suspicious messages awareness via Google safety resources</w:t>
      </w:r>
    </w:p>
    <w:p>
      <w:pPr>
        <w:pStyle w:val="ListBullet"/>
      </w:pPr>
      <w:r>
        <w:t>FTC: Phishing</w:t>
      </w:r>
    </w:p>
    <w:p>
      <w:pPr>
        <w:pStyle w:val="ListBullet"/>
      </w:pPr>
      <w:r>
        <w:t>FTC ReportFraud</w:t>
      </w:r>
    </w:p>
    <w:p>
      <w:pPr>
        <w:pStyle w:val="Heading2"/>
      </w:pPr>
      <w:r>
        <w:t>Also read</w:t>
      </w:r>
    </w:p>
    <w:p>
      <w:pPr>
        <w:pStyle w:val="ListBullet"/>
      </w:pPr>
      <w:r>
        <w:t>How to spot a fake App Store receipt phishing email</w:t>
      </w:r>
    </w:p>
    <w:p>
      <w:pPr>
        <w:pStyle w:val="ListBullet"/>
      </w:pPr>
      <w:r>
        <w:t>How to review Google account third-party app access</w:t>
      </w:r>
    </w:p>
    <w:p>
      <w:pPr>
        <w:pStyle w:val="ListBullet"/>
      </w:pPr>
      <w:r>
        <w:t>How to turn on enhanced Safe Browsing in Chrome</w:t>
      </w:r>
    </w:p>
    <w:p>
      <w:pPr>
        <w:pStyle w:val="ListBullet"/>
      </w:pPr>
      <w:r>
        <w:t>How to spot a phishing email</w:t>
      </w:r>
    </w:p>
    <w:p>
      <w:pPr>
        <w:pStyle w:val="ListBullet"/>
      </w:pPr>
      <w:r>
        <w:t>How to turn on Google Find My Device before you lose a phone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008" w:right="1800" w:bottom="1008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https://cyberguardlab.com/blog/fake-google-play-billing-phishing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b/>
        <w:color w:val="0F172A"/>
      </w:rPr>
      <w:t>CyberGuardLab   |   cyberguardlab.com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jpg"/><Relationship Id="rId12" Type="http://schemas.openxmlformats.org/officeDocument/2006/relationships/image" Target="media/image2.jpg"/><Relationship Id="rId13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to spot a fake Google Play billing phishing email</dc:title>
  <dc:subject>How to spot a fake Google Play billing phishing email</dc:subject>
  <dc:creator>CyberGuardLab editorial</dc:creator>
  <cp:keywords>fake google play billing phishing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