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friend emergency Facebook message</w:t>
      </w:r>
    </w:p>
    <w:p>
      <w:r>
        <w:rPr>
          <w:color w:val="E11D48"/>
          <w:u w:val="single"/>
        </w:rPr>
        <w:t>https://cyberguardlab.com/blog/fake-friend-emergency-facebook-message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fake-friend-emergency-facebook-mess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friend emergency Facebook message comes from a hacked or cloned profile that pretends to be someone you know and asks for urgent money, gift cards, or account codes—often for a “stuck traveler,” hospital bill, or locked account. Do not send money from Messenger alone. Do not share one-time codes. Verify through a different channel (phone call or a known family group) before helping. If you already paid, stop contact, save the chat, and report through Meta’s tools and the FTC. This guide is about impersonated-friend emergencies on Facebook/Messenger—not Instagram giveaway prize bait, and not WhatsApp account takeover verification-code theft (though both can overlap when accounts are hijacked).</w:t>
      </w:r>
    </w:p>
    <w:p>
      <w:pPr>
        <w:pStyle w:val="Heading2"/>
      </w:pPr>
      <w:r>
        <w:t>1. How this scam works</w:t>
      </w:r>
    </w:p>
    <w:p>
      <w:r>
        <w:t>You get a Messenger note: “Hey, are you free?” then a crisis—wallet stolen abroad, rent due, or a child in trouble. The tone may feel slightly off. Sometimes a brand-new profile uses your friend’s photos (a clone). Other times the real account was taken over and posts odd links. They push you to Apple/Google gift cards, wires, Zelle, or crypto “because banks are closed.”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Phishing links that say “Facebook Security: confirm your identity” may arrive in the same thread. Treat those like other phishing; see how to spot a phishing email.</w:t>
      </w:r>
    </w:p>
    <w:p>
      <w:pPr>
        <w:pStyle w:val="Heading2"/>
      </w:pPr>
      <w:r>
        <w:t>2. Red flags before you pay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Pause. Call or text your friend using a contact method you already have—not a number in the chat.</w:t>
      </w:r>
    </w:p>
    <w:p>
      <w:pPr>
        <w:pStyle w:val="ListBullet"/>
      </w:pPr>
      <w:r>
        <w:t>Ask a question only the real friend would know.</w:t>
      </w:r>
    </w:p>
    <w:p>
      <w:pPr>
        <w:pStyle w:val="ListBullet"/>
      </w:pPr>
      <w:r>
        <w:t>Never buy gift cards or send wires based only on Messenger.</w:t>
      </w:r>
    </w:p>
    <w:p>
      <w:pPr>
        <w:pStyle w:val="ListBullet"/>
      </w:pPr>
      <w:r>
        <w:t>Do not share one-time passcodes with anyone claiming to be your friend or Facebook Support.</w:t>
      </w:r>
    </w:p>
    <w:p>
      <w:pPr>
        <w:pStyle w:val="ListBullet"/>
      </w:pPr>
      <w:r>
        <w:t>Report and block cloned profiles; warn mutual friends if an account looks compromised.</w:t>
      </w:r>
    </w:p>
    <w:p>
      <w:pPr>
        <w:pStyle w:val="ListBullet"/>
      </w:pPr>
      <w:r>
        <w:t>For gift-card payment scripts, see gift card scams.</w:t>
      </w:r>
    </w:p>
    <w:p>
      <w:r>
        <w:t>Search your own name occasionally for fake profiles using your photos. Enable two-factor authentication on Facebook so hijackers cannot easily keep your real account.</w:t>
      </w:r>
    </w:p>
    <w:p>
      <w:pPr>
        <w:pStyle w:val="Heading2"/>
      </w:pPr>
      <w:r>
        <w:t>4. If you already paid</w:t>
      </w:r>
    </w:p>
    <w:p>
      <w:pPr>
        <w:pStyle w:val="ListBullet"/>
      </w:pPr>
      <w:r>
        <w:t>Stop further payments. Screenshot the chat, profile URL, and payment receipts.</w:t>
      </w:r>
    </w:p>
    <w:p>
      <w:pPr>
        <w:pStyle w:val="ListBullet"/>
      </w:pPr>
      <w:r>
        <w:t>Contact your bank, wire service, or gift-card issuer fraud line immediately.</w:t>
      </w:r>
    </w:p>
    <w:p>
      <w:pPr>
        <w:pStyle w:val="ListBullet"/>
      </w:pPr>
      <w:r>
        <w:t>Report the account through Facebook/Messenger’s official reporting tools.</w:t>
      </w:r>
    </w:p>
    <w:p>
      <w:pPr>
        <w:pStyle w:val="ListBullet"/>
      </w:pPr>
      <w:r>
        <w:t>File at ReportFraud.ftc.gov; use IdentityTheft.gov if you shared IDs or passwords.</w:t>
      </w:r>
    </w:p>
    <w:p>
      <w:pPr>
        <w:pStyle w:val="ListBullet"/>
      </w:pPr>
      <w:r>
        <w:t>Tell mutual friends the profile may be fake or hacked so they are not next.</w:t>
      </w:r>
    </w:p>
    <w:p>
      <w:pPr>
        <w:pStyle w:val="ListBullet"/>
      </w:pPr>
      <w:r>
        <w:t>If you typed credentials or opened attachments on a fake page, change passwords, enable two-factor authentication, and scan your device with a trusted tool such as Norton or Bitdefender. Keep one primary real-time antivirus—avoid stacking full suites. TotalAV, McAfee, and Avast are other on-site comparison options.</w:t>
      </w:r>
    </w:p>
    <w:p>
      <w:pPr>
        <w:pStyle w:val="Heading2"/>
      </w:pPr>
      <w:r>
        <w:t>FAQ</w:t>
      </w:r>
    </w:p>
    <w:p>
      <w:pPr>
        <w:pStyle w:val="Heading3"/>
      </w:pPr>
      <w:r>
        <w:t>My friend’s account posted that they were hacked. Is the emergency ask still real?</w:t>
      </w:r>
    </w:p>
    <w:p>
      <w:r>
        <w:t>Often the hacker posts both. Verify offline before sending money.</w:t>
      </w:r>
    </w:p>
    <w:p>
      <w:pPr>
        <w:pStyle w:val="Heading3"/>
      </w:pPr>
      <w:r>
        <w:t>How is this different from a WhatsApp takeover scam?</w:t>
      </w:r>
    </w:p>
    <w:p>
      <w:r>
        <w:t>WhatsApp takeover often starts with a stolen SMS code so the attacker hijacks WhatsApp. This Facebook pattern centers on Messenger emergencies and clone profiles—though stolen Facebook sessions can look similar.</w:t>
      </w:r>
    </w:p>
    <w:p>
      <w:pPr>
        <w:pStyle w:val="Heading3"/>
      </w:pPr>
      <w:r>
        <w:t>They asked me to send a code I just received by SMS. Should I?</w:t>
      </w:r>
    </w:p>
    <w:p>
      <w:r>
        <w:t>No. That code is for account takeover. Never read codes aloud or type them into chats.</w:t>
      </w:r>
    </w:p>
    <w:p>
      <w:pPr>
        <w:pStyle w:val="Heading3"/>
      </w:pPr>
      <w:r>
        <w:t>What if the person video-called me briefly?</w:t>
      </w:r>
    </w:p>
    <w:p>
      <w:r>
        <w:t>Deepfakes and short stolen clips exist. Still confirm through a second channel before paying.</w:t>
      </w:r>
    </w:p>
    <w:p>
      <w:pPr>
        <w:pStyle w:val="Heading2"/>
      </w:pPr>
      <w:r>
        <w:t>If you still want a paid suite</w:t>
      </w:r>
    </w:p>
    <w:p>
      <w:r>
        <w:t>Avoiding a a fake friend emergency Facebook message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FTC ReportFraud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FTC: Social media scams</w:t>
      </w:r>
    </w:p>
    <w:p>
      <w:pPr>
        <w:pStyle w:val="ListBullet"/>
      </w:pPr>
      <w:r>
        <w:t>FTC: Gift card scams</w:t>
      </w:r>
    </w:p>
    <w:p>
      <w:pPr>
        <w:pStyle w:val="ListBullet"/>
      </w:pPr>
      <w:r>
        <w:t>Meta Help Center (report impersonation)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WhatsApp account takeover scam</w:t>
      </w:r>
    </w:p>
    <w:p>
      <w:pPr>
        <w:pStyle w:val="ListBullet"/>
      </w:pPr>
      <w:r>
        <w:t>How to spot a gift card scam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How to spot an Instagram giveaway or influencer scam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https://cyberguardlab.com/blog/fake-friend-emergency-facebook-message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friend emergency Facebook message</dc:title>
  <dc:subject>How to spot a fake friend emergency Facebook message</dc:subject>
  <dc:creator>CyberGuardLab editorial</dc:creator>
  <cp:keywords>fake friend emergency facebook message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