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DocuSign signature request</w:t>
      </w:r>
    </w:p>
    <w:p>
      <w:r>
        <w:t xml:space="preserve">Read online: </w:t>
      </w:r>
      <w:hyperlink r:id="rId12">
        <w:r>
          <w:rPr>
            <w:color w:val="E11D48"/>
            <w:u w:val="single"/>
          </w:rPr>
          <w:t>https://cyberguardlab.com/blog/fake-docusign-signature-request</w:t>
        </w:r>
      </w:hyperlink>
    </w:p>
    <w:p>
      <w:r>
        <w:rPr>
          <w:color w:val="475569"/>
          <w:sz w:val="18"/>
        </w:rPr>
        <w:t>Published October 1, 2026 · Updated October 1, 2026</w:t>
      </w:r>
    </w:p>
    <w:p>
      <w:r>
        <w:rPr>
          <w:b/>
          <w:color w:val="0F172A"/>
          <w:sz w:val="24"/>
        </w:rPr>
        <w:t>Short answer</w:t>
      </w:r>
    </w:p>
    <w:p>
      <w:r>
        <w:t>Ignore the Review / Sign / View Document link in an unexpected “DocuSign signature request”; confirm the sender through a channel you already trust; open only a DocuSign session you start yourself — never enter email, work, or DocuSign passwords on a cold page.</w:t>
      </w:r>
    </w:p>
    <w:p>
      <w:r>
        <w:rPr>
          <w:i/>
          <w:color w:val="475569"/>
          <w:sz w:val="18"/>
        </w:rPr>
        <w:t>Advertising disclosure: CyberGuardLab is an independent comparison site. We are not TotalAV, Norton, Bitdefender, McAfee, or Avast. If you buy through our links, we may earn a commission, which can affect ranking and placement.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fake-docusign-signature-request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DocuSign signature request is an unexpected email, SMS, or DM that claims someone needs you to “review and sign,” “complete a document,” or “view a shared envelope” through a cold link. Real DocuSign envelopes are opened after you start from a message you expected, or after you sign into DocuSign yourself on a path you trust — not from a surprise “Please Review &amp; Sign” button that lands off DocuSign. DocuSign Support explains how to tell if an email from DocuSign is legitimate and publishes Trust / Security guidance for customers. This page is about DocuSign-branded e-sign / “please review and sign” phishing only — not a general email-phishing encyclopedia. Related first-hour steps live under Clicked a phishing link — first hour. Reporting habits: How to report a scam to the FTC. Account hardening: Turn on 2FA. CyberGuardLab is independent. Referral fees may affect product placement on other pages. Buying nothing and sticking to free verification habits is a valid outcome.</w:t>
      </w:r>
    </w:p>
    <w:p>
      <w:pPr>
        <w:pStyle w:val="Heading2"/>
      </w:pPr>
      <w:r>
        <w:t>The short answer</w:t>
      </w:r>
    </w:p>
    <w:p>
      <w:r>
        <w:t>Ignore the Review / Sign / View Document link in an unexpected “DocuSign signature request”; confirm the sender through a channel you already trust; open only a DocuSign session you start yourself — never enter email, work, or DocuSign passwords on a cold page.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Ad link: https://trysecurities.com/offer/norton?dtm=gg&amp;cid=</w:t>
      </w:r>
    </w:p>
    <w:p>
      <w:pPr>
        <w:pStyle w:val="Heading2"/>
      </w:pPr>
      <w:r>
        <w:t>What a fake DocuSign signature request usually looks like</w:t>
      </w:r>
    </w:p>
    <w:p>
      <w:r>
        <w:t>Scammers copy DocuSign envelope language: “Please Review &amp; Sign,” “Complete with DocuSign,” “Your document is ready,” or “Action required — signature needed today.” The job is credential theft (email / Microsoft / Google / DocuSign login), malware from a fake “viewer,” or both.</w:t>
      </w:r>
    </w:p>
    <w:p>
      <w:r>
        <w:t>Common shapes US households report:</w:t>
      </w:r>
    </w:p>
    <w:p>
      <w:pPr>
        <w:pStyle w:val="ListBullet"/>
      </w:pPr>
      <w:r>
        <w:t>Unexpected “Please Review &amp; Sign” email with a bright View / Review / Sign button that does not land on a real DocuSign domain you recognize.</w:t>
      </w:r>
    </w:p>
    <w:p>
      <w:pPr>
        <w:pStyle w:val="ListBullet"/>
      </w:pPr>
      <w:r>
        <w:t>SMS or iMessage about a “shared document” or “signature needed” with a short link to “open the envelope.”</w:t>
      </w:r>
    </w:p>
    <w:p>
      <w:pPr>
        <w:pStyle w:val="ListBullet"/>
      </w:pPr>
      <w:r>
        <w:t>Look-alike DocuSign login or document-viewer page after you tap — then email, password, and often a one-time code harvest.</w:t>
      </w:r>
    </w:p>
    <w:p>
      <w:pPr>
        <w:pStyle w:val="ListBullet"/>
      </w:pPr>
      <w:r>
        <w:t>Fake invoice, HR offer, lease, or wire-instruction PDF dressed as a DocuSign envelope so you rush past checking the sender. Invoice and payment-change tricks: Fake invoice and bill-pay scams.</w:t>
      </w:r>
    </w:p>
    <w:p>
      <w:pPr>
        <w:pStyle w:val="ListBullet"/>
      </w:pPr>
      <w:r>
        <w:t>Follow-up after any reply or tap — once you engage, expect more “support” emails or a scripted call asking for codes. Related first-hour steps: Clicked a phishing link — first hour.</w:t>
      </w:r>
    </w:p>
    <w:p>
      <w:r>
        <w:t>FTC phishing guidance: do not click links in unexpected messages; if you think it might be real, contact the company or person with a channel you know is real; report at ReportFraud.ftc.gov.</w:t>
      </w:r>
    </w:p>
    <w:p>
      <w:r>
        <w:t>We do not claim DocuSign “never emails about signatures.” DocuSign sends real envelope notices when someone shares a document with you. The safe habit is always the same: unexpected Review &amp; Sign → confirm the real sender first → open DocuSign only in a session you start yourself (or through a path the confirmed sender already uses with you).</w:t>
      </w:r>
    </w:p>
    <w:p>
      <w:pPr>
        <w:pStyle w:val="Heading2"/>
      </w:pPr>
      <w:r>
        <w:t>Fake DocuSign request vs real DocuSign notice vs related phishing</w:t>
      </w:r>
    </w:p>
    <w:p>
      <w:r>
        <w:t>Signal | Fake DocuSign signature / Review &amp; Sign message | Real DocuSign envelope notice (typical) | Related credential phishing</w:t>
      </w:r>
    </w:p>
    <w:p>
      <w:r>
        <w:t>Opening hook | “Please Review &amp; Sign / complete this document today” from a stranger or odd look-alike name. | Envelope you already expected from a known person, employer, landlord, or vendor. | General “password reset,” Teams/Zoom join, or Microsoft renewal panic.</w:t>
      </w:r>
    </w:p>
    <w:p>
      <w:r>
        <w:t>Ask | Cold View / Sign link to a non-DocuSign host, fake login, or odd attachment. | Open inside DocuSign after you recognize the sender; manage security in a session you trust. | Sign-in on a look-alike Microsoft, Google, or email page.</w:t>
      </w:r>
    </w:p>
    <w:p>
      <w:r>
        <w:t>Pressure | Same-day wire, job offer, lease, or “expires in 1 hour” countdown. | Normal signing timeline; you can confirm the sender first. | Account lock, meeting-in-5-minutes, or renewal countdown.</w:t>
      </w:r>
    </w:p>
    <w:p>
      <w:r>
        <w:t>Safe next step | Ignore link. Confirm sender on a known channel; open DocuSign yourself. | Complete signing only after sender check inside real DocuSign. | See first-hour and report guides; never reuse passwords on cold pages.</w:t>
      </w:r>
    </w:p>
    <w:p>
      <w:r>
        <w:t>Related guide | This page | Official DocuSign / support.docusign.com typed by you | Clicked a phishing link — first hour · Report a scam to the FTC</w:t>
      </w:r>
    </w:p>
    <w:p>
      <w:r>
        <w:t>If the page after View / Sign asks for your email password, Microsoft / Google password, or a “DocuSign password” on a cold form you did not expect, stop — that is credential theft dressed as an e-sign request.</w:t>
      </w:r>
    </w:p>
    <w:p>
      <w:pPr>
        <w:pStyle w:val="Heading2"/>
      </w:pPr>
      <w:r>
        <w:t>How to verify a DocuSign signature request (US household steps)</w:t>
      </w:r>
    </w:p>
    <w:p>
      <w:r>
        <w:t>Do this when any unexpected DocuSign “Review &amp; Sign” / “complete document” / cold View link appears. You do not need a paid product to finish these steps.</w:t>
      </w:r>
    </w:p>
    <w:p>
      <w:pPr>
        <w:pStyle w:val="ListBullet"/>
      </w:pPr>
      <w:r>
        <w:t>Do not tap View / Review / Sign, open a surprise attachment, or enter a password on a page that arrived from the message. Close the email, text, or DM if the sender is unknown or the document topic is surprising.</w:t>
      </w:r>
    </w:p>
    <w:p>
      <w:pPr>
        <w:pStyle w:val="ListBullet"/>
      </w:pPr>
      <w:r>
        <w:t>Confirm the request with the real sender through a channel you already trust. Call, text, or message the person or company using a number or chat thread you already have — not a Reply on the suspicious envelope email.</w:t>
      </w:r>
    </w:p>
    <w:p>
      <w:pPr>
        <w:pStyle w:val="ListBullet"/>
      </w:pPr>
      <w:r>
        <w:t>Open DocuSign the way you already trust only after that check (or if you already expected the envelope). Type a DocuSign URL you know, use a bookmark, or open DocuSign from a path your workplace already uses — not the cold View / Sign button from the unexpected message.</w:t>
      </w:r>
    </w:p>
    <w:p>
      <w:pPr>
        <w:pStyle w:val="ListBullet"/>
      </w:pPr>
      <w:r>
        <w:t>Never enter email, work, Microsoft / Google, or DocuSign passwords on a cold Review &amp; Sign page. Legitimate DocuSign signing does not require you to trust an unexpected shortener or look-alike domain. Do not share 2FA or email codes with anyone who contacted you first.</w:t>
      </w:r>
    </w:p>
    <w:p>
      <w:pPr>
        <w:pStyle w:val="ListBullet"/>
      </w:pPr>
      <w:r>
        <w:t>If you already tapped, typed a password or code, or downloaded a “viewer,” treat the first hour as incident response. Change the password you typed from a device and site you trust; turn on 2FA if it was off; tell work IT if it was a work account. Follow Clicked a phishing link — first hour. Report at ReportFraud.ftc.gov; if identity data was stolen, use IdentityTheft.gov.</w:t>
      </w:r>
    </w:p>
    <w:p>
      <w:pPr>
        <w:pStyle w:val="ListBullet"/>
      </w:pPr>
      <w:r>
        <w:t>Report the message and tell the household / team. Mark the email as phishing / junk; forward scam texts to 7726 (SPAM); file at ReportFraud.ftc.gov. Agree that nobody “signs DocuSign” from unexpected cold links without a sender check. Checklist: How to report a scam to the FTC. Turn on 2FA on the email and work accounts that would unlock a stolen DocuSign or inbox login.</w:t>
      </w:r>
    </w:p>
    <w:p>
      <w:pPr>
        <w:pStyle w:val="Heading2"/>
      </w:pPr>
      <w:r>
        <w:t>Signs the message is fake or unsafe (scan table)</w:t>
      </w:r>
    </w:p>
    <w:p>
      <w:r>
        <w:t>Use this as a quick pass before you tap View / Sign or type a password.</w:t>
      </w:r>
    </w:p>
    <w:p>
      <w:r>
        <w:t>Sign | Why it matters | What to do</w:t>
      </w:r>
    </w:p>
    <w:p>
      <w:r>
        <w:t>View / Review / Sign link lives only inside the unexpected email, text, or DM | Password and account takeover | Ignore; confirm sender; open DocuSign yourself if needed</w:t>
      </w:r>
    </w:p>
    <w:p>
      <w:r>
        <w:t>URL is a shortener, misspelled DocuSign name, or random form host | Phishing page | Never tap; confirm sender on a known channel</w:t>
      </w:r>
    </w:p>
    <w:p>
      <w:r>
        <w:t>Urgent “sign in 15 minutes,” same-day wire, or “offer expires tonight” | Fear used to skip verification | Slow down; confirm the real sender first</w:t>
      </w:r>
    </w:p>
    <w:p>
      <w:r>
        <w:t>Sender is a look-alike name, odd free-mail address, or unexpected vendor | Easy to spoof display names | Verify only after a known-channel check</w:t>
      </w:r>
    </w:p>
    <w:p>
      <w:r>
        <w:t>Page asks for email / Microsoft / Google / DocuSign password plus OTP on the same cold form | Credential harvest | Stop; change that password if you typed anything</w:t>
      </w:r>
    </w:p>
    <w:p>
      <w:r>
        <w:t>You already replied, tapped, shared a code, or spoke to a “DocuSign support agent” | Follow-up spam, malware, or takeover risk | Stop engaging; run first-hour steps if you entered secrets</w:t>
      </w:r>
    </w:p>
    <w:p>
      <w:pPr>
        <w:pStyle w:val="Heading2"/>
      </w:pPr>
      <w:r>
        <w:t>Free habits that reduce the blast radius</w:t>
      </w:r>
    </w:p>
    <w:p>
      <w:r>
        <w:t>You do not need a new subscription to lower damage if a fake DocuSign signature request gets through.</w:t>
      </w:r>
    </w:p>
    <w:p>
      <w:pPr>
        <w:pStyle w:val="ListBullet"/>
      </w:pPr>
      <w:r>
        <w:t>Household / team rule: unexpected Review &amp; Sign → confirm the real sender first → never password-paste on cold pages.</w:t>
      </w:r>
    </w:p>
    <w:p>
      <w:pPr>
        <w:pStyle w:val="ListBullet"/>
      </w:pPr>
      <w:r>
        <w:t>Prefer DocuSign paths your workplace or landlord already uses; do not trust surprise shorteners.</w:t>
      </w:r>
    </w:p>
    <w:p>
      <w:pPr>
        <w:pStyle w:val="ListBullet"/>
      </w:pPr>
      <w:r>
        <w:t>Strong unique passwords + 2FA on email and work accounts limit what a stolen envelope login can unlock.</w:t>
      </w:r>
    </w:p>
    <w:p>
      <w:pPr>
        <w:pStyle w:val="ListBullet"/>
      </w:pPr>
      <w:r>
        <w:t>Forward obvious scam texts to 7726; enable carrier and mailbox spam filtering when available.</w:t>
      </w:r>
    </w:p>
    <w:p>
      <w:pPr>
        <w:pStyle w:val="ListBullet"/>
      </w:pPr>
      <w:r>
        <w:t>Optional antivirus / web filtering is a separate layer after a bad tap; it does not replace the sender-check habit. Built-in Microsoft Defender plus those habits is enough for many households.</w:t>
      </w:r>
    </w:p>
    <w:p>
      <w:pPr>
        <w:pStyle w:val="Heading2"/>
      </w:pPr>
      <w:r>
        <w:t>What this page is not</w:t>
      </w:r>
    </w:p>
    <w:p>
      <w:r>
        <w:t>This page is not a full DocuSign product manual, not legal advice about a contract you already signed, and not a general “every phishing email” encyclopedia. For the general checklist, see How to spot a phishing email.</w:t>
      </w:r>
    </w:p>
    <w:p>
      <w:r>
        <w:t>It does not claim CyberGuardLab lab scores or “#1 anti-phishing” ranks. It does not tell you to ignore a real envelope you already expected from a known sender — it tells you to confirm unexpected requests and open DocuSign only in a session you trust. It is not a Zoom/Teams meeting-join guide and not a Microsoft 365 billing/renewal guide. Official legitimacy checks and reporting stay with DocuSign Support / Trust, ReportFraud.ftc.gov, and IdentityTheft.gov if personal data was stolen.</w:t>
      </w:r>
    </w:p>
    <w:p>
      <w:pPr>
        <w:pStyle w:val="Heading2"/>
      </w:pPr>
      <w:r>
        <w:t>If you decide a paid extra is a real job</w:t>
      </w:r>
    </w:p>
    <w:p>
      <w:r>
        <w:t>Most households can handle fake DocuSign signature requests with the free steps above. Open a paid page only if you already named a job — for example broader web filtering, cross-device AV, or identity alerts after you gave a scammer personal data — and you will actually use it.</w:t>
      </w:r>
    </w:p>
    <w:p>
      <w:pPr>
        <w:pStyle w:val="ListBullet"/>
      </w:pPr>
      <w:r>
        <w:t>PC / Mac suite with phishing and web protections many households already compare: Norton plans (paid link; confirm renewal price).</w:t>
      </w:r>
    </w:p>
    <w:p>
      <w:pPr>
        <w:pStyle w:val="ListBullet"/>
      </w:pPr>
      <w:r>
        <w:t>Independent-test–oriented suite option: Bitdefender plans (paid link).</w:t>
      </w:r>
    </w:p>
    <w:p>
      <w:pPr>
        <w:pStyle w:val="ListBullet"/>
      </w:pPr>
      <w:r>
        <w:t>Household suite shopping starting point: TotalAV plans (paid link; confirm renewal).</w:t>
      </w:r>
    </w:p>
    <w:p>
      <w:pPr>
        <w:pStyle w:val="ListBullet"/>
      </w:pPr>
      <w:r>
        <w:t>Multi-device bill under one vendor: McAfee plans (paid link; confirm device limit).</w:t>
      </w:r>
    </w:p>
    <w:p>
      <w:pPr>
        <w:pStyle w:val="ListBullet"/>
      </w:pPr>
      <w:r>
        <w:t>Another suite path some homes already use: Avast plans (paid link).</w:t>
      </w:r>
    </w:p>
    <w:p>
      <w:r>
        <w:t>Buying nothing beyond free sender-check and official-session habits is still valid. Paid links above are on-site only.</w:t>
      </w:r>
    </w:p>
    <w:p>
      <w:pPr>
        <w:pStyle w:val="Heading2"/>
      </w:pPr>
      <w:r>
        <w:t>FAQ</w:t>
      </w:r>
    </w:p>
    <w:p>
      <w:pPr>
        <w:pStyle w:val="Heading3"/>
      </w:pPr>
      <w:r>
        <w:t>Does DocuSign really email about signature requests?</w:t>
      </w:r>
    </w:p>
    <w:p>
      <w:r>
        <w:t>Yes. DocuSign sends real envelope notices when someone shares a document with you. That is why the safe test is not “DocuSign never emails,” but “I only open unexpected Review &amp; Sign messages after I confirm the sender and use a DocuSign path I trust.”</w:t>
      </w:r>
    </w:p>
    <w:p>
      <w:pPr>
        <w:pStyle w:val="Heading3"/>
      </w:pPr>
      <w:r>
        <w:t>The message shows a document name, company logo, or partial address. Is that enough?</w:t>
      </w:r>
    </w:p>
    <w:p>
      <w:r>
        <w:t>No. Document titles, logos, and address-like strings are easy to reuse from public sites, breaches, or guesswork. Trust a sender you can confirm on a known channel, not the message chrome.</w:t>
      </w:r>
    </w:p>
    <w:p>
      <w:pPr>
        <w:pStyle w:val="Heading3"/>
      </w:pPr>
      <w:r>
        <w:t>I already entered my email or work password on the Sign page. What should I do first?</w:t>
      </w:r>
    </w:p>
    <w:p>
      <w:r>
        <w:t>Change that password from a trusted device and official site. Turn on 2FA if it was off. Tell work IT if it was a work account. Follow Clicked a phishing link — first hour. Report at ReportFraud.ftc.gov.</w:t>
      </w:r>
    </w:p>
    <w:p>
      <w:pPr>
        <w:pStyle w:val="Heading3"/>
      </w:pPr>
      <w:r>
        <w:t>How is this different from general email phishing?</w:t>
      </w:r>
    </w:p>
    <w:p>
      <w:r>
        <w:t>This page is DocuSign-branded e-sign / “please review and sign” phishing only. Same cold-link credential trick, DocuSign costume — not a full phishing encyclopedia. For first-hour response after a bad tap, use Clicked a phishing link — first hour; for reporting, use How to report a scam to the FTC.</w:t>
      </w:r>
    </w:p>
    <w:p>
      <w:pPr>
        <w:pStyle w:val="Heading3"/>
      </w:pPr>
      <w:r>
        <w:t>How do I report a fake DocuSign signature request?</w:t>
      </w:r>
    </w:p>
    <w:p>
      <w:r>
        <w:t>Mark the email as phishing / junk, forward scam texts to 7726 (SPAM), and file at ReportFraud.ftc.gov. Steps for the FTC side are in How to report a scam to the FTC.</w:t>
      </w:r>
    </w:p>
    <w:p>
      <w:pPr>
        <w:pStyle w:val="Heading3"/>
      </w:pPr>
      <w:r>
        <w:t>Do I need paid antivirus to spot these messages?</w:t>
      </w:r>
    </w:p>
    <w:p>
      <w:r>
        <w:t>No. Spotting is a verification habit: confirm the sender, ignore the cold View / Sign link, never enter secrets on a cold page. Microsoft Defender plus those habits is enough for many households. Paid antivirus can be a separate optional layer for malware after a bad tap; it does not replace that habit.</w:t>
      </w:r>
    </w:p>
    <w:p>
      <w:pPr>
        <w:pStyle w:val="Heading2"/>
      </w:pPr>
      <w:r>
        <w:t>Sources</w:t>
      </w:r>
    </w:p>
    <w:p>
      <w:pPr>
        <w:pStyle w:val="ListBullet"/>
      </w:pPr>
      <w:r>
        <w:t>How do I know if an email from DocuSign is legitimate? (DocuSign Support)</w:t>
      </w:r>
    </w:p>
    <w:p>
      <w:pPr>
        <w:pStyle w:val="ListBullet"/>
      </w:pPr>
      <w:r>
        <w:t>Trust / Security (DocuSign)</w:t>
      </w:r>
    </w:p>
    <w:p>
      <w:pPr>
        <w:pStyle w:val="ListBullet"/>
      </w:pPr>
      <w:r>
        <w:t>DocuSign Support</w:t>
      </w:r>
    </w:p>
    <w:p>
      <w:pPr>
        <w:pStyle w:val="ListBullet"/>
      </w:pPr>
      <w:r>
        <w:t>How To Recognize and Avoid Phishing Scams (FTC)</w:t>
      </w:r>
    </w:p>
    <w:p>
      <w:pPr>
        <w:pStyle w:val="ListBullet"/>
      </w:pPr>
      <w:r>
        <w:t>How to Recognize and Report Spam Text Messages (FTC)</w:t>
      </w:r>
    </w:p>
    <w:p>
      <w:pPr>
        <w:pStyle w:val="ListBullet"/>
      </w:pPr>
      <w:r>
        <w:t>ReportFraud.ftc.gov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Avoiding Social Engineering and Phishing Attacks (CISA)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Fake invoice and bill-pay scams</w:t>
      </w:r>
    </w:p>
    <w:p>
      <w:pPr>
        <w:pStyle w:val="ListBullet"/>
      </w:pPr>
      <w:r>
        <w:t>Clicked a phishing link: the first hour</w:t>
      </w:r>
    </w:p>
    <w:p>
      <w:pPr>
        <w:pStyle w:val="ListBullet"/>
      </w:pPr>
      <w:r>
        <w:t>Turn on 2FA for Gmail, Apple and your bank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https://cyberguardlab.com/blog/fake-docusign-signature-request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hyperlink" Target="https://cyberguardlab.com/blog/fake-docusign-signature-request" TargetMode="External"/><Relationship Id="rId13" Type="http://schemas.openxmlformats.org/officeDocument/2006/relationships/image" Target="media/image2.jp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DocuSign signature request</dc:title>
  <dc:subject>How to spot a fake DocuSign signature request</dc:subject>
  <dc:creator>CyberGuardLab editorial</dc:creator>
  <cp:keywords>fake docusign signature request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