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Delta flight change text</w:t>
      </w:r>
    </w:p>
    <w:p>
      <w:r>
        <w:t xml:space="preserve">Read online: </w:t>
      </w:r>
      <w:hyperlink r:id="rId12">
        <w:r>
          <w:rPr>
            <w:color w:val="E11D48"/>
            <w:u w:val="single"/>
          </w:rPr>
          <w:t>https://cyberguardlab.com/blog/fake-delta-flight-change</w:t>
        </w:r>
      </w:hyperlink>
    </w:p>
    <w:p>
      <w:r>
        <w:rPr>
          <w:color w:val="475569"/>
          <w:sz w:val="18"/>
        </w:rPr>
        <w:t>Published October 3, 2026 · Updated October 3, 2026</w:t>
      </w:r>
    </w:p>
    <w:p>
      <w:r>
        <w:rPr>
          <w:b/>
          <w:color w:val="0F172A"/>
          <w:sz w:val="24"/>
        </w:rPr>
        <w:t>Short answer</w:t>
      </w:r>
    </w:p>
    <w:p>
      <w:r>
        <w:t>Ignore the rebook / confirm-seat / pay-fare-difference link in an unexpected Delta flight change text; manage trips only at delta.com or the Fly Delta app you open yourself; never pay or enter card / SkyMiles details from a cold message.</w:t>
      </w:r>
    </w:p>
    <w:p>
      <w:r>
        <w:rPr>
          <w:i/>
          <w:color w:val="475569"/>
          <w:sz w:val="18"/>
        </w:rPr>
        <w:t>Advertising disclosure: CyberGuardLab is an independent comparison site. We are not TotalAV, Norton, Bitdefender, McAfee, or Avast. If you buy through our links, we may earn a commission, which can affect ranking and placement.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delta-flight-chan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Delta flight change text (or email) is an unexpected SMS, iMessage, or message that claims your Delta flight was changed, cancelled, or needs a rebook / “confirm seat” / “pay a fare difference” step through a cold link. Real Delta trip controls live inside the Delta experience you open yourself — delta.com, the Fly Delta app you installed, Find Your Trip / Flight Status pages you open yourself, or Help Center paths you look up yourself — not inside a cold shortener from an unexpected text. Delta publishes Help Center, Find Your Trip, and Flight Status tools; the safe habit is to ignore the cold rebook / confirm link, manage the trip only after you open Delta yourself, and never pay a “fare difference” or enter a SkyMiles / credit-card detail from that message. This page is about Delta-branded flight change / cancel / rebook / “confirm seat” SMS/email phishing only. The generic airline phone costume is Airline customer service impersonation scam. Related first-hour steps: Clicked a phishing link — first hour. CyberGuardLab is independent. Referral fees may affect product placement on other pages. Buying nothing and sticking to free verification habits is a valid outcome.</w:t>
      </w:r>
    </w:p>
    <w:p>
      <w:pPr>
        <w:pStyle w:val="Heading2"/>
      </w:pPr>
      <w:r>
        <w:t>The short answer</w:t>
      </w:r>
    </w:p>
    <w:p>
      <w:r>
        <w:t>Ignore the rebook / confirm-seat / pay-fare-difference link in an unexpected Delta flight change text; manage trips only at delta.com or the Fly Delta app you open yourself; never pay or enter card / SkyMiles details from a cold message.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What a fake Delta flight change text usually looks like</w:t>
      </w:r>
    </w:p>
    <w:p>
      <w:r>
        <w:t>Scammers copy Delta itinerary language: “your flight has changed,” “cancelled — rebook now,” “confirm your seat,” “pay the fare difference,” or “your boarding pass is invalid.” The job is credential theft, card theft, malware, or a small “rebooking fee” cash-out.</w:t>
      </w:r>
    </w:p>
    <w:p>
      <w:r>
        <w:t>Common shapes US households report:</w:t>
      </w:r>
    </w:p>
    <w:p>
      <w:pPr>
        <w:pStyle w:val="ListBullet"/>
      </w:pPr>
      <w:r>
        <w:t>SMS or iMessage claiming Delta changed or cancelled your flight with a short link to “rebook,” “confirm seat,” or “view new itinerary.”</w:t>
      </w:r>
    </w:p>
    <w:p>
      <w:pPr>
        <w:pStyle w:val="ListBullet"/>
      </w:pPr>
      <w:r>
        <w:t>Email about a Delta “schedule change” or “fare difference due” with a bright Rebook / Confirm / Pay button that does not land on delta.com.</w:t>
      </w:r>
    </w:p>
    <w:p>
      <w:pPr>
        <w:pStyle w:val="ListBullet"/>
      </w:pPr>
      <w:r>
        <w:t>Look-alike Delta My Trips or login page after you tap — then a card / SkyMiles password harvest, or a “pay to keep your seat” form.</w:t>
      </w:r>
    </w:p>
    <w:p>
      <w:pPr>
        <w:pStyle w:val="ListBullet"/>
      </w:pPr>
      <w:r>
        <w:t>“Confirm within 2 hours or lose your reservation” pitch that mixes a real-looking flight number with a payment form outside Delta.</w:t>
      </w:r>
    </w:p>
    <w:p>
      <w:pPr>
        <w:pStyle w:val="ListBullet"/>
      </w:pPr>
      <w:r>
        <w:t>Follow-up after any reply or tap — once you engage, expect more “Delta agent” texts or a scripted call. Related phone costume (different angle): Airline customer service impersonation scam. Related first-hour steps: Clicked a phishing link — first hour.</w:t>
      </w:r>
    </w:p>
    <w:p>
      <w:r>
        <w:t>FTC phishing and spam-text guidance: do not click links in unexpected messages; if you think it might be real, contact the company with a website or phone number you know is real; forward scam texts to 7726 (SPAM) and report at ReportFraud.ftc.gov.</w:t>
      </w:r>
    </w:p>
    <w:p>
      <w:r>
        <w:t>We do not claim Delta “never texts or emails about flights.” Delta may send real itinerary notices. The safe habit is always the same: leave the unexpected message, open delta.com or the Fly Delta app yourself, and manage changes only inside a session or channel you started.</w:t>
      </w:r>
    </w:p>
    <w:p>
      <w:pPr>
        <w:pStyle w:val="Heading2"/>
      </w:pPr>
      <w:r>
        <w:t>Fake Delta flight change text vs real Delta notice vs related lure</w:t>
      </w:r>
    </w:p>
    <w:p>
      <w:r>
        <w:t>Signal | Fake Delta change / cancel / rebook / confirm-seat message | Real Delta notice (typical) | Related lure (airline CS call costume)</w:t>
      </w:r>
    </w:p>
    <w:p>
      <w:r>
        <w:t>Opening hook | “Delta: flight changed / cancelled — rebook / confirm seat / pay now.” | Itinerary updates you can also see after you open Delta yourself. | “This is Delta customer service — call back / stay on the line” (see airline CS impersonation).</w:t>
      </w:r>
    </w:p>
    <w:p>
      <w:r>
        <w:t>Ask | Cold link, card “to keep seat,” SkyMiles password on a look-alike page. | Usually none inside the message — manage trips inside Delta you open yourself. | Phone script pushing remote access, gift cards, or payment over the call.</w:t>
      </w:r>
    </w:p>
    <w:p>
      <w:r>
        <w:t>Pressure | “Confirm in 2 hours,” “seat released tonight,” fare-difference countdown. | Normal schedule-change calendar; you verify on your schedule. | Same-day “account hold” or “ticket void” fear on a cold call.</w:t>
      </w:r>
    </w:p>
    <w:p>
      <w:r>
        <w:t>Safe next step | Ignore link. Type delta.com or open the Fly Delta app yourself. | Confirm status only inside Delta channels you start. | See Airline customer service impersonation scam.</w:t>
      </w:r>
    </w:p>
    <w:p>
      <w:r>
        <w:t>Related guide | This page | delta.com / Fly Delta app typed by you · Find Your Trip / Flight Status / Help Center | Airline customer service impersonation scam</w:t>
      </w:r>
    </w:p>
    <w:p>
      <w:r>
        <w:t>If the page after the tap asks for a card, “rebooking fee,” or Delta / SkyMiles login on a domain that is not Delta, stop — that is theft dressed as a flight notice.</w:t>
      </w:r>
    </w:p>
    <w:p>
      <w:pPr>
        <w:pStyle w:val="Heading2"/>
      </w:pPr>
      <w:r>
        <w:t>How to verify a Delta flight change message (US household steps)</w:t>
      </w:r>
    </w:p>
    <w:p>
      <w:r>
        <w:t>Do this when any unexpected Delta change / cancel / rebook / confirm-seat / pay-fare-difference message appears. You do not need a paid product to finish these steps.</w:t>
      </w:r>
    </w:p>
    <w:p>
      <w:pPr>
        <w:pStyle w:val="ListBullet"/>
      </w:pPr>
      <w:r>
        <w:t>Do not tap the link, reply YES/NO, or call a number that lives only inside the message. Close the email or text. Do not discuss the “new itinerary” with a caller who contacted you first.</w:t>
      </w:r>
    </w:p>
    <w:p>
      <w:pPr>
        <w:pStyle w:val="ListBullet"/>
      </w:pPr>
      <w:r>
        <w:t>Open Delta the way you already trust. Type delta.com yourself (or open the Fly Delta app you installed earlier), use Find Your Trip / Flight Status tools you open yourself, or contact Delta Help Center through a path you look up yourself — not the rebook / confirm / pay link from the unexpected message.</w:t>
      </w:r>
    </w:p>
    <w:p>
      <w:pPr>
        <w:pStyle w:val="ListBullet"/>
      </w:pPr>
      <w:r>
        <w:t>Check the trip only inside a session or channel you started. Look up the confirmation number (if you already have one from a real booking) on Find Your Trip or in the Fly Delta app you opened yourself. If nothing unexpected appears — or you were not expecting a Delta flight — treat the message as spam.</w:t>
      </w:r>
    </w:p>
    <w:p>
      <w:pPr>
        <w:pStyle w:val="ListBullet"/>
      </w:pPr>
      <w:r>
        <w:t>Never pay a “fare difference,” “rebooking fee,” or “seat hold” from a cold text, and never enter card or SkyMiles login details on a page that arrived from that message. Legitimate Delta trip tools do not require you to trust an unexpected shortener or look-alike domain. If a real schedule change exists, you will still see it after you open delta.com or the Fly Delta app yourself — manage it only from there.</w:t>
      </w:r>
    </w:p>
    <w:p>
      <w:pPr>
        <w:pStyle w:val="ListBullet"/>
      </w:pPr>
      <w:r>
        <w:t>If you already tapped, typed a password, or entered a card, treat the first hour as incident response. Change passwords from sessions you started if you typed any; call the number on the back of your card to watch for fraud (Credit card fraud — first hour). Follow Clicked a phishing link — first hour. Report at ReportFraud.ftc.gov; if identity data was stolen, use IdentityTheft.gov.</w:t>
      </w:r>
    </w:p>
    <w:p>
      <w:pPr>
        <w:pStyle w:val="ListBullet"/>
      </w:pPr>
      <w:r>
        <w:t>Report the message and tell the household. Mark the email as phishing / junk; forward scam texts to 7726 (SPAM); file at ReportFraud.ftc.gov. Agree that nobody rebooks Delta, confirms a seat, or pays a fare difference from unexpected links — only via delta.com or the Fly Delta app you open yourself. Checklist: How to report a scam to the FTC.</w:t>
      </w:r>
    </w:p>
    <w:p>
      <w:pPr>
        <w:pStyle w:val="Heading2"/>
      </w:pPr>
      <w:r>
        <w:t>Signs the message is fake or unsafe (scan table)</w:t>
      </w:r>
    </w:p>
    <w:p>
      <w:r>
        <w:t>Use this as a quick pass before you spend money or time.</w:t>
      </w:r>
    </w:p>
    <w:p>
      <w:r>
        <w:t>Sign | Why it matters | What to do</w:t>
      </w:r>
    </w:p>
    <w:p>
      <w:r>
        <w:t>Rebook / confirm / pay link lives only inside the unexpected message | Card and credential theft | Ignore; open delta.com or Fly Delta app yourself</w:t>
      </w:r>
    </w:p>
    <w:p>
      <w:r>
        <w:t>URL is a shortener, misspelled Delta name, or random form host | Phishing page | Never tap; type delta.com</w:t>
      </w:r>
    </w:p>
    <w:p>
      <w:r>
        <w:t>Urgent “confirm in 2 hours” or “seat released tonight” | Fear used to skip verification | Slow down; check the trip inside Delta you start</w:t>
      </w:r>
    </w:p>
    <w:p>
      <w:r>
        <w:t>Asks for a “fare difference,” “rebooking fee,” or card / SkyMiles login from the text | Direct cash-out or account theft | Stop; never pay from a cold text</w:t>
      </w:r>
    </w:p>
    <w:p>
      <w:r>
        <w:t>You were not expecting a Delta flight, or Find Your Trip shows no matching itinerary | Cold lure with fake flight chrome | Ignore; confirm any real booking only inside Delta</w:t>
      </w:r>
    </w:p>
    <w:p>
      <w:r>
        <w:t>You already replied, tapped, or spoke to a “Delta agent” | Follow-up spam, malware, or payment fraud risk | Stop engaging; verify on delta.com; run first-hour steps if you entered secrets</w:t>
      </w:r>
    </w:p>
    <w:p>
      <w:pPr>
        <w:pStyle w:val="Heading2"/>
      </w:pPr>
      <w:r>
        <w:t>Free habits that reduce the blast radius</w:t>
      </w:r>
    </w:p>
    <w:p>
      <w:r>
        <w:t>You do not need a new subscription to lower damage if a fake Delta flight change text gets through.</w:t>
      </w:r>
    </w:p>
    <w:p>
      <w:pPr>
        <w:pStyle w:val="ListBullet"/>
      </w:pPr>
      <w:r>
        <w:t>Bookmark delta.com / the Fly Delta app; manage trips only there — never from a cold change link.</w:t>
      </w:r>
    </w:p>
    <w:p>
      <w:pPr>
        <w:pStyle w:val="ListBullet"/>
      </w:pPr>
      <w:r>
        <w:t>Household rule: never use rebook / confirm-seat / pay-fare links inside unexpected Delta emails or texts.</w:t>
      </w:r>
    </w:p>
    <w:p>
      <w:pPr>
        <w:pStyle w:val="ListBullet"/>
      </w:pPr>
      <w:r>
        <w:t>Differentiate costumes: cold airline “customer service” phone impersonation is covered in Airline customer service impersonation scam.</w:t>
      </w:r>
    </w:p>
    <w:p>
      <w:pPr>
        <w:pStyle w:val="ListBullet"/>
      </w:pPr>
      <w:r>
        <w:t>Forward obvious scam texts to 7726; enable carrier and mailbox spam filtering when available.</w:t>
      </w:r>
    </w:p>
    <w:p>
      <w:pPr>
        <w:pStyle w:val="ListBullet"/>
      </w:pPr>
      <w:r>
        <w:t>Optional antivirus / web filtering is a separate layer after a bad tap; it does not replace the verify-on-delta.com habit. Built-in Microsoft Defender plus those habits is enough for many households.</w:t>
      </w:r>
    </w:p>
    <w:p>
      <w:pPr>
        <w:pStyle w:val="Heading2"/>
      </w:pPr>
      <w:r>
        <w:t>What this page is not</w:t>
      </w:r>
    </w:p>
    <w:p>
      <w:r>
        <w:t>This page is not a guide to filing a real Delta refund or involuntary change claim, not a review of Delta fare products, and not legal advice about a specific cancelled flight.</w:t>
      </w:r>
    </w:p>
    <w:p>
      <w:r>
        <w:t>It does not claim CyberGuardLab lab scores or “#1 anti-phishing” ranks. It does not tell you to ignore a real schedule change you can also see inside delta.com or the Fly Delta app you open yourself — it tells you to verify there, not in the cold message. It is not the generic airline customer-service phone impersonation guide; for that costume, read Airline customer service impersonation scam. Official recovery and reporting stay with Delta Help Center, your card issuer, ReportFraud.ftc.gov, and IdentityTheft.gov if personal data was stolen.</w:t>
      </w:r>
    </w:p>
    <w:p>
      <w:pPr>
        <w:pStyle w:val="Heading2"/>
      </w:pPr>
      <w:r>
        <w:t>If you decide a paid extra is a real job</w:t>
      </w:r>
    </w:p>
    <w:p>
      <w:r>
        <w:t>Most households can handle fake Delta flight change texts with the free steps above. Open a paid page only if you already named a job — for example broader web filtering, cross-device AV, or identity alerts after you gave a scammer personal data — and you will actually use it.</w:t>
      </w:r>
    </w:p>
    <w:p>
      <w:pPr>
        <w:pStyle w:val="ListBullet"/>
      </w:pPr>
      <w:r>
        <w:t>PC / Mac suite with phishing and web protections many households already compare: Norton plans (paid link; confirm renewal price).</w:t>
      </w:r>
    </w:p>
    <w:p>
      <w:pPr>
        <w:pStyle w:val="ListBullet"/>
      </w:pPr>
      <w:r>
        <w:t>Independent-test–oriented suite option: Bitdefender plans (paid link).</w:t>
      </w:r>
    </w:p>
    <w:p>
      <w:pPr>
        <w:pStyle w:val="ListBullet"/>
      </w:pPr>
      <w:r>
        <w:t>Household suite shopping starting point: TotalAV plans (paid link; confirm renewal).</w:t>
      </w:r>
    </w:p>
    <w:p>
      <w:pPr>
        <w:pStyle w:val="ListBullet"/>
      </w:pPr>
      <w:r>
        <w:t>Multi-device bill under one vendor: McAfee plans (paid link; confirm device limit).</w:t>
      </w:r>
    </w:p>
    <w:p>
      <w:pPr>
        <w:pStyle w:val="ListBullet"/>
      </w:pPr>
      <w:r>
        <w:t>Another suite path some homes already use: Avast plans (paid link).</w:t>
      </w:r>
    </w:p>
    <w:p>
      <w:r>
        <w:t>Buying nothing beyond free official-site / app verification habits is still valid. Paid links above are on-site only.</w:t>
      </w:r>
    </w:p>
    <w:p>
      <w:pPr>
        <w:pStyle w:val="Heading2"/>
      </w:pPr>
      <w:r>
        <w:t>FAQ</w:t>
      </w:r>
    </w:p>
    <w:p>
      <w:pPr>
        <w:pStyle w:val="Heading3"/>
      </w:pPr>
      <w:r>
        <w:t>Does Delta really text or email about flight changes?</w:t>
      </w:r>
    </w:p>
    <w:p>
      <w:r>
        <w:t>Delta may send real itinerary and schedule notices. That is why the safe test is not “Delta never messages,” but “I only rebook or confirm a seat inside delta.com or the Fly Delta app I open myself — never from a cold link, and I never pay a fare difference from a text.”</w:t>
      </w:r>
    </w:p>
    <w:p>
      <w:pPr>
        <w:pStyle w:val="Heading3"/>
      </w:pPr>
      <w:r>
        <w:t>The message shows a flight number and my airport codes. Is that enough?</w:t>
      </w:r>
    </w:p>
    <w:p>
      <w:r>
        <w:t>No. Flight-like strings and airport labels are easy to reuse from breaches, prior purchases, or guesswork. Trust the Delta session or app you start yourself, not the message chrome.</w:t>
      </w:r>
    </w:p>
    <w:p>
      <w:pPr>
        <w:pStyle w:val="Heading3"/>
      </w:pPr>
      <w:r>
        <w:t>I already entered a card or SkyMiles password on the “rebook / confirm” page. What should I do first?</w:t>
      </w:r>
    </w:p>
    <w:p>
      <w:r>
        <w:t>Call the number on the back of your card about possible fraud, change any password you typed from a site you open, and follow Clicked a phishing link — first hour. Report at ReportFraud.ftc.gov.</w:t>
      </w:r>
    </w:p>
    <w:p>
      <w:pPr>
        <w:pStyle w:val="Heading3"/>
      </w:pPr>
      <w:r>
        <w:t>How is this different from an airline customer service impersonation scam?</w:t>
      </w:r>
    </w:p>
    <w:p>
      <w:r>
        <w:t>This page is Delta-branded flight change / cancel / rebook / confirm-seat SMS/email phishing only. Airline customer service impersonation scam covers the generic airline “customer service” phone costume. Same habit (do not trust cold asks; open the real airline yourself), different channel and brand focus.</w:t>
      </w:r>
    </w:p>
    <w:p>
      <w:pPr>
        <w:pStyle w:val="Heading3"/>
      </w:pPr>
      <w:r>
        <w:t>How do I report a fake Delta flight change text?</w:t>
      </w:r>
    </w:p>
    <w:p>
      <w:r>
        <w:t>Mark the email as phishing / junk, forward scam texts to 7726 (SPAM), and file at ReportFraud.ftc.gov. Steps for the FTC side are in How to report a scam to the FTC.</w:t>
      </w:r>
    </w:p>
    <w:p>
      <w:pPr>
        <w:pStyle w:val="Heading3"/>
      </w:pPr>
      <w:r>
        <w:t>Do I need paid antivirus to spot these messages?</w:t>
      </w:r>
    </w:p>
    <w:p>
      <w:r>
        <w:t>No. Spotting is a verification habit: ignore the link, open delta.com or the Fly Delta app, never pay a fee or enter secrets on a cold page. Microsoft Defender plus those habits is enough for many households. Antivirus can be a separate optional layer for malware after a bad tap; it does not replace that habit.</w:t>
      </w:r>
    </w:p>
    <w:p>
      <w:pPr>
        <w:pStyle w:val="Heading2"/>
      </w:pPr>
      <w:r>
        <w:t>Sources</w:t>
      </w:r>
    </w:p>
    <w:p>
      <w:pPr>
        <w:pStyle w:val="ListBullet"/>
      </w:pPr>
      <w:r>
        <w:t>Delta Help Center</w:t>
      </w:r>
    </w:p>
    <w:p>
      <w:pPr>
        <w:pStyle w:val="ListBullet"/>
      </w:pPr>
      <w:r>
        <w:t>Find Your Trip (Delta)</w:t>
      </w:r>
    </w:p>
    <w:p>
      <w:pPr>
        <w:pStyle w:val="ListBullet"/>
      </w:pPr>
      <w:r>
        <w:t>Delta Flight Status</w:t>
      </w:r>
    </w:p>
    <w:p>
      <w:pPr>
        <w:pStyle w:val="ListBullet"/>
      </w:pPr>
      <w:r>
        <w:t>Delta Air Lines</w:t>
      </w:r>
    </w:p>
    <w:p>
      <w:pPr>
        <w:pStyle w:val="ListBullet"/>
      </w:pPr>
      <w:r>
        <w:t>How To Recognize and Avoid Phishing Scams (FTC)</w:t>
      </w:r>
    </w:p>
    <w:p>
      <w:pPr>
        <w:pStyle w:val="ListBullet"/>
      </w:pPr>
      <w:r>
        <w:t>How to Recognize and Report Spam Text Messages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Avoiding Social Engineering and Phishing Attacks (CISA)</w:t>
      </w:r>
    </w:p>
    <w:p>
      <w:pPr>
        <w:pStyle w:val="Heading2"/>
      </w:pPr>
      <w:r>
        <w:t>Also read</w:t>
      </w:r>
    </w:p>
    <w:p>
      <w:pPr>
        <w:pStyle w:val="ListBullet"/>
      </w:pPr>
      <w:r>
        <w:t>Airline customer service impersonation scam</w:t>
      </w:r>
    </w:p>
    <w:p>
      <w:pPr>
        <w:pStyle w:val="ListBullet"/>
      </w:pPr>
      <w:r>
        <w:t>Credit card fraud: the first hour</w:t>
      </w:r>
    </w:p>
    <w:p>
      <w:pPr>
        <w:pStyle w:val="ListBullet"/>
      </w:pPr>
      <w:r>
        <w:t>Clicked a phishing link: the first hour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https://cyberguardlab.com/blog/fake-delta-flight-change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cyberguardlab.com/blog/fake-delta-flight-change" TargetMode="External"/><Relationship Id="rId13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Delta flight change text</dc:title>
  <dc:subject>How to spot a fake Delta flight change text</dc:subject>
  <dc:creator>CyberGuardLab editorial</dc:creator>
  <cp:keywords>fake delta flight change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