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Apple ID lock alert</w:t>
      </w:r>
    </w:p>
    <w:p>
      <w:r>
        <w:t xml:space="preserve">Read online: </w:t>
      </w:r>
      <w:hyperlink r:id="rId12">
        <w:r>
          <w:rPr>
            <w:color w:val="E11D48"/>
            <w:u w:val="single"/>
          </w:rPr>
          <w:t>https://cyberguardlab.com/blog/fake-apple-id-lock-alert</w:t>
        </w:r>
      </w:hyperlink>
    </w:p>
    <w:p>
      <w:r>
        <w:rPr>
          <w:color w:val="475569"/>
          <w:sz w:val="18"/>
        </w:rPr>
        <w:t>Published September 28, 2026 · Updated September 28, 2026</w:t>
      </w:r>
    </w:p>
    <w:p>
      <w:r>
        <w:rPr>
          <w:b/>
          <w:color w:val="0F172A"/>
          <w:sz w:val="24"/>
        </w:rPr>
        <w:t>Short answer</w:t>
      </w:r>
    </w:p>
    <w:p>
      <w:r>
        <w:t>Ignore the unlock / verify link in an unexpected “Apple ID locked” or “unusual Apple sign-in” message; verify only in Settings or at appleid.apple.com you open yourself; never enter your Apple ID password or two-factor code on a cold page.</w:t>
      </w:r>
    </w:p>
    <w:p>
      <w:r>
        <w:rPr>
          <w:i/>
          <w:color w:val="475569"/>
          <w:sz w:val="18"/>
        </w:rPr>
        <w:t>Advertising disclosure: CyberGuardLab is an independent comparison site. We are not TotalAV, Norton, Bitdefender, McAfee, or Avast. If you buy through our links, we may earn a commission, which can affect ranking and placement.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apple-id-lock-alert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Apple ID lock alert is an unexpected email, SMS, or browser-style message that claims your Apple ID was “locked,” that someone signed in from a new device, or that you must “unlock” or “verify” through a link before you lose Photos, iCloud, or App Store access. Real Apple ID security work lives inside appleid.apple.com or Settings on a device you unlock yourself — not inside a cold unlock / verify button. Apple’s phishing guidance is clear: do not enter your Apple ID password on pages that arrive from unexpected messages; go to Apple using a site or Settings path you trust. This lure is related to other brand-costume renewals such as a fake Microsoft 365 renewal, and it can escalate into a tech support phone scam. CyberGuardLab is independent. Referral fees may affect product placement on other pages. Buying nothing and sticking to free verification habits is a valid outcome.</w:t>
      </w:r>
    </w:p>
    <w:p>
      <w:pPr>
        <w:pStyle w:val="Heading2"/>
      </w:pPr>
      <w:r>
        <w:t>The short answer</w:t>
      </w:r>
    </w:p>
    <w:p>
      <w:r>
        <w:t>Ignore the unlock / verify link in an unexpected “Apple ID locked” or “unusual Apple sign-in” message; verify only in Settings or at appleid.apple.com you open yourself; never enter your Apple ID password or two-factor code on a cold page.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Ad link: https://trysecurities.com/offer/norton?dtm=gg&amp;cid=</w:t>
      </w:r>
    </w:p>
    <w:p>
      <w:pPr>
        <w:pStyle w:val="Heading2"/>
      </w:pPr>
      <w:r>
        <w:t>What a fake Apple ID lock alert usually looks like</w:t>
      </w:r>
    </w:p>
    <w:p>
      <w:r>
        <w:t>Scammers copy Apple security language: “Your Apple ID has been locked,” “unusual sign-in from a new device,” “payment method failed — account suspended,” or “verify within 24 hours.” The job is credential theft, payment-card theft, or both.</w:t>
      </w:r>
    </w:p>
    <w:p>
      <w:r>
        <w:t>Common shapes US households report:</w:t>
      </w:r>
    </w:p>
    <w:p>
      <w:pPr>
        <w:pStyle w:val="ListBullet"/>
      </w:pPr>
      <w:r>
        <w:t>Email claiming Apple ID is locked with a bright “Unlock now” or “Verify Apple ID” button that does not land on appleid.apple.com.</w:t>
      </w:r>
    </w:p>
    <w:p>
      <w:pPr>
        <w:pStyle w:val="ListBullet"/>
      </w:pPr>
      <w:r>
        <w:t>SMS or iMessage about an “unusual Apple ID sign-in” with a short link to “secure your account” or “review devices.”</w:t>
      </w:r>
    </w:p>
    <w:p>
      <w:pPr>
        <w:pStyle w:val="ListBullet"/>
      </w:pPr>
      <w:r>
        <w:t>Look-alike Apple ID login page after you tap — then email/phone, password, and often a stolen two-factor code harvest.</w:t>
      </w:r>
    </w:p>
    <w:p>
      <w:pPr>
        <w:pStyle w:val="ListBullet"/>
      </w:pPr>
      <w:r>
        <w:t>Fake App Store / iCloud billing lock that mixes real-looking invoice language with a “update payment to restore access” link outside Apple. The “iCloud storage is full” version of this bait is a different lure, covered in fake iCloud storage full phishing email; this page is about “your account is locked” alerts.</w:t>
      </w:r>
    </w:p>
    <w:p>
      <w:pPr>
        <w:pStyle w:val="ListBullet"/>
      </w:pPr>
      <w:r>
        <w:t>Follow-up after any reply or tap — once you engage, expect more “Apple Support” emails or a scripted call pushing remote access. Related patterns: Fake Microsoft 365 renewal scam · Tech support scam phone call.</w:t>
      </w:r>
    </w:p>
    <w:p>
      <w:r>
        <w:t>FTC phishing guidance: do not click links in unexpected messages; if you think it might be real, contact the company with a website or phone number you know is real; report at ReportFraud.ftc.gov.</w:t>
      </w:r>
    </w:p>
    <w:p>
      <w:r>
        <w:t>We do not claim Apple “never emails about Apple ID.” Apple may send real sign-in alerts and account notices. The safe habit is always the same: leave the unexpected message, open Settings → [your name] or type appleid.apple.com yourself, and manage Apple ID only inside a session you started.</w:t>
      </w:r>
    </w:p>
    <w:p>
      <w:pPr>
        <w:pStyle w:val="Heading2"/>
      </w:pPr>
      <w:r>
        <w:t>Fake Apple ID lock vs real Apple notice vs related Apple / tech-support scams</w:t>
      </w:r>
    </w:p>
    <w:p>
      <w:r>
        <w:t>Signal | Fake Apple ID lock / verify message | Real Apple account notice (typical) | Related tech-support or SIM scam</w:t>
      </w:r>
    </w:p>
    <w:p>
      <w:r>
        <w:t>Opening hook | “Apple ID locked — unlock now / unusual sign-in — verify today.” | Sign-in or purchase details you can also see in Settings → [your name] or appleid.apple.com yourself. | Cold “Apple Support” call for remote access, or a takeover via SIM swap.</w:t>
      </w:r>
    </w:p>
    <w:p>
      <w:r>
        <w:t>Ask | Cold link, Apple ID password, two-factor code, or card “to unlock.” | Usually none inside the message — manage devices and payment inside Apple’s signed-in tools. | Remote-access software, gift cards, or passwords on a cold call.</w:t>
      </w:r>
    </w:p>
    <w:p>
      <w:r>
        <w:t>Pressure | Same-day loss of Photos / iCloud / App Store, “final notice.” | Normal account alerts; you verify on your schedule. | Immediate “agent must stay on the line” urgency.</w:t>
      </w:r>
    </w:p>
    <w:p>
      <w:r>
        <w:t>Safe next step | Ignore link. Open Settings or type appleid.apple.com. | Confirm devices, phone numbers, and payment methods only inside Apple account tools. | Hang up on cold callers; see tech-support and SIM-swap guides.</w:t>
      </w:r>
    </w:p>
    <w:p>
      <w:r>
        <w:t>Related guide | This page | Settings → [your name] / appleid.apple.com typed by you | Tech support scam phone call · SIM swap</w:t>
      </w:r>
    </w:p>
    <w:p>
      <w:r>
        <w:t>If the page after the tap asks for your Apple ID password plus a two-factor code or card on the same cold form, stop — that is credential theft dressed as an unlock.</w:t>
      </w:r>
    </w:p>
    <w:p>
      <w:pPr>
        <w:pStyle w:val="Heading2"/>
      </w:pPr>
      <w:r>
        <w:t>How to verify an Apple ID lock alert (US household steps)</w:t>
      </w:r>
    </w:p>
    <w:p>
      <w:r>
        <w:t>Do this when any unexpected Apple ID locked / unusual-sign-in / verify message appears. You do not need a paid product to finish these steps.</w:t>
      </w:r>
    </w:p>
    <w:p>
      <w:pPr>
        <w:pStyle w:val="ListBullet"/>
      </w:pPr>
      <w:r>
        <w:t>Do not tap the link, reply YES/NO, or call a number that lives only inside the message. Close the email or text. Do not discuss the “lock” with a caller who contacted you first.</w:t>
      </w:r>
    </w:p>
    <w:p>
      <w:pPr>
        <w:pStyle w:val="ListBullet"/>
      </w:pPr>
      <w:r>
        <w:t>Open Apple ID the way you already trust. On iPhone or Mac, open Settings → [your name] (or System Settings → Apple ID). Or type appleid.apple.com yourself in a browser — not the unlock / verify link.</w:t>
      </w:r>
    </w:p>
    <w:p>
      <w:pPr>
        <w:pStyle w:val="ListBullet"/>
      </w:pPr>
      <w:r>
        <w:t>Check devices, phone numbers, and payment methods only inside a session you started. Look at Devices, Sign-In &amp; Security, and Payment &amp; Shipping. If nothing unexpected appears, treat the message as spam.</w:t>
      </w:r>
    </w:p>
    <w:p>
      <w:pPr>
        <w:pStyle w:val="ListBullet"/>
      </w:pPr>
      <w:r>
        <w:t>Never enter your Apple ID password, two-factor code, or card on a page that arrived from a cold email or text. Legitimate Apple ID work does not require you to trust an unexpected shortener or look-alike domain. Do not share a code that appears on your trusted devices with anyone who messaged you first.</w:t>
      </w:r>
    </w:p>
    <w:p>
      <w:pPr>
        <w:pStyle w:val="ListBullet"/>
      </w:pPr>
      <w:r>
        <w:t>If you already tapped, typed a password or code, or entered a card, treat the first hour as incident response. Change your Apple ID password from Settings or appleid.apple.com you open; review trusted phone numbers and devices; turn on or confirm two-factor authentication. Follow Clicked a phishing link — first hour. If phone service suddenly fails while someone else uses your number for codes, see SIM swap / stolen phone number. Report at ReportFraud.ftc.gov; if identity data was stolen, use IdentityTheft.gov.</w:t>
      </w:r>
    </w:p>
    <w:p>
      <w:pPr>
        <w:pStyle w:val="ListBullet"/>
      </w:pPr>
      <w:r>
        <w:t>Report the message and tell the household. Mark the email as phishing / junk; forward scam texts to 7726 (SPAM); file at ReportFraud.ftc.gov. Agree that nobody “unlocks Apple ID” or “verifies devices” from unexpected links, and nobody installs remote tools for a cold “Apple Support” call. Checklist: How to report a scam to the FTC.</w:t>
      </w:r>
    </w:p>
    <w:p>
      <w:pPr>
        <w:pStyle w:val="Heading2"/>
      </w:pPr>
      <w:r>
        <w:t>Signs the message is fake or unsafe (scan table)</w:t>
      </w:r>
    </w:p>
    <w:p>
      <w:r>
        <w:t>Use this as a quick pass before you spend money or time.</w:t>
      </w:r>
    </w:p>
    <w:p>
      <w:r>
        <w:t>Sign | Why it matters | What to do</w:t>
      </w:r>
    </w:p>
    <w:p>
      <w:r>
        <w:t>Unlock / verify / secure link lives only inside the unexpected message | Password and code theft | Ignore; open Settings or appleid.apple.com</w:t>
      </w:r>
    </w:p>
    <w:p>
      <w:r>
        <w:t>URL is a shortener, misspelled Apple name, or random form host | Phishing page | Never tap; type appleid.apple.com or use Settings</w:t>
      </w:r>
    </w:p>
    <w:p>
      <w:r>
        <w:t>Urgent “Apple ID locked in 2 hours” or “Photos deleted tonight” | Fear used to skip verification | Slow down; check devices inside Apple account tools</w:t>
      </w:r>
    </w:p>
    <w:p>
      <w:r>
        <w:t>Sender address is not an Apple domain you recognize, or reply-to looks odd | Easy to spoof display names | Verify only inside a session you start</w:t>
      </w:r>
    </w:p>
    <w:p>
      <w:r>
        <w:t>Page asks for Apple ID password plus 2FA code / card on the same cold form | Credential + payment harvest | Stop; change password from official Apple tools if you typed anything</w:t>
      </w:r>
    </w:p>
    <w:p>
      <w:r>
        <w:t>You already replied, tapped, or spoke to an “Apple Support agent” | Follow-up spam, remote access, or account takeover risk | Stop engaging; verify in Settings; run first-hour steps if you entered secrets</w:t>
      </w:r>
    </w:p>
    <w:p>
      <w:pPr>
        <w:pStyle w:val="Heading2"/>
      </w:pPr>
      <w:r>
        <w:t>Free habits that reduce the blast radius</w:t>
      </w:r>
    </w:p>
    <w:p>
      <w:r>
        <w:t>You do not need a new subscription to lower damage if a fake Apple ID lock alert gets through.</w:t>
      </w:r>
    </w:p>
    <w:p>
      <w:pPr>
        <w:pStyle w:val="ListBullet"/>
      </w:pPr>
      <w:r>
        <w:t>Manage Apple ID only in Settings → [your name] or at appleid.apple.com you type yourself.</w:t>
      </w:r>
    </w:p>
    <w:p>
      <w:pPr>
        <w:pStyle w:val="ListBullet"/>
      </w:pPr>
      <w:r>
        <w:t>Household rule: never use unlock / verify links inside unexpected Apple emails or texts; never share on-device codes with cold callers.</w:t>
      </w:r>
    </w:p>
    <w:p>
      <w:pPr>
        <w:pStyle w:val="ListBullet"/>
      </w:pPr>
      <w:r>
        <w:t>Strong unique passwords + 2FA on email and Apple ID limit what a stolen password can unlock.</w:t>
      </w:r>
    </w:p>
    <w:p>
      <w:pPr>
        <w:pStyle w:val="ListBullet"/>
      </w:pPr>
      <w:r>
        <w:t>Forward obvious scam texts to 7726; enable carrier and mailbox spam filtering when available.</w:t>
      </w:r>
    </w:p>
    <w:p>
      <w:pPr>
        <w:pStyle w:val="ListBullet"/>
      </w:pPr>
      <w:r>
        <w:t>Optional antivirus / web filtering is a separate layer after a bad tap; it does not replace the verify-in-Settings habit.</w:t>
      </w:r>
    </w:p>
    <w:p>
      <w:pPr>
        <w:pStyle w:val="Heading2"/>
      </w:pPr>
      <w:r>
        <w:t>What this page is not</w:t>
      </w:r>
    </w:p>
    <w:p>
      <w:r>
        <w:t>This page is not a guide to recovering a truly forgotten Apple ID password, not a review of iCloud plans, and not legal advice about a specific App Store charge.</w:t>
      </w:r>
    </w:p>
    <w:p>
      <w:r>
        <w:t>It does not claim CyberGuardLab lab scores or “#1 anti-phishing” ranks. It does not tell you to ignore a real Apple sign-in alert you can also see inside Settings or appleid.apple.com — it tells you to verify there, not in the cold message. Official recovery and reporting stay with Apple account security, your card issuer, ReportFraud.ftc.gov, and IdentityTheft.gov if personal data was stolen.</w:t>
      </w:r>
    </w:p>
    <w:p>
      <w:pPr>
        <w:pStyle w:val="Heading2"/>
      </w:pPr>
      <w:r>
        <w:t>If you decide a paid extra is a real job</w:t>
      </w:r>
    </w:p>
    <w:p>
      <w:r>
        <w:t>Most households can handle fake Apple ID lock alerts with the free steps above. Open a paid page only if you already named a job — for example broader web filtering, cross-device AV, or identity alerts after you gave a scammer personal data — and you will actually use it.</w:t>
      </w:r>
    </w:p>
    <w:p>
      <w:pPr>
        <w:pStyle w:val="ListBullet"/>
      </w:pPr>
      <w:r>
        <w:t>PC / Mac suite with phishing and web protections many households already compare: Norton plans (paid link; confirm renewal price).</w:t>
      </w:r>
    </w:p>
    <w:p>
      <w:pPr>
        <w:pStyle w:val="ListBullet"/>
      </w:pPr>
      <w:r>
        <w:t>Independent-test–oriented suite option: Bitdefender plans (paid link).</w:t>
      </w:r>
    </w:p>
    <w:p>
      <w:pPr>
        <w:pStyle w:val="ListBullet"/>
      </w:pPr>
      <w:r>
        <w:t>Household suite shopping starting point: TotalAV plans (paid link; confirm renewal).</w:t>
      </w:r>
    </w:p>
    <w:p>
      <w:pPr>
        <w:pStyle w:val="ListBullet"/>
      </w:pPr>
      <w:r>
        <w:t>Multi-device bill under one vendor: McAfee plans (paid link; confirm device limit).</w:t>
      </w:r>
    </w:p>
    <w:p>
      <w:pPr>
        <w:pStyle w:val="ListBullet"/>
      </w:pPr>
      <w:r>
        <w:t>Another suite path some homes already use: Avast plans (paid link).</w:t>
      </w:r>
    </w:p>
    <w:p>
      <w:r>
        <w:t>Buying nothing beyond free official-site verification habits is still valid. Paid links above are on-site only.</w:t>
      </w:r>
    </w:p>
    <w:p>
      <w:pPr>
        <w:pStyle w:val="Heading2"/>
      </w:pPr>
      <w:r>
        <w:t>FAQ</w:t>
      </w:r>
    </w:p>
    <w:p>
      <w:pPr>
        <w:pStyle w:val="Heading3"/>
      </w:pPr>
      <w:r>
        <w:t>Does Apple really email or text about Apple ID locks?</w:t>
      </w:r>
    </w:p>
    <w:p>
      <w:r>
        <w:t>Apple may send real sign-in and account notices. That is why the safe test is not “Apple never messages,” but “I only manage Apple ID inside Settings or appleid.apple.com I open myself.”</w:t>
      </w:r>
    </w:p>
    <w:p>
      <w:pPr>
        <w:pStyle w:val="Heading3"/>
      </w:pPr>
      <w:r>
        <w:t>The message shows my Apple ID email or a device model. Is that enough?</w:t>
      </w:r>
    </w:p>
    <w:p>
      <w:r>
        <w:t>No. Email addresses and common device names are easy to reuse from breaches, prior purchases, or guesswork. Trust the Apple session you start yourself, not the message chrome.</w:t>
      </w:r>
    </w:p>
    <w:p>
      <w:pPr>
        <w:pStyle w:val="Heading3"/>
      </w:pPr>
      <w:r>
        <w:t>I already entered my Apple ID password on the unlock page. What should I do first?</w:t>
      </w:r>
    </w:p>
    <w:p>
      <w:r>
        <w:t>Change your Apple ID password from Settings or appleid.apple.com you open. Review devices and trusted phone numbers. Confirm two-factor authentication. Follow Clicked a phishing link — first hour. If the account really is locked and you cannot receive SMS codes, use How to recover an Apple ID without SMS access. Report at ReportFraud.ftc.gov.</w:t>
      </w:r>
    </w:p>
    <w:p>
      <w:pPr>
        <w:pStyle w:val="Heading3"/>
      </w:pPr>
      <w:r>
        <w:t>How is this different from a tech support phone scam?</w:t>
      </w:r>
    </w:p>
    <w:p>
      <w:r>
        <w:t>This page is about unexpected lock / verify links (email or text). The tech support scam phone call guide covers cold phone “Apple Support” agents pushing remote access or gift cards. Same brand costume, different channel.</w:t>
      </w:r>
    </w:p>
    <w:p>
      <w:pPr>
        <w:pStyle w:val="Heading3"/>
      </w:pPr>
      <w:r>
        <w:t>How do I report a fake Apple ID lock alert?</w:t>
      </w:r>
    </w:p>
    <w:p>
      <w:r>
        <w:t>Mark the email as phishing / junk, forward scam texts to 7726 (SPAM), and file at ReportFraud.ftc.gov. Steps for the FTC side are in How to report a scam to the FTC. Apple’s own phishing guidance is linked in Sources.</w:t>
      </w:r>
    </w:p>
    <w:p>
      <w:pPr>
        <w:pStyle w:val="Heading3"/>
      </w:pPr>
      <w:r>
        <w:t>Do I need paid antivirus to spot these alerts?</w:t>
      </w:r>
    </w:p>
    <w:p>
      <w:r>
        <w:t>No. Spotting is a verification habit: ignore the link, open Settings or appleid.apple.com, never enter secrets on a cold page. Antivirus can be a separate optional layer for malware after a bad tap; it does not replace that habit.</w:t>
      </w:r>
    </w:p>
    <w:p>
      <w:pPr>
        <w:pStyle w:val="Heading2"/>
      </w:pPr>
      <w:r>
        <w:t>Sources</w:t>
      </w:r>
    </w:p>
    <w:p>
      <w:pPr>
        <w:pStyle w:val="ListBullet"/>
      </w:pPr>
      <w:r>
        <w:t>Recognize and avoid phishing emails, support messages, and websites (Apple Support)</w:t>
      </w:r>
    </w:p>
    <w:p>
      <w:pPr>
        <w:pStyle w:val="ListBullet"/>
      </w:pPr>
      <w:r>
        <w:t>If you think your Apple Account has been compromised (Apple Support)</w:t>
      </w:r>
    </w:p>
    <w:p>
      <w:pPr>
        <w:pStyle w:val="ListBullet"/>
      </w:pPr>
      <w:r>
        <w:t>Two-factor authentication for Apple Account (Apple Support)</w:t>
      </w:r>
    </w:p>
    <w:p>
      <w:pPr>
        <w:pStyle w:val="ListBullet"/>
      </w:pPr>
      <w:r>
        <w:t>How To Recognize and Avoid Phishing Scams (FTC)</w:t>
      </w:r>
    </w:p>
    <w:p>
      <w:pPr>
        <w:pStyle w:val="ListBullet"/>
      </w:pPr>
      <w:r>
        <w:t>How to Recognize and Report Spam Text Messages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Avoiding Social Engineering and Phishing Attacks (CISA)</w:t>
      </w:r>
    </w:p>
    <w:p>
      <w:pPr>
        <w:pStyle w:val="Heading2"/>
      </w:pPr>
      <w:r>
        <w:t>Also read</w:t>
      </w:r>
    </w:p>
    <w:p>
      <w:pPr>
        <w:pStyle w:val="ListBullet"/>
      </w:pPr>
      <w:r>
        <w:t>Fake iCloud storage full phishing email</w:t>
      </w:r>
    </w:p>
    <w:p>
      <w:pPr>
        <w:pStyle w:val="ListBullet"/>
      </w:pPr>
      <w:r>
        <w:t>Recover an Apple ID without SMS access</w:t>
      </w:r>
    </w:p>
    <w:p>
      <w:pPr>
        <w:pStyle w:val="ListBullet"/>
      </w:pPr>
      <w:r>
        <w:t>Tech support scam phone call</w:t>
      </w:r>
    </w:p>
    <w:p>
      <w:pPr>
        <w:pStyle w:val="ListBullet"/>
      </w:pPr>
      <w:r>
        <w:t>Clicked a phishing link — first hour</w:t>
      </w:r>
    </w:p>
    <w:p>
      <w:pPr>
        <w:pStyle w:val="ListBullet"/>
      </w:pPr>
      <w:r>
        <w:t>SIM swap / stolen phone number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https://cyberguardlab.com/blog/fake-apple-id-lock-alert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hyperlink" Target="https://cyberguardlab.com/blog/fake-apple-id-lock-alert" TargetMode="External"/><Relationship Id="rId13" Type="http://schemas.openxmlformats.org/officeDocument/2006/relationships/image" Target="media/image2.jp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Apple ID lock alert</dc:title>
  <dc:subject>How to spot a fake Apple ID lock alert</dc:subject>
  <dc:creator>CyberGuardLab editorial</dc:creator>
  <cp:keywords>fake apple id lock alert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