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Facebook Marketplace scam</w:t>
      </w:r>
    </w:p>
    <w:p>
      <w:r>
        <w:rPr>
          <w:color w:val="E11D48"/>
          <w:u w:val="single"/>
        </w:rPr>
        <w:t>https://cyberguardlab.com/blog/facebook-marketplace-scam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cebook-marketplace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Facebook Marketplace (and similar local buy/sell apps) connect neighbors — and scammers. The FTC names Facebook Marketplace and Craigslist as places where fake buyers push mobile-payment tricks, overpayment checks, and verification-code grabs. Buyers get hit when sellers demand payment outside the platform’s protected rails.</w:t>
      </w:r>
    </w:p>
    <w:p>
      <w:r>
        <w:t>This guide covers local Marketplace buy/sell scams, not vacation rental scams or fake car-dealership websites. No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1. Red flags when you are selling</w:t>
      </w:r>
    </w:p>
    <w:p>
      <w:pPr>
        <w:pStyle w:val="ListBullet"/>
      </w:pPr>
      <w:r>
        <w:t>A “buyer” insists on a mobile payment app, then sends a fake payment notification and asks you to ship or hand over the item before the money is real (FTC selling-online alert).</w:t>
      </w:r>
    </w:p>
    <w:p>
      <w:pPr>
        <w:pStyle w:val="ListBullet"/>
      </w:pPr>
      <w:r>
        <w:t>They claim they overpaid and ask you to refund the “extra” — a classic reverse-payment play.</w:t>
      </w:r>
    </w:p>
    <w:p>
      <w:pPr>
        <w:pStyle w:val="ListBullet"/>
      </w:pPr>
      <w:r>
        <w:t>They offer a check for more than the asking price and tell you to deposit it and wire or send the difference back — that is a fake check scam (FTC fake check scams).</w:t>
      </w:r>
    </w:p>
    <w:p>
      <w:pPr>
        <w:pStyle w:val="ListBullet"/>
      </w:pPr>
      <w:r>
        <w:t>They ask for a Google Voice (or any) verification code “to prove you’re real.” Sharing that code can link a Voice number to your phone so scammers can rip off others under your identity (FTC Google Voice scam alert).</w:t>
      </w:r>
    </w:p>
    <w:p>
      <w:pPr>
        <w:pStyle w:val="Heading2"/>
      </w:pPr>
      <w:r>
        <w:t>2. Red flags when you are buying</w:t>
      </w:r>
    </w:p>
    <w:p>
      <w:pPr>
        <w:pStyle w:val="ListBullet"/>
      </w:pPr>
      <w:r>
        <w:t>The seller wants you to pay outside the marketplace payment system — you lose whatever buyer protection the site offers (FTC buying from an online marketplace).</w:t>
      </w:r>
    </w:p>
    <w:p>
      <w:pPr>
        <w:pStyle w:val="ListBullet"/>
      </w:pPr>
      <w:r>
        <w:t>Payment must be gift cards, wire (MoneyGram/Western Union), cash-reload cards, or crypto — the FTC says those are like sending cash you cannot reverse. Same pattern as gift card scams.</w:t>
      </w:r>
    </w:p>
    <w:p>
      <w:pPr>
        <w:pStyle w:val="ListBullet"/>
      </w:pPr>
      <w:r>
        <w:t>Only stock photos, no clear contact path, or a brand-new account pushing a “too good to be true” price on an expensive item.</w:t>
      </w:r>
    </w:p>
    <w:p>
      <w:pPr>
        <w:pStyle w:val="ListBullet"/>
      </w:pPr>
      <w:r>
        <w:t>Pressure to decide now, move the chat off-platform, or skip reading return/refund rules — treat unexpected links like phishing.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Prefer local meetups in a public place and cash when the platform recommends it for person-to-person sales (FTC selling-online alert).</w:t>
      </w:r>
    </w:p>
    <w:p>
      <w:pPr>
        <w:pStyle w:val="ListBullet"/>
      </w:pPr>
      <w:r>
        <w:t>If you buy remote, use credit card or a marketplace payment method with buyer protection — never gift cards or wires (FTC marketplace guide; also FTC online shopping).</w:t>
      </w:r>
    </w:p>
    <w:p>
      <w:pPr>
        <w:pStyle w:val="ListBullet"/>
      </w:pPr>
      <w:r>
        <w:t>Never deposit an overpayment check or share a verification code you did not request yourself.</w:t>
      </w:r>
    </w:p>
    <w:p>
      <w:pPr>
        <w:pStyle w:val="ListBullet"/>
      </w:pPr>
      <w:r>
        <w:t>Keep photos, chat logs, and receipts. If something goes wrong, contact the seller, then the marketplace, dispute a card charge if needed, and report at ReportFraud.ftc.gov — see our report scam to the FTC guide.</w:t>
      </w:r>
    </w:p>
    <w:p>
      <w:pPr>
        <w:pStyle w:val="Heading2"/>
      </w:pPr>
      <w:r>
        <w:t>FAQ</w:t>
      </w:r>
    </w:p>
    <w:p>
      <w:pPr>
        <w:pStyle w:val="Heading3"/>
      </w:pPr>
      <w:r>
        <w:t>Is Facebook Marketplace itself a scam?</w:t>
      </w:r>
    </w:p>
    <w:p>
      <w:r>
        <w:t>No. Real neighbors sell real stuff. Scammers abuse the channel. Check payment method and seller behavior before you commit.</w:t>
      </w:r>
    </w:p>
    <w:p>
      <w:pPr>
        <w:pStyle w:val="Heading3"/>
      </w:pPr>
      <w:r>
        <w:t>Why can’t I take a mobile payment from a stranger?</w:t>
      </w:r>
    </w:p>
    <w:p>
      <w:r>
        <w:t>The FTC warns fake payment notifications are common. Confirm funds in your real balance, not a screenshot or alert the buyer controls.</w:t>
      </w:r>
    </w:p>
    <w:p>
      <w:pPr>
        <w:pStyle w:val="Heading3"/>
      </w:pPr>
      <w:r>
        <w:t>What if someone asks for my verification code?</w:t>
      </w:r>
    </w:p>
    <w:p>
      <w:r>
        <w:t>Refuse. Codes prove control of your phone or account, not that you are a legitimate seller.</w:t>
      </w:r>
    </w:p>
    <w:p>
      <w:pPr>
        <w:pStyle w:val="Heading3"/>
      </w:pPr>
      <w:r>
        <w:t>Where do I report a Marketplace scam?</w:t>
      </w:r>
    </w:p>
    <w:p>
      <w:r>
        <w:t>ReportFraud.ftc.gov, the marketplace’s report tools, and your state attorney general if needed. Also see how to report a scam to the FTC.</w:t>
      </w:r>
    </w:p>
    <w:p>
      <w:pPr>
        <w:pStyle w:val="Heading3"/>
      </w:pPr>
      <w:r>
        <w:t>Do I need paid antivirus to avoid Marketplace scams?</w:t>
      </w:r>
    </w:p>
    <w:p>
      <w:r>
        <w:t>No. Judgment and safer payment habits are enough. Buy-nothing is valid.</w:t>
      </w:r>
    </w:p>
    <w:p>
      <w:pPr>
        <w:pStyle w:val="Heading2"/>
      </w:pPr>
      <w:r>
        <w:t>If you still want a paid suite</w:t>
      </w:r>
    </w:p>
    <w:p>
      <w:r>
        <w:t>Marketplace scam hygiene does not require paid antivirus. Built-in browser warnings plus cautious habits are a valid buy-nothing stack. If you want multi-device paid protection,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Selling stuff online? Here’s how to avoid a scam (FTC)</w:t>
      </w:r>
    </w:p>
    <w:p>
      <w:pPr>
        <w:pStyle w:val="ListBullet"/>
      </w:pPr>
      <w:r>
        <w:t>Buying From an Online Marketplace (FTC)</w:t>
      </w:r>
    </w:p>
    <w:p>
      <w:pPr>
        <w:pStyle w:val="ListBullet"/>
      </w:pPr>
      <w:r>
        <w:t>The Google Voice scam (FTC)</w:t>
      </w:r>
    </w:p>
    <w:p>
      <w:pPr>
        <w:pStyle w:val="ListBullet"/>
      </w:pPr>
      <w:r>
        <w:t>How To Spot, Avoid, and Report Fake Check Scams (FTC)</w:t>
      </w:r>
    </w:p>
    <w:p>
      <w:pPr>
        <w:pStyle w:val="ListBullet"/>
      </w:pPr>
      <w:r>
        <w:t>Online Shopping (FTC)</w:t>
      </w:r>
    </w:p>
    <w:p>
      <w:pPr>
        <w:pStyle w:val="ListBullet"/>
      </w:pPr>
      <w:r>
        <w:t>ReportFraud.ftc.gov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spot a gift card scam</w:t>
      </w:r>
    </w:p>
    <w:p>
      <w:pPr>
        <w:pStyle w:val="ListBullet"/>
      </w:pPr>
      <w:r>
        <w:t>How to spot a vacation rental scam</w:t>
      </w:r>
    </w:p>
    <w:p>
      <w:pPr>
        <w:pStyle w:val="ListBullet"/>
      </w:pPr>
      <w:r>
        <w:t>How to spot a fake car dealership website scam</w:t>
      </w:r>
    </w:p>
    <w:p>
      <w:pPr>
        <w:pStyle w:val="ListBullet"/>
      </w:pPr>
      <w:r>
        <w:t>How to report a scam to the FTC</w:t>
      </w:r>
    </w:p>
    <w:p>
      <w:pPr>
        <w:pStyle w:val="ListBullet"/>
      </w:pPr>
      <w:r>
        <w:t>How to spot a phishing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https://cyberguardlab.com/blog/facebook-marketplace-scam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Facebook Marketplace scam</dc:title>
  <dc:subject>How to spot a Facebook Marketplace scam</dc:subject>
  <dc:creator>CyberGuardLab editorial</dc:creator>
  <cp:keywords>facebook marketplace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