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5943600" cy="19812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dm-header-welcom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81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  <w:color w:val="0F172A"/>
          <w:sz w:val="40"/>
        </w:rPr>
        <w:t>How to spot a DMV or license renewal text scam</w:t>
      </w:r>
    </w:p>
    <w:p>
      <w:r>
        <w:rPr>
          <w:color w:val="E11D48"/>
          <w:u w:val="single"/>
        </w:rPr>
        <w:t>https://cyberguardlab.com/blog/dmv-license-renewal-text-scam</w:t>
      </w:r>
    </w:p>
    <w:p>
      <w:r>
        <w:rPr>
          <w:color w:val="475569"/>
          <w:sz w:val="18"/>
        </w:rPr>
        <w:t>Independent US household comparison site. Not the vendor. Paid links below may earn a commission. Confirm first-year price, renewal, device limit, and refund terms at checkout.</w:t>
      </w:r>
    </w:p>
    <w:p>
      <w:r>
        <w:drawing>
          <wp:inline xmlns:a="http://schemas.openxmlformats.org/drawingml/2006/main" xmlns:pic="http://schemas.openxmlformats.org/drawingml/2006/picture">
            <wp:extent cx="5669280" cy="2976372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og-dmv-license-renewal-text-scam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297637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A DMV or license renewal text scam sends an SMS or email claiming your driver's license, registration, or “DMV account” will suspend unless you pay through a link. The link is usually phishing. Do not tap it. Do not pay with gift cards. Renew only through your state DMV's official site or office.</w:t>
      </w:r>
    </w:p>
    <w:p>
      <w:r>
        <w:t>This is about fake renewal texts—not IRS wage calls or jury-duty warrant threats. Design cues match other phishing; see how to spot a phishing email and fake invoice patterns. No software purchase required.</w:t>
      </w:r>
    </w:p>
    <w:p>
      <w:r>
        <w:rPr>
          <w:color w:val="E11D48"/>
        </w:rPr>
        <w:t>Paid link</w:t>
      </w:r>
    </w:p>
    <w:p>
      <w:r>
        <w:rPr>
          <w:b/>
        </w:rPr>
        <w:t>Norton 360  |  See the Norton first-year offer</w:t>
      </w:r>
    </w:p>
    <w:p>
      <w:r>
        <w:drawing>
          <wp:inline xmlns:a="http://schemas.openxmlformats.org/drawingml/2006/main" xmlns:pic="http://schemas.openxmlformats.org/drawingml/2006/picture">
            <wp:extent cx="3291840" cy="27432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nline-norton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291840" cy="2743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color w:val="E11D48"/>
          <w:u w:val="single"/>
        </w:rPr>
        <w:t>See the Norton first-year offer</w:t>
      </w:r>
    </w:p>
    <w:p>
      <w:r>
        <w:t>Offer page: https://cyberguardlab.com/norton</w:t>
      </w:r>
    </w:p>
    <w:p>
      <w:pPr>
        <w:pStyle w:val="Heading2"/>
      </w:pPr>
      <w:r>
        <w:t>1. How DMV and license renewal text scripts work</w:t>
      </w:r>
    </w:p>
    <w:p>
      <w:pPr>
        <w:pStyle w:val="ListBullet"/>
      </w:pPr>
      <w:r>
        <w:t>Urgent SMS — “FINAL NOTICE: License expires in 24 hours,” “Toll unpaid—license hold,” or “Click to renew now” (FTC government impersonation guidance).</w:t>
      </w:r>
    </w:p>
    <w:p>
      <w:pPr>
        <w:pStyle w:val="ListBullet"/>
      </w:pPr>
      <w:r>
        <w:t>Look-alike short links — URLs mimic state names with extra letters and lead to pages that harvest license numbers, SSN fragments, card details, or logins (FTC phishing guidance).</w:t>
      </w:r>
    </w:p>
    <w:p>
      <w:pPr>
        <w:pStyle w:val="ListBullet"/>
      </w:pPr>
      <w:r>
        <w:t>Seasonal timing — Blasts arrive around real renewal seasons so the story feels plausible.</w:t>
      </w:r>
    </w:p>
    <w:p>
      <w:pPr>
        <w:pStyle w:val="ListBullet"/>
      </w:pPr>
      <w:r>
        <w:t>Spoofed labels — Sender names may show “DMV,” “MVA,” “BMV,” or your state. Labels are not proof.</w:t>
      </w:r>
    </w:p>
    <w:p>
      <w:pPr>
        <w:pStyle w:val="ListBullet"/>
      </w:pPr>
      <w:r>
        <w:t>PDF citation emails — Some campaigns use email with fake citations attached instead of SMS.</w:t>
      </w:r>
    </w:p>
    <w:p>
      <w:pPr>
        <w:pStyle w:val="Heading2"/>
      </w:pPr>
      <w:r>
        <w:t>2. Red flags before you tap</w:t>
      </w:r>
    </w:p>
    <w:p>
      <w:r>
        <w:t>Cue | Likely legitimate | Likely scam</w:t>
      </w:r>
    </w:p>
    <w:p>
      <w:r>
        <w:t>How you renew | Official state DMV website, app, or office you navigate to yourself | Cold text with a pay link</w:t>
      </w:r>
    </w:p>
    <w:p>
      <w:r>
        <w:t>Tone | Standard reminders through channels you opted into when offered | Extreme urgency and suspension threats in one SMS</w:t>
      </w:r>
    </w:p>
    <w:p>
      <w:r>
        <w:t>URL | Exact government domain for your state | Shortened links, misspellings, unusual top-level domains</w:t>
      </w:r>
    </w:p>
    <w:p>
      <w:r>
        <w:t>Payment | Card or approved methods on the official site | Gift cards, crypto, wiring to a person</w:t>
      </w:r>
    </w:p>
    <w:p>
      <w:r>
        <w:t>Data asked | Only what the official renewal flow requires | Odd combo of SSN, card, and photo of license via a text page</w:t>
      </w:r>
    </w:p>
    <w:p>
      <w:r>
        <w:t>Spelling and design | Consistent with your state's real site | Generic templates, wrong state seals, broken English</w:t>
      </w:r>
    </w:p>
    <w:p>
      <w:pPr>
        <w:pStyle w:val="Heading2"/>
      </w:pPr>
      <w:r>
        <w:t>3. Safer habits (buy-nothing)</w:t>
      </w:r>
    </w:p>
    <w:p>
      <w:pPr>
        <w:pStyle w:val="ListBullet"/>
      </w:pPr>
      <w:r>
        <w:t>Do not tap the link. Delete the text or mark it as junk.</w:t>
      </w:r>
    </w:p>
    <w:p>
      <w:pPr>
        <w:pStyle w:val="ListBullet"/>
      </w:pPr>
      <w:r>
        <w:t>Renew by typing your state DMV address yourself or using a bookmark you saved earlier.</w:t>
      </w:r>
    </w:p>
    <w:p>
      <w:pPr>
        <w:pStyle w:val="ListBullet"/>
      </w:pPr>
      <w:r>
        <w:t>Call the phone number published on the official DMV site if you need status.</w:t>
      </w:r>
    </w:p>
    <w:p>
      <w:pPr>
        <w:pStyle w:val="ListBullet"/>
      </w:pPr>
      <w:r>
        <w:t>Never pay a license renewal with gift cards.</w:t>
      </w:r>
    </w:p>
    <w:p>
      <w:pPr>
        <w:pStyle w:val="ListBullet"/>
      </w:pPr>
      <w:r>
        <w:t>Share the scam sample with family members who drive—teens and older adults are frequent targets.</w:t>
      </w:r>
    </w:p>
    <w:p>
      <w:pPr>
        <w:pStyle w:val="ListBullet"/>
      </w:pPr>
      <w:r>
        <w:t>Bookmark your real state page now so you are not searching under panic later.</w:t>
      </w:r>
    </w:p>
    <w:p>
      <w:pPr>
        <w:pStyle w:val="Heading2"/>
      </w:pPr>
      <w:r>
        <w:t>4. If you already paid or typed data</w:t>
      </w:r>
    </w:p>
    <w:p>
      <w:pPr>
        <w:pStyle w:val="ListBullet"/>
      </w:pPr>
      <w:r>
        <w:t>Call your bank or card issuer to watch for charges and replace the card if needed.</w:t>
      </w:r>
    </w:p>
    <w:p>
      <w:pPr>
        <w:pStyle w:val="ListBullet"/>
      </w:pPr>
      <w:r>
        <w:t>Change passwords for email and any “DMV” account you created on the fake site.</w:t>
      </w:r>
    </w:p>
    <w:p>
      <w:pPr>
        <w:pStyle w:val="ListBullet"/>
      </w:pPr>
      <w:r>
        <w:t>Save screenshots of the text, URL, and page.</w:t>
      </w:r>
    </w:p>
    <w:p>
      <w:pPr>
        <w:pStyle w:val="ListBullet"/>
      </w:pPr>
      <w:r>
        <w:t>Report at ReportFraud.ftc.gov. Report phishing to your state DMV if they publish a channel.</w:t>
      </w:r>
    </w:p>
    <w:p>
      <w:pPr>
        <w:pStyle w:val="ListBullet"/>
      </w:pPr>
      <w:r>
        <w:t>Consider credit monitoring steps via IdentityTheft.gov if SSN-level data was entered.</w:t>
      </w:r>
    </w:p>
    <w:p>
      <w:pPr>
        <w:pStyle w:val="ListBullet"/>
      </w:pPr>
      <w:r>
        <w:t>Do not install apps from the phishing flow; update your phone OS (FTC guidance if you were scammed).</w:t>
      </w:r>
    </w:p>
    <w:p>
      <w:pPr>
        <w:pStyle w:val="Heading2"/>
      </w:pPr>
      <w:r>
        <w:t>FAQ</w:t>
      </w:r>
    </w:p>
    <w:p>
      <w:pPr>
        <w:pStyle w:val="Heading3"/>
      </w:pPr>
      <w:r>
        <w:t>My state sometimes texts me. How do I tell?</w:t>
      </w:r>
    </w:p>
    <w:p>
      <w:r>
        <w:t>Use official account settings you already established. When unsure, ignore the link and visit the official site directly.</w:t>
      </w:r>
    </w:p>
    <w:p>
      <w:pPr>
        <w:pStyle w:val="Heading3"/>
      </w:pPr>
      <w:r>
        <w:t>The text used my real name. Is it legit?</w:t>
      </w:r>
    </w:p>
    <w:p>
      <w:r>
        <w:t>Not necessarily. Names and partial license data can leak from breaches or prior forms.</w:t>
      </w:r>
    </w:p>
    <w:p>
      <w:pPr>
        <w:pStyle w:val="Heading3"/>
      </w:pPr>
      <w:r>
        <w:t>Is a DMV scam the same as a toll-road text scam?</w:t>
      </w:r>
    </w:p>
    <w:p>
      <w:r>
        <w:t>Closely related. Both use motor-vehicle panic and phishing links. Verify tolls and renewals only on official sites.</w:t>
      </w:r>
    </w:p>
    <w:p>
      <w:pPr>
        <w:pStyle w:val="Heading3"/>
      </w:pPr>
      <w:r>
        <w:t>Can clicking alone infect my phone?</w:t>
      </w:r>
    </w:p>
    <w:p>
      <w:r>
        <w:t>Sometimes pages try drive-by downloads or trick you into install prompts. Do not install apps from those flows. Update your phone OS.</w:t>
      </w:r>
    </w:p>
    <w:p>
      <w:pPr>
        <w:pStyle w:val="Heading3"/>
      </w:pPr>
      <w:r>
        <w:t>What if I gave my license number but not a card?</w:t>
      </w:r>
    </w:p>
    <w:p>
      <w:r>
        <w:t>Still treat it as sensitive. Watch for identity misuse and phishing follow-ups that reference that number.</w:t>
      </w:r>
    </w:p>
    <w:p>
      <w:pPr>
        <w:pStyle w:val="Heading3"/>
      </w:pPr>
      <w:r>
        <w:t>Do I need paid antivirus to avoid a DMV text scam?</w:t>
      </w:r>
    </w:p>
    <w:p>
      <w:r>
        <w:t>No. Ignoring cold links and using official state sites are enough. Buy-nothing is valid.</w:t>
      </w:r>
    </w:p>
    <w:p>
      <w:pPr>
        <w:pStyle w:val="Heading2"/>
      </w:pPr>
      <w:r>
        <w:t>If you still want a paid suite</w:t>
      </w:r>
    </w:p>
    <w:p>
      <w:r>
        <w:t>Avoiding a DMV license renewal text scam does not require paid antivirus. Official-site habits are a valid buy-nothing stack. If you want multi-device paid protection later, use only these on-site paid links: TotalAV (paid link), Norton (paid link), Bitdefender (paid link), McAfee (paid link), Avast (paid link).</w:t>
      </w:r>
    </w:p>
    <w:p>
      <w:pPr>
        <w:pStyle w:val="Heading2"/>
      </w:pPr>
      <w:r>
        <w:t>Sources</w:t>
      </w:r>
    </w:p>
    <w:p>
      <w:pPr>
        <w:pStyle w:val="ListBullet"/>
      </w:pPr>
      <w:r>
        <w:t>Government Impersonation Scams (FTC)</w:t>
      </w:r>
    </w:p>
    <w:p>
      <w:pPr>
        <w:pStyle w:val="ListBullet"/>
      </w:pPr>
      <w:r>
        <w:t>How To Recognize and Avoid Phishing Scams (FTC)</w:t>
      </w:r>
    </w:p>
    <w:p>
      <w:pPr>
        <w:pStyle w:val="ListBullet"/>
      </w:pPr>
      <w:r>
        <w:t>ReportFraud.ftc.gov</w:t>
      </w:r>
    </w:p>
    <w:p>
      <w:pPr>
        <w:pStyle w:val="ListBullet"/>
      </w:pPr>
      <w:r>
        <w:t>IdentityTheft.gov</w:t>
      </w:r>
    </w:p>
    <w:p>
      <w:pPr>
        <w:pStyle w:val="Heading2"/>
      </w:pPr>
      <w:r>
        <w:t>Also read</w:t>
      </w:r>
    </w:p>
    <w:p>
      <w:pPr>
        <w:pStyle w:val="ListBullet"/>
      </w:pPr>
      <w:r>
        <w:t>How to spot a phishing email</w:t>
      </w:r>
    </w:p>
    <w:p>
      <w:pPr>
        <w:pStyle w:val="ListBullet"/>
      </w:pPr>
      <w:r>
        <w:t>How to spot a fake delivery text scam</w:t>
      </w:r>
    </w:p>
    <w:p>
      <w:pPr>
        <w:pStyle w:val="ListBullet"/>
      </w:pPr>
      <w:r>
        <w:t>How to spot a fake invoice or bill-pay scam</w:t>
      </w:r>
    </w:p>
    <w:p>
      <w:pPr>
        <w:pStyle w:val="ListBullet"/>
      </w:pPr>
      <w:r>
        <w:t>How to stop spam text messages</w:t>
      </w:r>
    </w:p>
    <w:p>
      <w:pPr>
        <w:pStyle w:val="ListBullet"/>
      </w:pPr>
      <w:r>
        <w:t>How to report a scam to the FTC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800" w:bottom="1008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https://cyberguardlab.com/blog/dmv-license-renewal-text-scam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b/>
        <w:color w:val="0F172A"/>
      </w:rPr>
      <w:t>CyberGuardLab   |   cyberguardlab.com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Relationship Id="rId12" Type="http://schemas.openxmlformats.org/officeDocument/2006/relationships/image" Target="media/image2.jpg"/><Relationship Id="rId13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to spot a DMV or license renewal text scam</dc:title>
  <dc:subject>How to spot a DMV or license renewal text scam</dc:subject>
  <dc:creator>CyberGuardLab editorial</dc:creator>
  <cp:keywords>dmv license renewal text scam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