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Discord nitro or crypto giveaway scam</w:t>
      </w:r>
    </w:p>
    <w:p>
      <w:r>
        <w:rPr>
          <w:color w:val="E11D48"/>
          <w:u w:val="single"/>
        </w:rPr>
        <w:t>https://cyberguardlab.com/blog/discord-nitro-crypto-giveaway-scam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discord-nitro-crypto-giveaway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Discord Nitro or crypto giveaway scam uses fake prize bots, cloned moderator accounts, or “steam/nitro/crypto” claim links to steal Discord tokens, passwords, or wallet seed phrases. Do not click free Nitro links from strangers. Do not enter seed phrases to “validate” a wallet prize. If you already authorized a malicious app or shared a token, change passwords, revoke sessions, and warn server mods. This guide is about Discord giveaway and crypto-airdrop bait—not WhatsApp account takeover SMS-code theft, and not Instagram influencer giveaways.</w:t>
      </w:r>
    </w:p>
    <w:p>
      <w:pPr>
        <w:pStyle w:val="Heading2"/>
      </w:pPr>
      <w:r>
        <w:t>1. How this scam works</w:t>
      </w:r>
    </w:p>
    <w:p>
      <w:r>
        <w:t>DMs or server messages announce “Discord gifted you Nitro—claim here” or “Elon/Tesla/crypto airdrop—connect wallet.” Links lead to look-alike login pages or “Authorize” OAuth screens that steal access. Some malware-laden “generators” ask you to download a file. Crypto variants demand a small “gas fee” or full seed phrase backup to receive coins.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Unlike WhatsApp takeover, the usual prize is account access or wallet draining—not necessarily messaging your SMS contacts first (though compromised Discord accounts may later spam friends).</w:t>
      </w:r>
    </w:p>
    <w:p>
      <w:pPr>
        <w:pStyle w:val="Heading2"/>
      </w:pPr>
      <w:r>
        <w:t>2. Red flags before you pay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Ignore free Nitro and crypto airdrop DMs from unknown users.</w:t>
      </w:r>
    </w:p>
    <w:p>
      <w:pPr>
        <w:pStyle w:val="ListBullet"/>
      </w:pPr>
      <w:r>
        <w:t>Never enter Discord passwords on pages reached from chat links—open the official app yourself.</w:t>
      </w:r>
    </w:p>
    <w:p>
      <w:pPr>
        <w:pStyle w:val="ListBullet"/>
      </w:pPr>
      <w:r>
        <w:t>Never type seed phrases into websites or Discord forms.</w:t>
      </w:r>
    </w:p>
    <w:p>
      <w:pPr>
        <w:pStyle w:val="ListBullet"/>
      </w:pPr>
      <w:r>
        <w:t>Check server verification and report scam DMs to moderators.</w:t>
      </w:r>
    </w:p>
    <w:p>
      <w:pPr>
        <w:pStyle w:val="ListBullet"/>
      </w:pPr>
      <w:r>
        <w:t>Avoid “Nitro generator” downloads; they are often malware.</w:t>
      </w:r>
    </w:p>
    <w:p>
      <w:pPr>
        <w:pStyle w:val="ListBullet"/>
      </w:pPr>
      <w:r>
        <w:t>For general phishing patterns, see how to spot a phishing email.</w:t>
      </w:r>
    </w:p>
    <w:p>
      <w:r>
        <w:t>New members in game servers are prime targets. Mods should disable random DMs where possible and pin a “staff will never DM Nitro links” notice. Parents: free Nitro offers are a top lure for teens.</w:t>
      </w:r>
    </w:p>
    <w:p>
      <w:pPr>
        <w:pStyle w:val="Heading2"/>
      </w:pPr>
      <w:r>
        <w:t>4. If you already paid</w:t>
      </w:r>
    </w:p>
    <w:p>
      <w:pPr>
        <w:pStyle w:val="ListBullet"/>
      </w:pPr>
      <w:r>
        <w:t>Stop interacting with the site or bot. Screenshot usernames, invite links, and wallet addresses.</w:t>
      </w:r>
    </w:p>
    <w:p>
      <w:pPr>
        <w:pStyle w:val="ListBullet"/>
      </w:pPr>
      <w:r>
        <w:t>Change your Discord password; sign out other sessions; enable two-factor authentication; remove suspicious authorized apps.</w:t>
      </w:r>
    </w:p>
    <w:p>
      <w:pPr>
        <w:pStyle w:val="ListBullet"/>
      </w:pPr>
      <w:r>
        <w:t>If a crypto wallet was exposed, move remaining funds from a secure device to a new wallet; treat the old seed as burned.</w:t>
      </w:r>
    </w:p>
    <w:p>
      <w:pPr>
        <w:pStyle w:val="ListBullet"/>
      </w:pPr>
      <w:r>
        <w:t>Contact your exchange or bank if you sent funds; file at ReportFraud.ftc.gov and IC3.gov.</w:t>
      </w:r>
    </w:p>
    <w:p>
      <w:pPr>
        <w:pStyle w:val="ListBullet"/>
      </w:pPr>
      <w:r>
        <w:t>Tell server admins so they can ban the accounts and warn members.</w:t>
      </w:r>
    </w:p>
    <w:p>
      <w:pPr>
        <w:pStyle w:val="ListBullet"/>
      </w:pPr>
      <w:r>
        <w:t>If you typed credentials or opened attachments on a fake page, change passwords, enable two-factor authentication, and scan your device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FAQ</w:t>
      </w:r>
    </w:p>
    <w:p>
      <w:pPr>
        <w:pStyle w:val="Heading3"/>
      </w:pPr>
      <w:r>
        <w:t>Does Discord staff DM free Nitro?</w:t>
      </w:r>
    </w:p>
    <w:p>
      <w:r>
        <w:t>Treat unsolicited Nitro DMs as scams. Use official Discord channels you open yourself for account issues.</w:t>
      </w:r>
    </w:p>
    <w:p>
      <w:pPr>
        <w:pStyle w:val="Heading3"/>
      </w:pPr>
      <w:r>
        <w:t>How is this different from a WhatsApp takeover scam?</w:t>
      </w:r>
    </w:p>
    <w:p>
      <w:r>
        <w:t>WhatsApp takeover hinges on SMS registration codes. Discord giveaway scams hinge on fake claim pages, token theft, and wallet drains.</w:t>
      </w:r>
    </w:p>
    <w:p>
      <w:pPr>
        <w:pStyle w:val="Heading3"/>
      </w:pPr>
      <w:r>
        <w:t>I authorized an app and now my account sends spam. What now?</w:t>
      </w:r>
    </w:p>
    <w:p>
      <w:r>
        <w:t>Revoke authorized apps, change password, enable 2FA, and notify friends that messages from you may be malicious.</w:t>
      </w:r>
    </w:p>
    <w:p>
      <w:pPr>
        <w:pStyle w:val="Heading3"/>
      </w:pPr>
      <w:r>
        <w:t>Is every crypto giveaway on Discord fake?</w:t>
      </w:r>
    </w:p>
    <w:p>
      <w:r>
        <w:t>Many are. Any giveaway that needs your seed phrase or unexpected fees is fraud.</w:t>
      </w:r>
    </w:p>
    <w:p>
      <w:pPr>
        <w:pStyle w:val="Heading2"/>
      </w:pPr>
      <w:r>
        <w:t>If you still want a paid suite</w:t>
      </w:r>
    </w:p>
    <w:p>
      <w:r>
        <w:t>Avoiding a a Discord nitro or crypto giveaway scam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 ReportFraud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FTC: Cryptocurrency scams</w:t>
      </w:r>
    </w:p>
    <w:p>
      <w:pPr>
        <w:pStyle w:val="ListBullet"/>
      </w:pPr>
      <w:r>
        <w:t>FTC: How to recognize phishing</w:t>
      </w:r>
    </w:p>
    <w:p>
      <w:pPr>
        <w:pStyle w:val="ListBullet"/>
      </w:pPr>
      <w:r>
        <w:t>Discord Safety Center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WhatsApp account takeover scam</w:t>
      </w:r>
    </w:p>
    <w:p>
      <w:pPr>
        <w:pStyle w:val="ListBullet"/>
      </w:pPr>
      <w:r>
        <w:t>How to spot an Instagram giveaway or influencer scam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spot a pig butchering investment romance scam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https://cyberguardlab.com/blog/discord-nitro-crypto-giveaway-scam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Discord nitro or crypto giveaway scam</dc:title>
  <dc:subject>How to spot a Discord nitro or crypto giveaway scam</dc:subject>
  <dc:creator>CyberGuardLab editorial</dc:creator>
  <cp:keywords>discord nitro crypto giveaway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