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deepfake video call scam</w:t>
      </w:r>
    </w:p>
    <w:p>
      <w:r>
        <w:rPr>
          <w:color w:val="E11D48"/>
          <w:u w:val="single"/>
        </w:rPr>
        <w:t>https://cyberguardlab.com/blog/deepfake-video-call-scam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deepfake-video-call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deepfake video call scam is when someone uses AI-altered or AI-generated video (and often cloned audio) so a call looks and sounds like a relative, boss, or official—then pressures you to send money, gift cards, crypto, or credentials. The FTC warns that scammers already use AI voice cloning in family-emergency schemes: a short public audio clip can be enough to sound like someone you love. Video deepfakes raise the same rule: do not trust the face or voice alone—verify on a channel you already know is real. This guide covers live/recorded deepfake video-call pressure. It is related to grandparent emergency money scams and tech-support phone scripts, but the focus here is synthetic video/voice on the call itself.</w:t>
      </w:r>
    </w:p>
    <w:p>
      <w:pPr>
        <w:pStyle w:val="Heading2"/>
      </w:pPr>
      <w:r>
        <w:t>How these scams usually work</w:t>
      </w:r>
    </w:p>
    <w:p>
      <w:pPr>
        <w:pStyle w:val="ListBullet"/>
      </w:pPr>
      <w:r>
        <w:t>Family emergency — “I’m in jail / in a crash / stuck abroad—send money now, and don’t tell Mom/Dad.” FTC: cloned voices make this more convincing; the fix is still an independent callback.</w:t>
      </w:r>
    </w:p>
    <w:p>
      <w:pPr>
        <w:pStyle w:val="ListBullet"/>
      </w:pPr>
      <w:r>
        <w:t>Boss / wire request — A “CEO” or coworker on a video meeting asks for an urgent transfer or gift cards. Face and voice are not proof of identity.</w:t>
      </w:r>
    </w:p>
    <w:p>
      <w:pPr>
        <w:pStyle w:val="ListBullet"/>
      </w:pPr>
      <w:r>
        <w:t>Tech support or bank “secure video” — Someone insists you must share screens, install remote tools, or read codes during a video session (overlaps with classic phone tech-support scams).</w:t>
      </w:r>
    </w:p>
    <w:p>
      <w:pPr>
        <w:pStyle w:val="ListBullet"/>
      </w:pPr>
      <w:r>
        <w:t>Hard-to-reverse pay rails — Wire, crypto, gift-card numbers/PINs, or payment apps—FTC flags these payment methods as common scam pressure.</w:t>
      </w:r>
    </w:p>
    <w:p>
      <w:r>
        <w:t>CISA’s social-engineering guidance still applies: attackers use urgency, authority, and fear; verify identity with the real organization using contact details you already trust—not numbers or links from the suspicious call.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Red flags on a video call</w:t>
      </w:r>
    </w:p>
    <w:p>
      <w:r>
        <w:t>Cue | What to do</w:t>
      </w:r>
    </w:p>
    <w:p>
      <w:r>
        <w:t>Money, codes, or remote access demanded “right now” | End the call. Real emergencies can wait for a second channel check.</w:t>
      </w:r>
    </w:p>
    <w:p>
      <w:r>
        <w:t>“Don’t tell anyone else in the family / company” | Tell someone. Secrecy protects the scammer.</w:t>
      </w:r>
    </w:p>
    <w:p>
      <w:r>
        <w:t>Odd lighting, frozen mouth lipsync, unnatural blinking, metallic/echo voice, delayed reactions | Treat as suspicious—but absence of glitches does not prove the call is real.</w:t>
      </w:r>
    </w:p>
    <w:p>
      <w:r>
        <w:t>Payment only by wire, crypto, gift cards, or payment app | Walk away; those rails are hard to reverse (FTC).</w:t>
      </w:r>
    </w:p>
    <w:p>
      <w:r>
        <w:t>They refuse a family code word or a callback to a known number | Hang up. That refusal is the answer.</w:t>
      </w:r>
    </w:p>
    <w:p>
      <w:pPr>
        <w:pStyle w:val="Heading2"/>
      </w:pPr>
      <w:r>
        <w:t>What to do (buy-nothing steps)</w:t>
      </w:r>
    </w:p>
    <w:p>
      <w:pPr>
        <w:pStyle w:val="ListBullet"/>
      </w:pPr>
      <w:r>
        <w:t>Hang up / leave the meeting — Do not send money or read one-time codes during the call.</w:t>
      </w:r>
    </w:p>
    <w:p>
      <w:pPr>
        <w:pStyle w:val="ListBullet"/>
      </w:pPr>
      <w:r>
        <w:t>Call back on a number you already have — FTC guidance for cloned-voice emergencies: contact the person who supposedly called you using a phone number you know is theirs; if you cannot reach them, try another family member or friend.</w:t>
      </w:r>
    </w:p>
    <w:p>
      <w:pPr>
        <w:pStyle w:val="ListBullet"/>
      </w:pPr>
      <w:r>
        <w:t>Use a family/work code phrase — Agree ahead of time on a word only your household or team knows. Ask for it before any money talk.</w:t>
      </w:r>
    </w:p>
    <w:p>
      <w:pPr>
        <w:pStyle w:val="ListBullet"/>
      </w:pPr>
      <w:r>
        <w:t>For “boss” wires — Confirm via a second channel (known office phone, in-person, or established chat)—never only via the video session that made the ask.</w:t>
      </w:r>
    </w:p>
    <w:p>
      <w:pPr>
        <w:pStyle w:val="ListBullet"/>
      </w:pPr>
      <w:r>
        <w:t>If you already paid — Contact your bank, wire service, payment app, or gift-card issuer immediately and ask about reversal/refund options; then report at ReportFraud.ftc.gov (FTC what-to-do steps).</w:t>
      </w:r>
    </w:p>
    <w:p>
      <w:pPr>
        <w:pStyle w:val="ListBullet"/>
      </w:pPr>
      <w:r>
        <w:t>If you shared passwords or remote access — Change passwords, turn on multi-factor authentication, and run a malware scan. Microsoft Defender is enough for many Windows PCs; paid suites are optional.</w:t>
      </w:r>
    </w:p>
    <w:p>
      <w:pPr>
        <w:pStyle w:val="Heading2"/>
      </w:pPr>
      <w:r>
        <w:t>FAQ</w:t>
      </w:r>
    </w:p>
    <w:p>
      <w:pPr>
        <w:pStyle w:val="Heading3"/>
      </w:pPr>
      <w:r>
        <w:t>Can a video call still be a deepfake if it looks perfect?</w:t>
      </w:r>
    </w:p>
    <w:p>
      <w:r>
        <w:t>Yes. Glitches help, but polished fakes exist. Identity is proven by out-of-band contact, not by how real the picture looks.</w:t>
      </w:r>
    </w:p>
    <w:p>
      <w:pPr>
        <w:pStyle w:val="Heading3"/>
      </w:pPr>
      <w:r>
        <w:t>How is this different from a normal grandparent money scam?</w:t>
      </w:r>
    </w:p>
    <w:p>
      <w:r>
        <w:t>Same emotional script; AI voice/video makes the impersonation stronger. FTC still says: don’t trust the voice—verify independently. See also grandparent emergency money scams.</w:t>
      </w:r>
    </w:p>
    <w:p>
      <w:pPr>
        <w:pStyle w:val="Heading3"/>
      </w:pPr>
      <w:r>
        <w:t>Will antivirus detect a deepfake call?</w:t>
      </w:r>
    </w:p>
    <w:p>
      <w:r>
        <w:t>Not as its main job. Antivirus helps with malware after a bad download or remote-tool install. Spotting pressure and verifying people is the primary defense.</w:t>
      </w:r>
    </w:p>
    <w:p>
      <w:pPr>
        <w:pStyle w:val="Heading3"/>
      </w:pPr>
      <w:r>
        <w:t>What payment methods should make me stop immediately?</w:t>
      </w:r>
    </w:p>
    <w:p>
      <w:r>
        <w:t>FTC repeatedly flags wires, crypto, gift cards, and similar hard-to-reverse methods when someone pressures you in an emergency story.</w:t>
      </w:r>
    </w:p>
    <w:p>
      <w:pPr>
        <w:pStyle w:val="Heading3"/>
      </w:pPr>
      <w:r>
        <w:t>Where should I report this?</w:t>
      </w:r>
    </w:p>
    <w:p>
      <w:r>
        <w:t>ReportFraud.ftc.gov. Also tell your bank/app and local law enforcement if money moved.</w:t>
      </w:r>
    </w:p>
    <w:p>
      <w:pPr>
        <w:pStyle w:val="Heading2"/>
      </w:pPr>
      <w:r>
        <w:t>If you still want a paid suite</w:t>
      </w:r>
    </w:p>
    <w:p>
      <w:r>
        <w:t>Spotting a deepfake video call scam does not require paid antivirus. If you still want multi-device paid protection, use only these on-site links: Norton (paid link), Bitdefender (paid link), TotalAV (paid link), McAfee (paid link), Avast (paid link).</w:t>
      </w:r>
    </w:p>
    <w:p>
      <w:pPr>
        <w:pStyle w:val="Heading2"/>
      </w:pPr>
      <w:r>
        <w:t>Extra caution</w:t>
      </w:r>
    </w:p>
    <w:p>
      <w:r>
        <w:t>A familiar face on a screen is not a payment authorization. End the call, use a known-good number, and never buy gift cards or send crypto because a video stranger (or “relative”) told you to.</w:t>
      </w:r>
    </w:p>
    <w:p>
      <w:pPr>
        <w:pStyle w:val="Heading2"/>
      </w:pPr>
      <w:r>
        <w:t>Sources</w:t>
      </w:r>
    </w:p>
    <w:p>
      <w:pPr>
        <w:pStyle w:val="ListBullet"/>
      </w:pPr>
      <w:r>
        <w:t>FTC: Scammers use AI to enhance their family emergency schemes</w:t>
      </w:r>
    </w:p>
    <w:p>
      <w:pPr>
        <w:pStyle w:val="ListBullet"/>
      </w:pPr>
      <w:r>
        <w:t>FTC: Fighting back against harmful voice cloning</w:t>
      </w:r>
    </w:p>
    <w:p>
      <w:pPr>
        <w:pStyle w:val="ListBullet"/>
      </w:pPr>
      <w:r>
        <w:t>FTC: What to do if you were scammed</w:t>
      </w:r>
    </w:p>
    <w:p>
      <w:pPr>
        <w:pStyle w:val="ListBullet"/>
      </w:pPr>
      <w:r>
        <w:t>CISA: Avoiding social engineering and phishing attacks</w:t>
      </w:r>
    </w:p>
    <w:p>
      <w:pPr>
        <w:pStyle w:val="ListBullet"/>
      </w:pPr>
      <w:r>
        <w:t>ReportFraud.ftc.gov</w:t>
      </w:r>
    </w:p>
    <w:p>
      <w:pPr>
        <w:pStyle w:val="Heading2"/>
      </w:pPr>
      <w:r>
        <w:t>Also read</w:t>
      </w:r>
    </w:p>
    <w:p>
      <w:pPr>
        <w:pStyle w:val="ListBullet"/>
      </w:pPr>
      <w:r>
        <w:t>Grandparent emergency money scam</w:t>
      </w:r>
    </w:p>
    <w:p>
      <w:pPr>
        <w:pStyle w:val="ListBullet"/>
      </w:pPr>
      <w:r>
        <w:t>Tech support scam phone call</w:t>
      </w:r>
    </w:p>
    <w:p>
      <w:pPr>
        <w:pStyle w:val="ListBullet"/>
      </w:pPr>
      <w:r>
        <w:t>Wire transfer / romance advance-fee scam</w:t>
      </w:r>
    </w:p>
    <w:p>
      <w:pPr>
        <w:pStyle w:val="ListBullet"/>
      </w:pPr>
      <w:r>
        <w:t>Is Microsoft Defender enough?</w:t>
      </w:r>
    </w:p>
    <w:p>
      <w:pPr>
        <w:pStyle w:val="ListBullet"/>
      </w:pPr>
      <w:r>
        <w:t>Gift card payment scams</w:t>
      </w:r>
    </w:p>
    <w:p>
      <w:pPr>
        <w:pStyle w:val="ListBullet"/>
      </w:pPr>
      <w:r>
        <w:t>Clicked a phishing link: first hour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https://cyberguardlab.com/blog/deepfake-video-call-scam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deepfake video call scam</dc:title>
  <dc:subject>How to spot a deepfake video call scam</dc:subject>
  <dc:creator>CyberGuardLab editorial</dc:creator>
  <cp:keywords>deepfake video call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