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spot a Craigslist rental deposit scam</w:t>
      </w:r>
    </w:p>
    <w:p>
      <w:r>
        <w:rPr>
          <w:color w:val="E11D48"/>
          <w:u w:val="single"/>
        </w:rPr>
        <w:t>https://cyberguardlab.com/blog/craigslist-rental-deposit-scam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craigslist-rental-deposit-scam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 Craigslist rental deposit scam advertises a too-good apartment or house, then demands a deposit, first month’s rent, or “application fee” before you can tour—or after a rushed virtual tour. Do not wire money, buy gift cards, or Zelle a stranger for a key you have not seen in person. Do not sign papers emailed from a free address without verifying ownership. If you already sent a deposit, stop contact, save records, and report to the FTC and local police.</w:t>
      </w:r>
    </w:p>
    <w:p>
      <w:r>
        <w:t>This guide covers fake rental listings and deposit bait on classified sites—not timeshare exit schemes. It overlaps with fake check overpayment and apartment application scams. No software purchase required.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pPr>
        <w:pStyle w:val="Heading2"/>
      </w:pPr>
      <w:r>
        <w:t>1. How Craigslist rental deposit scripts work</w:t>
      </w:r>
    </w:p>
    <w:p>
      <w:pPr>
        <w:pStyle w:val="ListBullet"/>
      </w:pPr>
      <w:r>
        <w:t>Remote landlord story — Out-of-town or deployed owners demand payment before keys, often with stolen photos (FTC rental listing scams).</w:t>
      </w:r>
    </w:p>
    <w:p>
      <w:pPr>
        <w:pStyle w:val="ListBullet"/>
      </w:pPr>
      <w:r>
        <w:t>Deposit-before-tour — Holding fees “expire tonight” while other applicants are wiring today.</w:t>
      </w:r>
    </w:p>
    <w:p>
      <w:pPr>
        <w:pStyle w:val="ListBullet"/>
      </w:pPr>
      <w:r>
        <w:t>Fake-check wrap — A check for moving costs asks you to refund the difference (fake check scam).</w:t>
      </w:r>
    </w:p>
    <w:p>
      <w:pPr>
        <w:pStyle w:val="ListBullet"/>
      </w:pPr>
      <w:r>
        <w:t>Uncontrolled showing — Someone shows a property they do not manage, then collects money and disappears.</w:t>
      </w:r>
    </w:p>
    <w:p>
      <w:pPr>
        <w:pStyle w:val="Heading2"/>
      </w:pPr>
      <w:r>
        <w:t>2. Red flags before you send money</w:t>
      </w:r>
    </w:p>
    <w:p>
      <w:r>
        <w:t>Cue | Likely legitimate | Likely scam</w:t>
      </w:r>
    </w:p>
    <w:p>
      <w:r>
        <w:t>Tour | In-person showing or verified agent | Deposit required before any real-world viewing</w:t>
      </w:r>
    </w:p>
    <w:p>
      <w:r>
        <w:t>Rent vs market | Close to nearby comps | Far below neighborhood rates with a soft excuse</w:t>
      </w:r>
    </w:p>
    <w:p>
      <w:r>
        <w:t>Payment | Traceable methods to a named landlord after paperwork | Gift cards, crypto, wire, or instant cash apps</w:t>
      </w:r>
    </w:p>
    <w:p>
      <w:r>
        <w:t>Ownership proof | You can verify owner or licensed agent | Refuses ID, deed, or management company contact</w:t>
      </w:r>
    </w:p>
    <w:p>
      <w:r>
        <w:t>Communication | Local phone and consistent identity | Only email; story keeps changing</w:t>
      </w:r>
    </w:p>
    <w:p>
      <w:r>
        <w:t>Documents | Standard lease you can review calmly | Urgent sign-and-pay PDF from a free mailbox</w:t>
      </w:r>
    </w:p>
    <w:p>
      <w:pPr>
        <w:pStyle w:val="Heading2"/>
      </w:pPr>
      <w:r>
        <w:t>3. Safer habits (buy-nothing)</w:t>
      </w:r>
    </w:p>
    <w:p>
      <w:pPr>
        <w:pStyle w:val="ListBullet"/>
      </w:pPr>
      <w:r>
        <w:t>Never send a deposit before you tour the unit or confirm a trusted agent.</w:t>
      </w:r>
    </w:p>
    <w:p>
      <w:pPr>
        <w:pStyle w:val="ListBullet"/>
      </w:pPr>
      <w:r>
        <w:t>Reverse-image search listing photos when something feels off.</w:t>
      </w:r>
    </w:p>
    <w:p>
      <w:pPr>
        <w:pStyle w:val="ListBullet"/>
      </w:pPr>
      <w:r>
        <w:t>Refuse gift cards, crypto, and hold-my-unit wires.</w:t>
      </w:r>
    </w:p>
    <w:p>
      <w:pPr>
        <w:pStyle w:val="ListBullet"/>
      </w:pPr>
      <w:r>
        <w:t>Check county property records or ask a local realtor to sanity-check the listing.</w:t>
      </w:r>
    </w:p>
    <w:p>
      <w:pPr>
        <w:pStyle w:val="ListBullet"/>
      </w:pPr>
      <w:r>
        <w:t>Use Craigslist’s official flagging tools; keep talks in channels you can document.</w:t>
      </w:r>
    </w:p>
    <w:p>
      <w:pPr>
        <w:pStyle w:val="ListBullet"/>
      </w:pPr>
      <w:r>
        <w:t>If someone sends a check and asks for a partial return, see fake check scam guidance.</w:t>
      </w:r>
    </w:p>
    <w:p>
      <w:pPr>
        <w:pStyle w:val="Heading2"/>
      </w:pPr>
      <w:r>
        <w:t>4. If you already paid</w:t>
      </w:r>
    </w:p>
    <w:p>
      <w:pPr>
        <w:pStyle w:val="ListBullet"/>
      </w:pPr>
      <w:r>
        <w:t>Stop all further payments and cease contact except as advised by law enforcement.</w:t>
      </w:r>
    </w:p>
    <w:p>
      <w:pPr>
        <w:pStyle w:val="ListBullet"/>
      </w:pPr>
      <w:r>
        <w:t>Save the ad URL, photos, emails, payment receipts, and usernames.</w:t>
      </w:r>
    </w:p>
    <w:p>
      <w:pPr>
        <w:pStyle w:val="ListBullet"/>
      </w:pPr>
      <w:r>
        <w:t>Contact your bank, wire service, or cash-app support immediately (FTC if you were scammed).</w:t>
      </w:r>
    </w:p>
    <w:p>
      <w:pPr>
        <w:pStyle w:val="ListBullet"/>
      </w:pPr>
      <w:r>
        <w:t>If gift cards were used, contact each issuer’s fraud department.</w:t>
      </w:r>
    </w:p>
    <w:p>
      <w:pPr>
        <w:pStyle w:val="ListBullet"/>
      </w:pPr>
      <w:r>
        <w:t>Report at ReportFraud.ftc.gov and file a local police report.</w:t>
      </w:r>
    </w:p>
    <w:p>
      <w:pPr>
        <w:pStyle w:val="ListBullet"/>
      </w:pPr>
      <w:r>
        <w:t>If you opened attachments or logged into a portal, change passwords and ignore recovery callers.</w:t>
      </w:r>
    </w:p>
    <w:p>
      <w:pPr>
        <w:pStyle w:val="Heading2"/>
      </w:pPr>
      <w:r>
        <w:t>FAQ</w:t>
      </w:r>
    </w:p>
    <w:p>
      <w:pPr>
        <w:pStyle w:val="Heading3"/>
      </w:pPr>
      <w:r>
        <w:t>Can a real landlord ever ask for a deposit by Zelle?</w:t>
      </w:r>
    </w:p>
    <w:p>
      <w:r>
        <w:t>Some individuals do, but it is high risk. Prefer methods with clearer records after you verify the person and the property.</w:t>
      </w:r>
    </w:p>
    <w:p>
      <w:pPr>
        <w:pStyle w:val="Heading3"/>
      </w:pPr>
      <w:r>
        <w:t>The rent is only a little low. Could it still be a scam?</w:t>
      </w:r>
    </w:p>
    <w:p>
      <w:r>
        <w:t>Yes. Slight discounts plus remote-only landlords and deposit-before-tour rules are still common fraud patterns.</w:t>
      </w:r>
    </w:p>
    <w:p>
      <w:pPr>
        <w:pStyle w:val="Heading3"/>
      </w:pPr>
      <w:r>
        <w:t>How is this different from a timeshare exit scam?</w:t>
      </w:r>
    </w:p>
    <w:p>
      <w:r>
        <w:t>Timeshare exit targets people who already own a timeshare. Craigslist rental deposit scams target people hunting for a place to live.</w:t>
      </w:r>
    </w:p>
    <w:p>
      <w:pPr>
        <w:pStyle w:val="Heading3"/>
      </w:pPr>
      <w:r>
        <w:t>Should I use a roommate finder instead?</w:t>
      </w:r>
    </w:p>
    <w:p>
      <w:r>
        <w:t>Any platform can host fakes. Verify the unit, never pay blind, and beware overpayment refunds.</w:t>
      </w:r>
    </w:p>
    <w:p>
      <w:pPr>
        <w:pStyle w:val="Heading3"/>
      </w:pPr>
      <w:r>
        <w:t>What if I already signed a PDF lease?</w:t>
      </w:r>
    </w:p>
    <w:p>
      <w:r>
        <w:t>Signing a document from a scammer does not make the payment safe. Still report and pursue bank recovery steps.</w:t>
      </w:r>
    </w:p>
    <w:p>
      <w:pPr>
        <w:pStyle w:val="Heading3"/>
      </w:pPr>
      <w:r>
        <w:t>Do I need paid antivirus to avoid a rental deposit scam?</w:t>
      </w:r>
    </w:p>
    <w:p>
      <w:r>
        <w:t>No. Touring first and refusing gift-card deposits is enough. Buy-nothing is valid.</w:t>
      </w:r>
    </w:p>
    <w:p>
      <w:pPr>
        <w:pStyle w:val="Heading2"/>
      </w:pPr>
      <w:r>
        <w:t>If you still want a paid suite</w:t>
      </w:r>
    </w:p>
    <w:p>
      <w:r>
        <w:t>Avoiding a Craigslist rental deposit scam does not require paid antivirus. Careful habits and official support paths are a valid buy-nothing stack. If you want multi-device paid protection later,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Rental Listing Scams (FTC)</w:t>
      </w:r>
    </w:p>
    <w:p>
      <w:pPr>
        <w:pStyle w:val="ListBullet"/>
      </w:pPr>
      <w:r>
        <w:t>ReportFraud.ftc.gov</w:t>
      </w:r>
    </w:p>
    <w:p>
      <w:pPr>
        <w:pStyle w:val="ListBullet"/>
      </w:pPr>
      <w:r>
        <w:t>IdentityTheft.gov</w:t>
      </w:r>
    </w:p>
    <w:p>
      <w:pPr>
        <w:pStyle w:val="ListBullet"/>
      </w:pPr>
      <w:r>
        <w:t>Fake Check Scams (FTC)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spot an apartment rental application scam</w:t>
      </w:r>
    </w:p>
    <w:p>
      <w:pPr>
        <w:pStyle w:val="ListBullet"/>
      </w:pPr>
      <w:r>
        <w:t>How to spot a fake check scam</w:t>
      </w:r>
    </w:p>
    <w:p>
      <w:pPr>
        <w:pStyle w:val="ListBullet"/>
      </w:pPr>
      <w:r>
        <w:t>How to spot a timeshare exit scam</w:t>
      </w:r>
    </w:p>
    <w:p>
      <w:pPr>
        <w:pStyle w:val="ListBullet"/>
      </w:pPr>
      <w:r>
        <w:t>How to spot a Zelle or Cash App payment scam</w:t>
      </w:r>
    </w:p>
    <w:p>
      <w:pPr>
        <w:pStyle w:val="ListBullet"/>
      </w:pPr>
      <w:r>
        <w:t>How to report a scam to the FTC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https://cyberguardlab.com/blog/craigslist-rental-deposit-scam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spot a Craigslist rental deposit scam</dc:title>
  <dc:subject>How to spot a Craigslist rental deposit scam</dc:subject>
  <dc:creator>CyberGuardLab editorial</dc:creator>
  <cp:keywords>craigslist rental deposit scam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