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clear saved passwords from a shared family PC</w:t>
      </w:r>
    </w:p>
    <w:p>
      <w:r>
        <w:rPr>
          <w:color w:val="E11D48"/>
          <w:u w:val="single"/>
        </w:rPr>
        <w:t>https://cyberguardlab.com/blog/clear-saved-passwords-shared-pc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clear-saved-passwords-shared-pc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Clear browser-saved passwords on a shared family PC so the next roommate, babysitter, or relative cannot open banking or email autofill. Export to a password manager first if you still need the logins, then delete stored passwords and turn off saving on that profile. Prefer separate OS accounts per adult. This how-to is shared-PC browser credential cleanup—not household manager setup alone, not vault breach response, and not passkey enrollment.</w:t>
      </w:r>
    </w:p>
    <w:p>
      <w:pPr>
        <w:pStyle w:val="Heading2"/>
      </w:pPr>
      <w:r>
        <w:t>1. Before you delete anything</w:t>
      </w:r>
    </w:p>
    <w:p>
      <w:pPr>
        <w:pStyle w:val="ListBullet"/>
      </w:pPr>
      <w:r>
        <w:t>Confirm each adult has their passwords in a manager—see US household password manager setup.</w:t>
      </w:r>
    </w:p>
    <w:p>
      <w:pPr>
        <w:pStyle w:val="ListBullet"/>
      </w:pPr>
      <w:r>
        <w:t>Export browser passwords only to an encrypted manager import or a temporary file you will delete—never leave `passwords.csv` on the Desktop.</w:t>
      </w:r>
    </w:p>
    <w:p>
      <w:pPr>
        <w:pStyle w:val="ListBullet"/>
      </w:pPr>
      <w:r>
        <w:t>Note which browsers are installed (Chrome, Edge, Firefox, Safari-on-Windows is rare; also check stored Wi-Fi only if relevant to guests).</w:t>
      </w:r>
    </w:p>
    <w:p>
      <w:r>
        <w:t>A full disk wipe / OS reinstall is safer than hoping “Clear passwords” caught every browser and app. Remove drives or reset per manufacturer guidance before the machine leaves the house.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pPr>
        <w:pStyle w:val="Heading2"/>
      </w:pPr>
      <w:r>
        <w:t>2. Shared PC habits</w:t>
      </w:r>
    </w:p>
    <w:p>
      <w:r>
        <w:t>Situation | Safer | Riskier</w:t>
      </w:r>
    </w:p>
    <w:p>
      <w:r>
        <w:t>Family desktop | Per-person OS login + manager apps locked | One Windows profile with everyone’s autofill</w:t>
      </w:r>
    </w:p>
    <w:p>
      <w:r>
        <w:t>Babysitter / guest | Guest account; no saved bank passwords | “Just use my Chrome—it’s fine”</w:t>
      </w:r>
    </w:p>
    <w:p>
      <w:r>
        <w:t>Moving a PC | Clear passwords before sale/donation | Factory hopes without checking browsers</w:t>
      </w:r>
    </w:p>
    <w:p>
      <w:r>
        <w:t>Sync | Personal sync only on personal devices | Syncing your vault profile onto the kids’ PC</w:t>
      </w:r>
    </w:p>
    <w:p>
      <w:pPr>
        <w:pStyle w:val="Heading2"/>
      </w:pPr>
      <w:r>
        <w:t>3. Steps: Chrome, Edge, Firefox, and Windows hygiene</w:t>
      </w:r>
    </w:p>
    <w:p>
      <w:r>
        <w:t>Steps: Chrome / Edge (Chromium)</w:t>
      </w:r>
    </w:p>
    <w:p>
      <w:pPr>
        <w:pStyle w:val="ListBullet"/>
      </w:pPr>
      <w:r>
        <w:t>Open the browser profile that is shared.</w:t>
      </w:r>
    </w:p>
    <w:p>
      <w:pPr>
        <w:pStyle w:val="ListBullet"/>
      </w:pPr>
      <w:r>
        <w:t>Go to Settings → Autofill / Passwords (chrome://password-manager or edge://wallet/passwords).</w:t>
      </w:r>
    </w:p>
    <w:p>
      <w:pPr>
        <w:pStyle w:val="ListBullet"/>
      </w:pPr>
      <w:r>
        <w:t>Review the list; export if needed, then delete individual entries or remove all.</w:t>
      </w:r>
    </w:p>
    <w:p>
      <w:pPr>
        <w:pStyle w:val="ListBullet"/>
      </w:pPr>
      <w:r>
        <w:t>Turn off “Offer to save passwords” on this shared profile.</w:t>
      </w:r>
    </w:p>
    <w:p>
      <w:pPr>
        <w:pStyle w:val="ListBullet"/>
      </w:pPr>
      <w:r>
        <w:t>Sign out of the browser profile sync if it was syncing personal passwords onto the family PC.</w:t>
      </w:r>
    </w:p>
    <w:p>
      <w:pPr>
        <w:pStyle w:val="ListBullet"/>
      </w:pPr>
      <w:r>
        <w:t>Clear cookies for banking sites if sessions are still live (Settings → Privacy → Cookies).</w:t>
      </w:r>
    </w:p>
    <w:p>
      <w:r>
        <w:t>Steps: Firefox</w:t>
      </w:r>
    </w:p>
    <w:p>
      <w:pPr>
        <w:pStyle w:val="ListBullet"/>
      </w:pPr>
      <w:r>
        <w:t>Settings → Privacy &amp; Security → Logins and Passwords.</w:t>
      </w:r>
    </w:p>
    <w:p>
      <w:pPr>
        <w:pStyle w:val="ListBullet"/>
      </w:pPr>
      <w:r>
        <w:t>Open Saved Logins → remove entries; uncheck “Ask to save logins.”</w:t>
      </w:r>
    </w:p>
    <w:p>
      <w:pPr>
        <w:pStyle w:val="ListBullet"/>
      </w:pPr>
      <w:r>
        <w:t>Disconnect Firefox Account sync on that PC if it pushed personal logins.</w:t>
      </w:r>
    </w:p>
    <w:p>
      <w:pPr>
        <w:pStyle w:val="Heading2"/>
      </w:pPr>
      <w:r>
        <w:t>4. Windows / household hygiene</w:t>
      </w:r>
    </w:p>
    <w:p>
      <w:pPr>
        <w:pStyle w:val="ListBullet"/>
      </w:pPr>
      <w:r>
        <w:t>Create separate Windows accounts for each adult; use a Guest/limited account for casual use.</w:t>
      </w:r>
    </w:p>
    <w:p>
      <w:pPr>
        <w:pStyle w:val="ListBullet"/>
      </w:pPr>
      <w:r>
        <w:t>Remove leftover password manager vault files only if you are decommissioning that app on this PC (do not delete the only copy of a vault).</w:t>
      </w:r>
    </w:p>
    <w:p>
      <w:pPr>
        <w:pStyle w:val="ListBullet"/>
      </w:pPr>
      <w:r>
        <w:t>Scan the PC with one primary product such as Norton or Bitdefender; TotalAV, McAfee, and Avast are other on-site options.</w:t>
      </w:r>
    </w:p>
    <w:p>
      <w:pPr>
        <w:pStyle w:val="ListBullet"/>
      </w:pPr>
      <w:r>
        <w:t>After cleanup, change high-value passwords that may have been visible to others (email, banking).</w:t>
      </w:r>
    </w:p>
    <w:p>
      <w:pPr>
        <w:pStyle w:val="Heading2"/>
      </w:pPr>
      <w:r>
        <w:t>FAQ</w:t>
      </w:r>
    </w:p>
    <w:p>
      <w:pPr>
        <w:pStyle w:val="Heading3"/>
      </w:pPr>
      <w:r>
        <w:t>Will this log me out of my phone?</w:t>
      </w:r>
    </w:p>
    <w:p>
      <w:r>
        <w:t>Clearing passwords on the PC does not remove passwords inside your phone’s manager unless you delete the vault entries themselves.</w:t>
      </w:r>
    </w:p>
    <w:p>
      <w:pPr>
        <w:pStyle w:val="Heading3"/>
      </w:pPr>
      <w:r>
        <w:t>How is this different from a vault breach alert?</w:t>
      </w:r>
    </w:p>
    <w:p>
      <w:r>
        <w:t>Breach alerts mean credentials appeared in leak data or failed health checks. This article removes local autofill on a shared machine.</w:t>
      </w:r>
    </w:p>
    <w:p>
      <w:pPr>
        <w:pStyle w:val="Heading3"/>
      </w:pPr>
      <w:r>
        <w:t>Should I also clear cookies?</w:t>
      </w:r>
    </w:p>
    <w:p>
      <w:r>
        <w:t>Yes for banking/email on that profile—saved passwords and live sessions are different leftovers.</w:t>
      </w:r>
    </w:p>
    <w:p>
      <w:pPr>
        <w:pStyle w:val="Heading3"/>
      </w:pPr>
      <w:r>
        <w:t>What about Apple Keychain on a shared Mac?</w:t>
      </w:r>
    </w:p>
    <w:p>
      <w:r>
        <w:t>Use separate macOS users; avoid a single auto-login account with unlocked Keychain for everyone.</w:t>
      </w:r>
    </w:p>
    <w:p>
      <w:pPr>
        <w:pStyle w:val="Heading2"/>
      </w:pPr>
      <w:r>
        <w:t>If you still want a paid suite</w:t>
      </w:r>
    </w:p>
    <w:p>
      <w:r>
        <w:t>Avoiding how to clear saved passwords from a shared family PC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CISA: Use strong passwords</w:t>
      </w:r>
    </w:p>
    <w:p>
      <w:pPr>
        <w:pStyle w:val="ListBullet"/>
      </w:pPr>
      <w:r>
        <w:t>FTC: Password managers</w:t>
      </w:r>
    </w:p>
    <w:p>
      <w:pPr>
        <w:pStyle w:val="ListBullet"/>
      </w:pPr>
      <w:r>
        <w:t>Google Chrome Help: Manage passwords</w:t>
      </w:r>
    </w:p>
    <w:p>
      <w:pPr>
        <w:pStyle w:val="ListBullet"/>
      </w:pPr>
      <w:r>
        <w:t>Microsoft Edge Help: Manage passwords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set up a password manager for a US household</w:t>
      </w:r>
    </w:p>
    <w:p>
      <w:pPr>
        <w:pStyle w:val="ListBullet"/>
      </w:pPr>
      <w:r>
        <w:t>How to recover from a password manager vault breach alert</w:t>
      </w:r>
    </w:p>
    <w:p>
      <w:pPr>
        <w:pStyle w:val="ListBullet"/>
      </w:pPr>
      <w:r>
        <w:t>How to wipe a device before selling</w:t>
      </w:r>
    </w:p>
    <w:p>
      <w:pPr>
        <w:pStyle w:val="ListBullet"/>
      </w:pPr>
      <w:r>
        <w:t>How to turn on passkeys for Google, Apple, and Microsoft</w:t>
      </w:r>
    </w:p>
    <w:p>
      <w:pPr>
        <w:pStyle w:val="ListBullet"/>
      </w:pPr>
      <w:r>
        <w:t>How to remove a browser hijacker on Windows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https://cyberguardlab.com/blog/clear-saved-passwords-shared-pc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clear saved passwords from a shared family PC</dc:title>
  <dc:subject>How to clear saved passwords from a shared family PC</dc:subject>
  <dc:creator>CyberGuardLab editorial</dc:creator>
  <cp:keywords>clear saved passwords shared pc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