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turn on enhanced Safe Browsing in Chrome</w:t>
      </w:r>
    </w:p>
    <w:p>
      <w:r>
        <w:rPr>
          <w:color w:val="E11D48"/>
          <w:u w:val="single"/>
        </w:rPr>
        <w:t>https://cyberguardlab.com/blog/chrome-enhanced-safe-browsing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chrome-enhanced-safe-browsing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Enhanced protection (Enhanced Safe Browsing) in Google Chrome warns about more dangerous sites, downloads, and extensions than Standard protection—by sending additional security-related data to Google Safe Browsing in real time. Turn it on in Chrome Settings → Privacy and security → Safe Browsing. This how-to is Chrome’s browsing protection level—not Google third-party app access, not Find My Device, and not Android work profiles.</w:t>
      </w:r>
    </w:p>
    <w:p>
      <w:pPr>
        <w:pStyle w:val="Heading2"/>
      </w:pPr>
      <w:r>
        <w:t>1. What Enhanced does</w:t>
      </w:r>
    </w:p>
    <w:p>
      <w:r>
        <w:t>Standard protection blocks many known bad sites. Enhanced adds deeper checks for newly seen threats, suspicious downloads, and risky extensions, with more URL/content signals sent to Google for security analysis. You can stay on Standard if you prefer less sharing; Enhanced is the stronger security choice Google documents for Chrome.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Full-screen warnings with phone numbers are classic tech-support scams, not Chrome UI. Close the tab or soft-reset the browser; verify Safe Browsing only under chrome://settings (or the Settings menus above).</w:t>
      </w:r>
    </w:p>
    <w:p>
      <w:pPr>
        <w:pStyle w:val="Heading2"/>
      </w:pPr>
      <w:r>
        <w:t>2. Levels compared</w:t>
      </w:r>
    </w:p>
    <w:p>
      <w:r>
        <w:t>Level | Protection idea | Tradeoff</w:t>
      </w:r>
    </w:p>
    <w:p>
      <w:r>
        <w:t>Enhanced protection | Stronger, newer-threat oriented checks | More security data to Google Safe Browsing</w:t>
      </w:r>
    </w:p>
    <w:p>
      <w:r>
        <w:t>Standard protection | Default known-danger protection | Less data sharing than Enhanced</w:t>
      </w:r>
    </w:p>
    <w:p>
      <w:r>
        <w:t>No protection | Off—not recommended | No Safe Browsing warnings in Chrome</w:t>
      </w:r>
    </w:p>
    <w:p>
      <w:pPr>
        <w:pStyle w:val="Heading2"/>
      </w:pPr>
      <w:r>
        <w:t>3. Steps: turn on Enhanced protection</w:t>
      </w:r>
    </w:p>
    <w:p>
      <w:pPr>
        <w:pStyle w:val="ListBullet"/>
      </w:pPr>
      <w:r>
        <w:t>Open Chrome → More (⋮) → Settings.</w:t>
      </w:r>
    </w:p>
    <w:p>
      <w:pPr>
        <w:pStyle w:val="ListBullet"/>
      </w:pPr>
      <w:r>
        <w:t>Open Privacy and security → Safe Browsing.</w:t>
      </w:r>
    </w:p>
    <w:p>
      <w:pPr>
        <w:pStyle w:val="ListBullet"/>
      </w:pPr>
      <w:r>
        <w:t>Select Enhanced protection.</w:t>
      </w:r>
    </w:p>
    <w:p>
      <w:pPr>
        <w:pStyle w:val="ListBullet"/>
      </w:pPr>
      <w:r>
        <w:t>Optionally review related toggles Google shows for download scanning / improve security when signed in—read each description before enabling.</w:t>
      </w:r>
    </w:p>
    <w:p>
      <w:pPr>
        <w:pStyle w:val="ListBullet"/>
      </w:pPr>
      <w:r>
        <w:t>Keep Chrome updated (About Chrome) so Safe Browsing lists and features stay current.</w:t>
      </w:r>
    </w:p>
    <w:p>
      <w:pPr>
        <w:pStyle w:val="ListBullet"/>
      </w:pPr>
      <w:r>
        <w:t>Open Chrome → More → Settings → Privacy and security.</w:t>
      </w:r>
    </w:p>
    <w:p>
      <w:pPr>
        <w:pStyle w:val="ListBullet"/>
      </w:pPr>
      <w:r>
        <w:t>Tap Safe Browsing.</w:t>
      </w:r>
    </w:p>
    <w:p>
      <w:pPr>
        <w:pStyle w:val="ListBullet"/>
      </w:pPr>
      <w:r>
        <w:t>Select Enhanced protection.</w:t>
      </w:r>
    </w:p>
    <w:p>
      <w:pPr>
        <w:pStyle w:val="ListBullet"/>
      </w:pPr>
      <w:r>
        <w:t>Open Chrome → ⋯ → Settings → Privacy and Security (labels vary).</w:t>
      </w:r>
    </w:p>
    <w:p>
      <w:pPr>
        <w:pStyle w:val="ListBullet"/>
      </w:pPr>
      <w:r>
        <w:t>Open Safe Browsing / security browsing options and choose Enhanced if offered on your version.</w:t>
      </w:r>
    </w:p>
    <w:p>
      <w:pPr>
        <w:pStyle w:val="ListBullet"/>
      </w:pPr>
      <w:r>
        <w:t>Note: Safari on iPhone uses Apple’s own fraud tools—Enhanced Safe Browsing is a Chrome setting, not an iOS system switch.</w:t>
      </w:r>
    </w:p>
    <w:p>
      <w:pPr>
        <w:pStyle w:val="Heading2"/>
      </w:pPr>
      <w:r>
        <w:t>4. Pair with account hygiene</w:t>
      </w:r>
    </w:p>
    <w:p>
      <w:pPr>
        <w:pStyle w:val="ListBullet"/>
      </w:pPr>
      <w:r>
        <w:t>Enhanced does not revoke bad OAuth apps—still review third-party access.</w:t>
      </w:r>
    </w:p>
    <w:p>
      <w:pPr>
        <w:pStyle w:val="ListBullet"/>
      </w:pPr>
      <w:r>
        <w:t>It does not replace a full-disk antivirus on Windows; use Defender or one primary suite such as Norton or Bitdefender (TotalAV, McAfee, Avast on-site).</w:t>
      </w:r>
    </w:p>
    <w:p>
      <w:pPr>
        <w:pStyle w:val="ListBullet"/>
      </w:pPr>
      <w:r>
        <w:t>Ignore scareware pop-ups that claim “Safe Browsing disabled—call this number.” Check the real Settings page yourself.</w:t>
      </w:r>
    </w:p>
    <w:p>
      <w:pPr>
        <w:pStyle w:val="Heading2"/>
      </w:pPr>
      <w:r>
        <w:t>FAQ</w:t>
      </w:r>
    </w:p>
    <w:p>
      <w:pPr>
        <w:pStyle w:val="Heading3"/>
      </w:pPr>
      <w:r>
        <w:t>Does Enhanced slow browsing a lot?</w:t>
      </w:r>
    </w:p>
    <w:p>
      <w:r>
        <w:t>Google states Enhanced is designed not to meaningfully slow normal browsing; if something feels wrong, check extensions first.</w:t>
      </w:r>
    </w:p>
    <w:p>
      <w:pPr>
        <w:pStyle w:val="Heading3"/>
      </w:pPr>
      <w:r>
        <w:t>Is this the same as Android Google Play Protect?</w:t>
      </w:r>
    </w:p>
    <w:p>
      <w:r>
        <w:t>No. Play Protect scans apps/devices; Enhanced Safe Browsing is a Chrome browsing setting.</w:t>
      </w:r>
    </w:p>
    <w:p>
      <w:pPr>
        <w:pStyle w:val="Heading3"/>
      </w:pPr>
      <w:r>
        <w:t>Will it stop fake Play billing emails?</w:t>
      </w:r>
    </w:p>
    <w:p>
      <w:r>
        <w:t>It may warn on malicious links you open in Chrome, but you must still avoid phishing—see fake Google Play billing.</w:t>
      </w:r>
    </w:p>
    <w:p>
      <w:pPr>
        <w:pStyle w:val="Heading3"/>
      </w:pPr>
      <w:r>
        <w:t>Do I need Enhanced on every profile?</w:t>
      </w:r>
    </w:p>
    <w:p>
      <w:r>
        <w:t>Enable it on each Chrome profile you use, including work profiles if policy allows.</w:t>
      </w:r>
    </w:p>
    <w:p>
      <w:pPr>
        <w:pStyle w:val="Heading2"/>
      </w:pPr>
      <w:r>
        <w:t>If you still want a paid suite</w:t>
      </w:r>
    </w:p>
    <w:p>
      <w:r>
        <w:t>Avoiding how to turn on enhanced Safe Browsing in Chrome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Google Chrome Help: Choose Safe Browsing protection level</w:t>
      </w:r>
    </w:p>
    <w:p>
      <w:pPr>
        <w:pStyle w:val="ListBullet"/>
      </w:pPr>
      <w:r>
        <w:t>Google Chrome Help: How Safe Browsing keeps data private</w:t>
      </w:r>
    </w:p>
    <w:p>
      <w:pPr>
        <w:pStyle w:val="ListBullet"/>
      </w:pPr>
      <w:r>
        <w:t>FTC: Malware and phishing basics</w:t>
      </w:r>
    </w:p>
    <w:p>
      <w:pPr>
        <w:pStyle w:val="ListBullet"/>
      </w:pPr>
      <w:r>
        <w:t>FTC: Secure your computer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review Google account third-party app access</w:t>
      </w:r>
    </w:p>
    <w:p>
      <w:pPr>
        <w:pStyle w:val="ListBullet"/>
      </w:pPr>
      <w:r>
        <w:t>How to spot a fake Google Play billing phishing email</w:t>
      </w:r>
    </w:p>
    <w:p>
      <w:pPr>
        <w:pStyle w:val="ListBullet"/>
      </w:pPr>
      <w:r>
        <w:t>How to remove a browser hijacker from Windows</w:t>
      </w:r>
    </w:p>
    <w:p>
      <w:pPr>
        <w:pStyle w:val="ListBullet"/>
      </w:pPr>
      <w:r>
        <w:t>How to spot a phishing email</w:t>
      </w:r>
    </w:p>
    <w:p>
      <w:pPr>
        <w:pStyle w:val="ListBullet"/>
      </w:pPr>
      <w:r>
        <w:t>How to use a work profile to isolate risky Android apps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https://cyberguardlab.com/blog/chrome-enhanced-safe-browsing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turn on enhanced Safe Browsing in Chrome</dc:title>
  <dc:subject>How to turn on enhanced Safe Browsing in Chrome</dc:subject>
  <dc:creator>CyberGuardLab editorial</dc:creator>
  <cp:keywords>chrome enhanced safe browsing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