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/>
          <w:b/>
          <w:sz w:val="32"/>
        </w:rPr>
        <w:t>How to read AV-TEST scores before you buy</w:t>
      </w:r>
    </w:p>
    <w:p>
      <w:r>
        <w:rPr>
          <w:i/>
          <w:sz w:val="20"/>
        </w:rPr>
        <w:t>CyberGuardLab is an independent comparison site. We may earn a commission on paid links; buying nothing is valid.</w:t>
      </w:r>
    </w:p>
    <w:p>
      <w:r>
        <w:rPr>
          <w:sz w:val="22"/>
        </w:rPr>
        <w:t>A lab window is a snapshot. Your checkout is a contract. Verify the current Windows consumer chart on AV-TEST's site. We do not invent scores.</w:t>
      </w:r>
    </w:p>
    <w:p>
      <w:r>
        <w:rPr>
          <w:sz w:val="22"/>
        </w:rPr>
        <w:t>1. Open AV-TEST's current Windows consumer page (av-test.org). Do not stop at a reseller graphic.</w:t>
      </w:r>
    </w:p>
    <w:p>
      <w:r>
        <w:rPr>
          <w:sz w:val="22"/>
        </w:rPr>
        <w:t>2. Match the exact product name and the month. Write them down. Total Security is not a free or mobile-only build.</w:t>
      </w:r>
    </w:p>
    <w:p>
      <w:r>
        <w:rPr>
          <w:sz w:val="22"/>
        </w:rPr>
        <w:t>3. Look at all three pillars (protection, performance, usability), not only protection.</w:t>
      </w:r>
    </w:p>
    <w:p>
      <w:r>
        <w:rPr>
          <w:sz w:val="22"/>
        </w:rPr>
        <w:t>4. If you use Mac or Android as daily drivers, look for those platform tests separately. A Windows result does not transfer.</w:t>
      </w:r>
    </w:p>
    <w:p>
      <w:r>
        <w:rPr>
          <w:sz w:val="22"/>
        </w:rPr>
        <w:t>5. Read the plan's VPN and device lines on checkout. Labs do not test your data cap.</w:t>
      </w:r>
    </w:p>
    <w:p>
      <w:r>
        <w:rPr>
          <w:sz w:val="22"/>
        </w:rPr>
        <w:t>6. Keep Microsoft Defender in mind as the free baseline if you decline to pay.</w:t>
      </w:r>
    </w:p>
    <w:p>
      <w:r>
        <w:rPr>
          <w:sz w:val="20"/>
        </w:rPr>
        <w:t>This site has cited AV-TEST's January-February 2026 Windows 11 window for Bitdefender Total Security. Labs add new months; open today's chart.</w:t>
      </w:r>
    </w:p>
    <w:p>
      <w:r>
        <w:rPr>
          <w:sz w:val="20"/>
        </w:rPr>
        <w:t>Editorial scores on review pages are opinions of household fit. They are not lab scores.</w:t>
      </w:r>
    </w:p>
    <w:p>
      <w:r>
        <w:rPr>
          <w:sz w:val="20"/>
        </w:rPr>
        <w:t>Bitdefender Individual, as described on our review: up to five devices; included VPN limited to 200 MB per device per day. Confirm on checkout.</w:t>
      </w:r>
    </w:p>
    <w:p>
      <w:r>
        <w:rPr>
          <w:sz w:val="20"/>
        </w:rPr>
        <w:t>CyberGuardLab.com key points | August 21, 2026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