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24"/>
        </w:rPr>
        <w:t>CyberGuardLab.com</w:t>
      </w:r>
    </w:p>
    <w:p>
      <w:r>
        <w:rPr>
          <w:color w:val="64748B"/>
          <w:sz w:val="20"/>
        </w:rPr>
        <w:t>Key points (concise checklist)</w:t>
      </w:r>
    </w:p>
    <w:p>
      <w:pPr>
        <w:pStyle w:val="Heading1"/>
      </w:pPr>
      <w:r>
        <w:t>How to turn on automatic updates (Windows, Mac, phone)</w:t>
      </w:r>
    </w:p>
    <w:p>
      <w:r>
        <w:rPr>
          <w:sz w:val="20"/>
        </w:rPr>
        <w:t>Live guide: https://cyberguardlab.com/blog/automatic-updates-windows-mac-phone</w:t>
      </w:r>
    </w:p>
    <w:p>
      <w:pPr>
        <w:pStyle w:val="Heading2"/>
      </w:pPr>
      <w:r>
        <w:t>Key points</w:t>
      </w:r>
    </w:p>
    <w:p>
      <w:pPr>
        <w:pStyle w:val="ListBullet"/>
      </w:pPr>
      <w:r>
        <w:t>Automatic updates are free, high-value security hygiene (CISA).</w:t>
      </w:r>
    </w:p>
    <w:p>
      <w:pPr>
        <w:pStyle w:val="ListBullet"/>
      </w:pPr>
      <w:r>
        <w:t>Windows 11: Start &gt; Settings &gt; Windows Update; set active hours; pause only temporarily.</w:t>
      </w:r>
    </w:p>
    <w:p>
      <w:pPr>
        <w:pStyle w:val="ListBullet"/>
      </w:pPr>
      <w:r>
        <w:t>macOS: System Settings &gt; General &gt; Software Update &gt; Automatic Updates (including security responses).</w:t>
      </w:r>
    </w:p>
    <w:p>
      <w:pPr>
        <w:pStyle w:val="ListBullet"/>
      </w:pPr>
      <w:r>
        <w:t>iPhone: Settings &gt; General &gt; Software Update &gt; Automatic Updates.</w:t>
      </w:r>
    </w:p>
    <w:p>
      <w:pPr>
        <w:pStyle w:val="ListBullet"/>
      </w:pPr>
      <w:r>
        <w:t>Android: enable system/security auto-updates and Play Store auto-update apps on Wi-Fi.</w:t>
      </w:r>
    </w:p>
    <w:p>
      <w:pPr>
        <w:pStyle w:val="ListBullet"/>
      </w:pPr>
      <w:r>
        <w:t>Prefer trusted home Wi-Fi for large updates; never install updater APKs from random texts.</w:t>
      </w:r>
    </w:p>
    <w:p>
      <w:pPr>
        <w:pStyle w:val="Heading2"/>
      </w:pPr>
      <w:r>
        <w:t>Quick FAQ</w:t>
      </w:r>
    </w:p>
    <w:p>
      <w:r>
        <w:rPr>
          <w:b/>
        </w:rPr>
        <w:t>Why do automatic updates matter?</w:t>
      </w:r>
    </w:p>
    <w:p>
      <w:r>
        <w:t>CISA: patches fix known vulnerabilities attackers keep exploiting long after fixes exist. Auto-updates shrink the window you stay exposed.</w:t>
      </w:r>
    </w:p>
    <w:p>
      <w:r>
        <w:rPr>
          <w:b/>
        </w:rPr>
        <w:t>Will updates delete my files?</w:t>
      </w:r>
    </w:p>
    <w:p>
      <w:r>
        <w:t>Normal OS updates keep your data. Still back up important files before major upgrades.</w:t>
      </w:r>
    </w:p>
    <w:p>
      <w:r>
        <w:rPr>
          <w:b/>
        </w:rPr>
        <w:t>Windows Update is stuck — is that this guide?</w:t>
      </w:r>
    </w:p>
    <w:p>
      <w:r>
        <w:t>No. Use the Windows Update stuck or virus guide for troubleshooting or malware concerns.</w:t>
      </w:r>
    </w:p>
    <w:p>
      <w:r>
        <w:rPr>
          <w:i/>
          <w:sz w:val="18"/>
        </w:rPr>
        <w:t>Independent US household comparison site. No product scores invented. Confirm details on official sources linked in the live guide.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turn on automatic updates (Windows, Mac, phone)</dc:title>
  <dc:subject>How to turn on automatic updates (Windows, Mac, phone)</dc:subject>
  <dc:creator>CyberGuardLab editorial</dc:creator>
  <cp:keywords>automatic updates windows mac phone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