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Private DNS on Android</w:t>
      </w:r>
    </w:p>
    <w:p>
      <w:r>
        <w:rPr>
          <w:color w:val="E11D48"/>
          <w:u w:val="single"/>
        </w:rPr>
        <w:t>https://cyberguardlab.com/blog/android-private-dns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android-private-dn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Android Private DNS sends DNS lookups over TLS (DNS-over-TLS) to a hostname you choose—helping stop casual network snooping and some DNS-based ads/malware redirects on untrusted Wi-Fi. Turn it on under Settings → Network &amp; internet → Private DNS. This how-to is phone DNS encryption—not VLAN segmentation for TVs/cameras, not router admin password changes, and not WPA3 Wi-Fi encryption.</w:t>
      </w:r>
    </w:p>
    <w:p>
      <w:pPr>
        <w:pStyle w:val="Heading2"/>
      </w:pPr>
      <w:r>
        <w:t>1. What Private DNS does and does not do</w:t>
      </w:r>
    </w:p>
    <w:p>
      <w:r>
        <w:t>It encrypts DNS queries between your phone and the DNS provider. It does not encrypt all traffic (that is VPN/HTTPS), does not isolate IoT devices on your LAN, and does not replace antivirus or screen locks.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Apps that promise faster DNS while demanding Accessibility or Device Admin are malware bait. Use the system Private DNS toggle—not a sideloaded booster.</w:t>
      </w:r>
    </w:p>
    <w:p>
      <w:pPr>
        <w:pStyle w:val="Heading2"/>
      </w:pPr>
      <w:r>
        <w:t>2. Private DNS vs other network controls</w:t>
      </w:r>
    </w:p>
    <w:p>
      <w:r>
        <w:t>Control | Protects | Does not replace</w:t>
      </w:r>
    </w:p>
    <w:p>
      <w:r>
        <w:t>Private DNS | DNS lookups from this Android device | Full-tunnel VPN, IoT VLAN, WPA3</w:t>
      </w:r>
    </w:p>
    <w:p>
      <w:r>
        <w:t>VLAN for cameras | LAN isolation between device groups | Phone DNS settings</w:t>
      </w:r>
    </w:p>
    <w:p>
      <w:r>
        <w:t>WPA3 / Wi-Fi password | Who joins your wireless | DNS privacy on cellular</w:t>
      </w:r>
    </w:p>
    <w:p>
      <w:pPr>
        <w:pStyle w:val="Heading2"/>
      </w:pPr>
      <w:r>
        <w:t>3. Steps: turn on Private DNS</w:t>
      </w:r>
    </w:p>
    <w:p>
      <w:pPr>
        <w:pStyle w:val="ListBullet"/>
      </w:pPr>
      <w:r>
        <w:t>Open Settings → Network &amp; internet (on some OEMs: Connections → More connection settings).</w:t>
      </w:r>
    </w:p>
    <w:p>
      <w:pPr>
        <w:pStyle w:val="ListBullet"/>
      </w:pPr>
      <w:r>
        <w:t>Tap Private DNS.</w:t>
      </w:r>
    </w:p>
    <w:p>
      <w:pPr>
        <w:pStyle w:val="ListBullet"/>
      </w:pPr>
      <w:r>
        <w:t>Choose Automatic (uses DoT when the network supports it) or Private DNS provider hostname.</w:t>
      </w:r>
    </w:p>
    <w:p>
      <w:pPr>
        <w:pStyle w:val="ListBullet"/>
      </w:pPr>
      <w:r>
        <w:t>If you pick a provider hostname, enter a provider you trust (examples commonly documented by public resolvers—verify spelling on the provider’s own site). Save.</w:t>
      </w:r>
    </w:p>
    <w:p>
      <w:pPr>
        <w:pStyle w:val="ListBullet"/>
      </w:pPr>
      <w:r>
        <w:t>Browse a few sites. If the internet fails, switch back to Off or Automatic and re-check the hostname.</w:t>
      </w:r>
    </w:p>
    <w:p>
      <w:pPr>
        <w:pStyle w:val="ListBullet"/>
      </w:pPr>
      <w:r>
        <w:t>Retest on cellular and Wi-Fi separately—some captive portals break until you temporarily set Private DNS Off.</w:t>
      </w:r>
    </w:p>
    <w:p>
      <w:pPr>
        <w:pStyle w:val="Heading2"/>
      </w:pPr>
      <w:r>
        <w:t>4. Choosing a provider safely</w:t>
      </w:r>
    </w:p>
    <w:p>
      <w:pPr>
        <w:pStyle w:val="ListBullet"/>
      </w:pPr>
      <w:r>
        <w:t>Prefer providers with clear privacy documentation you opened yourself—not a hostname from a random forum DM.</w:t>
      </w:r>
    </w:p>
    <w:p>
      <w:pPr>
        <w:pStyle w:val="ListBullet"/>
      </w:pPr>
      <w:r>
        <w:t>Avoid “free DNS optimizer” APKs that ask for VPN permission—they are a different risk class (see fake 5G APK patterns).</w:t>
      </w:r>
    </w:p>
    <w:p>
      <w:pPr>
        <w:pStyle w:val="ListBullet"/>
      </w:pPr>
      <w:r>
        <w:t>If you use a work MDM profile, ask IT before changing Private DNS—policy may override it.</w:t>
      </w:r>
    </w:p>
    <w:p>
      <w:pPr>
        <w:pStyle w:val="ListBullet"/>
      </w:pPr>
      <w:r>
        <w:t>Keep Play Protect on; Private DNS is not malware removal. After a scare, still use Norton or Bitdefender on PCs in the home (TotalAV, McAfee, Avast on-site).</w:t>
      </w:r>
    </w:p>
    <w:p>
      <w:pPr>
        <w:pStyle w:val="Heading2"/>
      </w:pPr>
      <w:r>
        <w:t>FAQ</w:t>
      </w:r>
    </w:p>
    <w:p>
      <w:pPr>
        <w:pStyle w:val="Heading3"/>
      </w:pPr>
      <w:r>
        <w:t>Is Automatic enough?</w:t>
      </w:r>
    </w:p>
    <w:p>
      <w:r>
        <w:t>Often yes for everyday use. A specific hostname helps when you want one resolver everywhere DoT works.</w:t>
      </w:r>
    </w:p>
    <w:p>
      <w:pPr>
        <w:pStyle w:val="Heading3"/>
      </w:pPr>
      <w:r>
        <w:t>Why did hotel Wi-Fi stop working?</w:t>
      </w:r>
    </w:p>
    <w:p>
      <w:r>
        <w:t>Captive login pages often need Private DNS Off until you authenticate, then you can turn it back on.</w:t>
      </w:r>
    </w:p>
    <w:p>
      <w:pPr>
        <w:pStyle w:val="Heading3"/>
      </w:pPr>
      <w:r>
        <w:t>Is this the same as a VPN?</w:t>
      </w:r>
    </w:p>
    <w:p>
      <w:r>
        <w:t>No. VPN tunnels more traffic to a VPN provider. Private DNS only wraps DNS.</w:t>
      </w:r>
    </w:p>
    <w:p>
      <w:pPr>
        <w:pStyle w:val="Heading3"/>
      </w:pPr>
      <w:r>
        <w:t>Does Private DNS secure my smart TV?</w:t>
      </w:r>
    </w:p>
    <w:p>
      <w:r>
        <w:t>No. Configure DNS or VLANs on the router/TV separately—see the VLAN guide.</w:t>
      </w:r>
    </w:p>
    <w:p>
      <w:pPr>
        <w:pStyle w:val="Heading2"/>
      </w:pPr>
      <w:r>
        <w:t>If you still want a paid suite</w:t>
      </w:r>
    </w:p>
    <w:p>
      <w:r>
        <w:t>Avoiding how to turn on Private DNS on Android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Android Help: Manage advanced network settings (Private DNS)</w:t>
      </w:r>
    </w:p>
    <w:p>
      <w:pPr>
        <w:pStyle w:val="ListBullet"/>
      </w:pPr>
      <w:r>
        <w:t>CISA: Securing DNS (general guidance)</w:t>
      </w:r>
    </w:p>
    <w:p>
      <w:pPr>
        <w:pStyle w:val="ListBullet"/>
      </w:pPr>
      <w:r>
        <w:t>FTC: Secure your devices</w:t>
      </w:r>
    </w:p>
    <w:p>
      <w:pPr>
        <w:pStyle w:val="ListBullet"/>
      </w:pPr>
      <w:r>
        <w:t>Google Public DNS (example DoT docs—verify before use)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segment smart TVs and cameras on a separate VLAN</w:t>
      </w:r>
    </w:p>
    <w:p>
      <w:pPr>
        <w:pStyle w:val="ListBullet"/>
      </w:pPr>
      <w:r>
        <w:t>How to turn on WPA3 or the strongest Wi-Fi encryption you have</w:t>
      </w:r>
    </w:p>
    <w:p>
      <w:pPr>
        <w:pStyle w:val="ListBullet"/>
      </w:pPr>
      <w:r>
        <w:t>How to change your router admin password safely</w:t>
      </w:r>
    </w:p>
    <w:p>
      <w:pPr>
        <w:pStyle w:val="ListBullet"/>
      </w:pPr>
      <w:r>
        <w:t>How to use banking apps on public Wi-Fi</w:t>
      </w:r>
    </w:p>
    <w:p>
      <w:pPr>
        <w:pStyle w:val="ListBullet"/>
      </w:pPr>
      <w:r>
        <w:t>How to check if your home Wi-Fi is safe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https://cyberguardlab.com/blog/android-private-dns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Private DNS on Android</dc:title>
  <dc:subject>How to turn on Private DNS on Android</dc:subject>
  <dc:creator>CyberGuardLab editorial</dc:creator>
  <cp:keywords>android private dns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