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back up an Android phone before a security wipe</w:t>
      </w:r>
    </w:p>
    <w:p>
      <w:r>
        <w:rPr>
          <w:color w:val="E11D48"/>
          <w:u w:val="single"/>
        </w:rPr>
        <w:t>https://cyberguardlab.com/blog/android-backup-before-security-wipe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android-backup-before-security-wip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Before a security wipe (factory reset after malware or account takeover), back up photos, messages you still need, 2FA backup codes, and app lists—then reset from Settings → System → Reset, not from a stranger’s remote-support tool. Prefer cloud backups you control plus a quick local copy of irreplaceable files. This how-to is pre-wipe backup—not Private DNS, not Find My Device setup alone, and not the wipe steps for a phone you no longer hold.</w:t>
      </w:r>
    </w:p>
    <w:p>
      <w:pPr>
        <w:pStyle w:val="Heading2"/>
      </w:pPr>
      <w:r>
        <w:t>1. What to capture before erase</w:t>
      </w:r>
    </w:p>
    <w:p>
      <w:pPr>
        <w:pStyle w:val="ListBullet"/>
      </w:pPr>
      <w:r>
        <w:t>Photos/videos: Google Photos backup completed, or copy to a computer/SD card.</w:t>
      </w:r>
    </w:p>
    <w:p>
      <w:pPr>
        <w:pStyle w:val="ListBullet"/>
      </w:pPr>
      <w:r>
        <w:t>2FA: Export or write backup codes for authenticator apps; note hardware-key serials.</w:t>
      </w:r>
    </w:p>
    <w:p>
      <w:pPr>
        <w:pStyle w:val="ListBullet"/>
      </w:pPr>
      <w:r>
        <w:t>SMS/call logs if your OEM or a trusted app still supports export (many do not—screenshot critical OTPs threads only if needed for fraud reports).</w:t>
      </w:r>
    </w:p>
    <w:p>
      <w:pPr>
        <w:pStyle w:val="ListBullet"/>
      </w:pPr>
      <w:r>
        <w:t>WhatsApp/Signal: Use each app’s official chat backup flow before reset.</w:t>
      </w:r>
    </w:p>
    <w:p>
      <w:pPr>
        <w:pStyle w:val="ListBullet"/>
      </w:pPr>
      <w:r>
        <w:t>Offline files: Downloads, documents, VPN profiles you still trust.</w:t>
      </w:r>
    </w:p>
    <w:p>
      <w:pPr>
        <w:pStyle w:val="ListBullet"/>
      </w:pPr>
      <w:r>
        <w:t>App list: Screenshot Play Store library or note paid apps.</w:t>
      </w:r>
    </w:p>
    <w:p>
      <w:pPr>
        <w:pStyle w:val="ListBullet"/>
      </w:pPr>
      <w:r>
        <w:t>SIM / eSIM: Know how to re-download eSIM from the carrier after wipe.</w:t>
      </w:r>
    </w:p>
    <w:p>
      <w:pPr>
        <w:pStyle w:val="ListBullet"/>
      </w:pPr>
      <w:r>
        <w:t>Work profile: Ask IT before wiping a managed device.</w:t>
      </w:r>
    </w:p>
    <w:p>
      <w:r>
        <w:t>Remote helpers who ask you to install AnyDesk before a “free malware cleanup” often steal banking sessions. Backup yourself, wipe yourself, then restore—no gift-card “verification.”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pPr>
        <w:pStyle w:val="Heading2"/>
      </w:pPr>
      <w:r>
        <w:t>2. Backup vs wipe goals</w:t>
      </w:r>
    </w:p>
    <w:p>
      <w:r>
        <w:t>Goal | Do this | Avoid</w:t>
      </w:r>
    </w:p>
    <w:p>
      <w:r>
        <w:t>Keep memories | Photos + documents off-device | Skipping backup “to save time”</w:t>
      </w:r>
    </w:p>
    <w:p>
      <w:r>
        <w:t>Remove malware | Factory reset after backup | Restoring a full rogue APK backup image from unknown USB</w:t>
      </w:r>
    </w:p>
    <w:p>
      <w:r>
        <w:t>Account safety | New passwords + device review post-wipe | Reusing the same password the stealer already has</w:t>
      </w:r>
    </w:p>
    <w:p>
      <w:pPr>
        <w:pStyle w:val="Heading2"/>
      </w:pPr>
      <w:r>
        <w:t>3. Steps: backup then security wipe</w:t>
      </w:r>
    </w:p>
    <w:p>
      <w:pPr>
        <w:pStyle w:val="ListBullet"/>
      </w:pPr>
      <w:r>
        <w:t>Charge the phone above 50%. Connect to trusted Wi-Fi.</w:t>
      </w:r>
    </w:p>
    <w:p>
      <w:pPr>
        <w:pStyle w:val="ListBullet"/>
      </w:pPr>
      <w:r>
        <w:t>Open Settings → Google → Backup (or System → Backup) and run backup; wait until it shows success.</w:t>
      </w:r>
    </w:p>
    <w:p>
      <w:pPr>
        <w:pStyle w:val="ListBullet"/>
      </w:pPr>
      <w:r>
        <w:t>Confirm Google Photos and any OEM cloud backup finished.</w:t>
      </w:r>
    </w:p>
    <w:p>
      <w:pPr>
        <w:pStyle w:val="ListBullet"/>
      </w:pPr>
      <w:r>
        <w:t>Copy irreplaceable folders to a PC or encrypted drive.</w:t>
      </w:r>
    </w:p>
    <w:p>
      <w:pPr>
        <w:pStyle w:val="ListBullet"/>
      </w:pPr>
      <w:r>
        <w:t>Sign out of banking apps after you no longer need in-app access for dispute screenshots.</w:t>
      </w:r>
    </w:p>
    <w:p>
      <w:pPr>
        <w:pStyle w:val="ListBullet"/>
      </w:pPr>
      <w:r>
        <w:t>Uninstall malware first if Android still allows—then proceed to wipe if infection persists.</w:t>
      </w:r>
    </w:p>
    <w:p>
      <w:pPr>
        <w:pStyle w:val="ListBullet"/>
      </w:pPr>
      <w:r>
        <w:t>Settings → System → Reset options → Erase all data (factory reset). Confirm.</w:t>
      </w:r>
    </w:p>
    <w:p>
      <w:pPr>
        <w:pStyle w:val="ListBullet"/>
      </w:pPr>
      <w:r>
        <w:t>After setup wizard, restore from the Google backup you created; reinstall apps from Play only.</w:t>
      </w:r>
    </w:p>
    <w:p>
      <w:pPr>
        <w:pStyle w:val="ListBullet"/>
      </w:pPr>
      <w:r>
        <w:t>Change Google and important passwords from a clean browser if the wipe followed compromise.</w:t>
      </w:r>
    </w:p>
    <w:p>
      <w:pPr>
        <w:pStyle w:val="ListBullet"/>
      </w:pPr>
      <w:r>
        <w:t>Re-enable Play Protect, screen lock, and Find My Device.</w:t>
      </w:r>
    </w:p>
    <w:p>
      <w:pPr>
        <w:pStyle w:val="Heading2"/>
      </w:pPr>
      <w:r>
        <w:t>4. If malware blocked Settings</w:t>
      </w:r>
    </w:p>
    <w:p>
      <w:pPr>
        <w:pStyle w:val="ListBullet"/>
      </w:pPr>
      <w:r>
        <w:t>Try Safe Mode (OEM power-menu variants differ) and uninstall the bad app, then backup and wipe.</w:t>
      </w:r>
    </w:p>
    <w:p>
      <w:pPr>
        <w:pStyle w:val="ListBullet"/>
      </w:pPr>
      <w:r>
        <w:t>If the UI is locked, use android.com/find erase from another device when Find My Device was already on—accept that local-only files may be gone.</w:t>
      </w:r>
    </w:p>
    <w:p>
      <w:pPr>
        <w:pStyle w:val="ListBullet"/>
      </w:pPr>
      <w:r>
        <w:t>Scan PCs that exchanged files with Norton or Bitdefender (TotalAV, McAfee, Avast on-site).</w:t>
      </w:r>
    </w:p>
    <w:p>
      <w:pPr>
        <w:pStyle w:val="Heading2"/>
      </w:pPr>
      <w:r>
        <w:t>FAQ</w:t>
      </w:r>
    </w:p>
    <w:p>
      <w:pPr>
        <w:pStyle w:val="Heading3"/>
      </w:pPr>
      <w:r>
        <w:t>Will Google Backup restore SMS?</w:t>
      </w:r>
    </w:p>
    <w:p>
      <w:r>
        <w:t>Depends on Android version and OEM. Do not assume texts return—save fraud evidence first.</w:t>
      </w:r>
    </w:p>
    <w:p>
      <w:pPr>
        <w:pStyle w:val="Heading3"/>
      </w:pPr>
      <w:r>
        <w:t>Is a full Titanium-style root backup safe after malware?</w:t>
      </w:r>
    </w:p>
    <w:p>
      <w:r>
        <w:t>Risky. Prefer cloud app data + media, then clean Play reinstalls.</w:t>
      </w:r>
    </w:p>
    <w:p>
      <w:pPr>
        <w:pStyle w:val="Heading3"/>
      </w:pPr>
      <w:r>
        <w:t>Should I wipe before or after changing the Google password?</w:t>
      </w:r>
    </w:p>
    <w:p>
      <w:r>
        <w:t>If you still control a clean device, change the password first, then wipe the infected phone. If the phone is your only factor, use backup codes carefully.</w:t>
      </w:r>
    </w:p>
    <w:p>
      <w:pPr>
        <w:pStyle w:val="Heading3"/>
      </w:pPr>
      <w:r>
        <w:t>Does this replace Advanced Protection?</w:t>
      </w:r>
    </w:p>
    <w:p>
      <w:r>
        <w:t>No. Backup/wipe is incident response; APP is long-term hardening.</w:t>
      </w:r>
    </w:p>
    <w:p>
      <w:pPr>
        <w:pStyle w:val="Heading2"/>
      </w:pPr>
      <w:r>
        <w:t>If you still want a paid suite</w:t>
      </w:r>
    </w:p>
    <w:p>
      <w:r>
        <w:t>Avoiding how to back up an Android phone before a security wipe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Android Help: Back up or restore</w:t>
      </w:r>
    </w:p>
    <w:p>
      <w:pPr>
        <w:pStyle w:val="ListBullet"/>
      </w:pPr>
      <w:r>
        <w:t>Android Help: Factory reset</w:t>
      </w:r>
    </w:p>
    <w:p>
      <w:pPr>
        <w:pStyle w:val="ListBullet"/>
      </w:pPr>
      <w:r>
        <w:t>CISA: Malware basics</w:t>
      </w:r>
    </w:p>
    <w:p>
      <w:pPr>
        <w:pStyle w:val="ListBullet"/>
      </w:pPr>
      <w:r>
        <w:t>FTC: Malware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spot a fake carrier 5G upgrade malware APK</w:t>
      </w:r>
    </w:p>
    <w:p>
      <w:pPr>
        <w:pStyle w:val="ListBullet"/>
      </w:pPr>
      <w:r>
        <w:t>How to wipe a device before selling</w:t>
      </w:r>
    </w:p>
    <w:p>
      <w:pPr>
        <w:pStyle w:val="ListBullet"/>
      </w:pPr>
      <w:r>
        <w:t>How to turn on Google Find My Device before you lose a phone</w:t>
      </w:r>
    </w:p>
    <w:p>
      <w:pPr>
        <w:pStyle w:val="ListBullet"/>
      </w:pPr>
      <w:r>
        <w:t>How to turn on Private DNS on Android</w:t>
      </w:r>
    </w:p>
    <w:p>
      <w:pPr>
        <w:pStyle w:val="ListBullet"/>
      </w:pPr>
      <w:r>
        <w:t>How to use a work profile to isolate risky Android apps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https://cyberguardlab.com/blog/android-backup-before-security-wipe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back up an Android phone before a security wipe</dc:title>
  <dc:subject>How to back up an Android phone before a security wipe</dc:subject>
  <dc:creator>CyberGuardLab editorial</dc:creator>
  <cp:keywords>android backup before security wipe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